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38915" w14:textId="0AE9BF81" w:rsidR="00F36116" w:rsidRPr="00F36116" w:rsidRDefault="00F36116" w:rsidP="00F36116">
      <w:pPr>
        <w:rPr>
          <w:b/>
          <w:bCs/>
          <w:sz w:val="20"/>
          <w:szCs w:val="20"/>
          <w:lang w:val="pl-PL"/>
        </w:rPr>
      </w:pPr>
      <w:r w:rsidRPr="00F36116">
        <w:rPr>
          <w:b/>
          <w:bCs/>
          <w:sz w:val="20"/>
          <w:szCs w:val="20"/>
          <w:lang w:val="pl-PL"/>
        </w:rPr>
        <w:t>Pollin to polska innowacja, bezkompromisowa jakość i doradztwo techniczne, które naprawdę działa.</w:t>
      </w:r>
    </w:p>
    <w:p w14:paraId="526EE9EE" w14:textId="77777777" w:rsidR="00F36116" w:rsidRPr="00F36116" w:rsidRDefault="00F36116" w:rsidP="00F36116">
      <w:pPr>
        <w:rPr>
          <w:sz w:val="20"/>
          <w:szCs w:val="20"/>
          <w:lang w:val="pl-PL"/>
        </w:rPr>
      </w:pPr>
      <w:r w:rsidRPr="00F36116">
        <w:rPr>
          <w:b/>
          <w:bCs/>
          <w:sz w:val="20"/>
          <w:szCs w:val="20"/>
          <w:lang w:val="pl-PL"/>
        </w:rPr>
        <w:t>Pollin</w:t>
      </w:r>
      <w:r w:rsidRPr="00F36116">
        <w:rPr>
          <w:sz w:val="20"/>
          <w:szCs w:val="20"/>
          <w:lang w:val="pl-PL"/>
        </w:rPr>
        <w:t xml:space="preserve"> jest marką, która od </w:t>
      </w:r>
      <w:r w:rsidRPr="00F36116">
        <w:rPr>
          <w:b/>
          <w:bCs/>
          <w:sz w:val="20"/>
          <w:szCs w:val="20"/>
          <w:lang w:val="pl-PL"/>
        </w:rPr>
        <w:t>1993 roku</w:t>
      </w:r>
      <w:r w:rsidRPr="00F36116">
        <w:rPr>
          <w:sz w:val="20"/>
          <w:szCs w:val="20"/>
          <w:lang w:val="pl-PL"/>
        </w:rPr>
        <w:t xml:space="preserve"> kształtuje polską automatykę przemysłową. Dzieje się to nieprzypadkowo, lecz za sprawą wytrwałej pracy i spójnej filozofii jej założyciela, </w:t>
      </w:r>
      <w:r w:rsidRPr="00F36116">
        <w:rPr>
          <w:b/>
          <w:bCs/>
          <w:sz w:val="20"/>
          <w:szCs w:val="20"/>
          <w:lang w:val="pl-PL"/>
        </w:rPr>
        <w:t>Wojciecha Polaka</w:t>
      </w:r>
      <w:r w:rsidRPr="00F36116">
        <w:rPr>
          <w:sz w:val="20"/>
          <w:szCs w:val="20"/>
          <w:lang w:val="pl-PL"/>
        </w:rPr>
        <w:t>. Jako konstruktor i praktyk, przyjął on zasadę tworzenia niezwykłych, innowacyjnych urządzeń, które są nie tylko funkcjonalne, ale również estetyczne, solidne i niezawodnie działają przez wiele lat.</w:t>
      </w:r>
    </w:p>
    <w:p w14:paraId="041140AE" w14:textId="77777777" w:rsidR="00F36116" w:rsidRPr="00F36116" w:rsidRDefault="00F36116" w:rsidP="00F36116">
      <w:pPr>
        <w:rPr>
          <w:sz w:val="20"/>
          <w:szCs w:val="20"/>
          <w:lang w:val="pl-PL"/>
        </w:rPr>
      </w:pPr>
      <w:r w:rsidRPr="00F36116">
        <w:rPr>
          <w:sz w:val="20"/>
          <w:szCs w:val="20"/>
          <w:lang w:val="pl-PL"/>
        </w:rPr>
        <w:t xml:space="preserve">To właśnie z warsztatu Pollin wywodzą się przełomowe i powszechnie dziś stosowane rozwiązania, takie jak </w:t>
      </w:r>
      <w:r w:rsidRPr="00F36116">
        <w:rPr>
          <w:b/>
          <w:bCs/>
          <w:sz w:val="20"/>
          <w:szCs w:val="20"/>
          <w:lang w:val="pl-PL"/>
        </w:rPr>
        <w:t>lampki modułowe</w:t>
      </w:r>
      <w:r w:rsidRPr="00F36116">
        <w:rPr>
          <w:sz w:val="20"/>
          <w:szCs w:val="20"/>
          <w:lang w:val="pl-PL"/>
        </w:rPr>
        <w:t xml:space="preserve"> czy </w:t>
      </w:r>
      <w:r w:rsidRPr="00F36116">
        <w:rPr>
          <w:b/>
          <w:bCs/>
          <w:sz w:val="20"/>
          <w:szCs w:val="20"/>
          <w:lang w:val="pl-PL"/>
        </w:rPr>
        <w:t>automatyczne przełączniki faz</w:t>
      </w:r>
      <w:r w:rsidRPr="00F36116">
        <w:rPr>
          <w:sz w:val="20"/>
          <w:szCs w:val="20"/>
          <w:lang w:val="pl-PL"/>
        </w:rPr>
        <w:t>, które z czasem stały się standardem w branży i dziś są stosowane w instalacjach na terenie całego kraju. Co więcej, niektóre koncepcje rozpowszechniły się na rynki ogólnoświatowe i można je spotkać w rozdzielnicach elektrycznych na całym świecie, choć nie zawsze pod nazwą Pollin.</w:t>
      </w:r>
    </w:p>
    <w:p w14:paraId="24EB184C" w14:textId="77777777" w:rsidR="00F36116" w:rsidRPr="00F36116" w:rsidRDefault="00F36116" w:rsidP="00F36116">
      <w:pPr>
        <w:rPr>
          <w:sz w:val="20"/>
          <w:szCs w:val="20"/>
          <w:lang w:val="pl-PL"/>
        </w:rPr>
      </w:pPr>
      <w:r w:rsidRPr="00F36116">
        <w:rPr>
          <w:sz w:val="20"/>
          <w:szCs w:val="20"/>
          <w:lang w:val="pl-PL"/>
        </w:rPr>
        <w:t xml:space="preserve">Mimo że finansowo korzystne byłoby zastrzeganie tych innowacji, firma </w:t>
      </w:r>
      <w:r w:rsidRPr="00F36116">
        <w:rPr>
          <w:b/>
          <w:bCs/>
          <w:sz w:val="20"/>
          <w:szCs w:val="20"/>
          <w:lang w:val="pl-PL"/>
        </w:rPr>
        <w:t>nigdy nie objęła swoich projektów ochroną patentową</w:t>
      </w:r>
      <w:r w:rsidRPr="00F36116">
        <w:rPr>
          <w:sz w:val="20"/>
          <w:szCs w:val="20"/>
          <w:lang w:val="pl-PL"/>
        </w:rPr>
        <w:t xml:space="preserve">, kierując się przekonaniem, że technologią należy się dzielić, by wspierać rozwój całej branży i pobudzać innowacje. Choć wiele pomysłów Pollin zostało później skopiowanych przez inne firmy, </w:t>
      </w:r>
      <w:r w:rsidRPr="00F36116">
        <w:rPr>
          <w:b/>
          <w:bCs/>
          <w:sz w:val="20"/>
          <w:szCs w:val="20"/>
          <w:lang w:val="pl-PL"/>
        </w:rPr>
        <w:t>Wojciech Polak nie zmienił podejścia</w:t>
      </w:r>
      <w:r w:rsidRPr="00F36116">
        <w:rPr>
          <w:sz w:val="20"/>
          <w:szCs w:val="20"/>
          <w:lang w:val="pl-PL"/>
        </w:rPr>
        <w:t>, bo jak twierdzi: „</w:t>
      </w:r>
      <w:r w:rsidRPr="00F36116">
        <w:rPr>
          <w:b/>
          <w:bCs/>
          <w:i/>
          <w:iCs/>
          <w:sz w:val="20"/>
          <w:szCs w:val="20"/>
          <w:lang w:val="pl-PL"/>
        </w:rPr>
        <w:t>postęp techniczny ma wartość tylko wtedy, gdy służy wszystkim</w:t>
      </w:r>
      <w:r w:rsidRPr="00F36116">
        <w:rPr>
          <w:sz w:val="20"/>
          <w:szCs w:val="20"/>
          <w:lang w:val="pl-PL"/>
        </w:rPr>
        <w:t>”.</w:t>
      </w:r>
    </w:p>
    <w:p w14:paraId="6A0FE137" w14:textId="77777777" w:rsidR="00F36116" w:rsidRPr="00F36116" w:rsidRDefault="00F36116" w:rsidP="00F36116">
      <w:pPr>
        <w:rPr>
          <w:sz w:val="20"/>
          <w:szCs w:val="20"/>
          <w:lang w:val="pl-PL"/>
        </w:rPr>
      </w:pPr>
      <w:r w:rsidRPr="00F36116">
        <w:rPr>
          <w:sz w:val="20"/>
          <w:szCs w:val="20"/>
          <w:lang w:val="pl-PL"/>
        </w:rPr>
        <w:t xml:space="preserve">Przez lata firma zdobyła </w:t>
      </w:r>
      <w:r w:rsidRPr="00F36116">
        <w:rPr>
          <w:b/>
          <w:bCs/>
          <w:sz w:val="20"/>
          <w:szCs w:val="20"/>
          <w:lang w:val="pl-PL"/>
        </w:rPr>
        <w:t>liczne nagrody i wyróżnienia na targach branżowych</w:t>
      </w:r>
      <w:r w:rsidRPr="00F36116">
        <w:rPr>
          <w:sz w:val="20"/>
          <w:szCs w:val="20"/>
          <w:lang w:val="pl-PL"/>
        </w:rPr>
        <w:t>, ciesząc się uznaniem ekspertów za jakość wykonania, pomysłowość i niezawodność techniczną.</w:t>
      </w:r>
    </w:p>
    <w:p w14:paraId="7E3FF15D" w14:textId="77777777" w:rsidR="00F36116" w:rsidRPr="00F36116" w:rsidRDefault="00F36116" w:rsidP="00F36116">
      <w:pPr>
        <w:rPr>
          <w:sz w:val="20"/>
          <w:szCs w:val="20"/>
          <w:lang w:val="pl-PL"/>
        </w:rPr>
      </w:pPr>
      <w:r w:rsidRPr="00F36116">
        <w:rPr>
          <w:sz w:val="20"/>
          <w:szCs w:val="20"/>
          <w:lang w:val="pl-PL"/>
        </w:rPr>
        <w:t xml:space="preserve">Warto podkreślić, że cała produkcja Pollin odbywa się w Polsce - od pomysłu, przez projekt, aż po finalne testy jakości. Pollin </w:t>
      </w:r>
      <w:r w:rsidRPr="00F36116">
        <w:rPr>
          <w:b/>
          <w:bCs/>
          <w:sz w:val="20"/>
          <w:szCs w:val="20"/>
          <w:lang w:val="pl-PL"/>
        </w:rPr>
        <w:t>nie korzysta z tanich, importowanych komponentów o niepewnym pochodzeniu</w:t>
      </w:r>
      <w:r w:rsidRPr="00F36116">
        <w:rPr>
          <w:sz w:val="20"/>
          <w:szCs w:val="20"/>
          <w:lang w:val="pl-PL"/>
        </w:rPr>
        <w:t xml:space="preserve">. W obliczu globalizacji i presji obniżania cen, firma </w:t>
      </w:r>
      <w:r w:rsidRPr="00F36116">
        <w:rPr>
          <w:b/>
          <w:bCs/>
          <w:sz w:val="20"/>
          <w:szCs w:val="20"/>
          <w:lang w:val="pl-PL"/>
        </w:rPr>
        <w:t>świadomie wybiera jakość ponad koszt</w:t>
      </w:r>
      <w:r w:rsidRPr="00F36116">
        <w:rPr>
          <w:sz w:val="20"/>
          <w:szCs w:val="20"/>
          <w:lang w:val="pl-PL"/>
        </w:rPr>
        <w:t>, przestrzegając rygorystycznych norm bezpieczeństwa.</w:t>
      </w:r>
    </w:p>
    <w:p w14:paraId="761B7CAF" w14:textId="77777777" w:rsidR="00F36116" w:rsidRPr="00F36116" w:rsidRDefault="00F36116" w:rsidP="00F36116">
      <w:pPr>
        <w:rPr>
          <w:sz w:val="20"/>
          <w:szCs w:val="20"/>
          <w:lang w:val="pl-PL"/>
        </w:rPr>
      </w:pPr>
      <w:r w:rsidRPr="00F36116">
        <w:rPr>
          <w:sz w:val="20"/>
          <w:szCs w:val="20"/>
          <w:lang w:val="pl-PL"/>
        </w:rPr>
        <w:t xml:space="preserve">Dowodem na trwałość i niezawodność produktów jest </w:t>
      </w:r>
      <w:r w:rsidRPr="00F36116">
        <w:rPr>
          <w:b/>
          <w:bCs/>
          <w:sz w:val="20"/>
          <w:szCs w:val="20"/>
          <w:lang w:val="pl-PL"/>
        </w:rPr>
        <w:t>10-letnia gwarancja</w:t>
      </w:r>
      <w:r w:rsidRPr="00F36116">
        <w:rPr>
          <w:sz w:val="20"/>
          <w:szCs w:val="20"/>
          <w:lang w:val="pl-PL"/>
        </w:rPr>
        <w:t xml:space="preserve"> udzielana na wszystkie wyroby - to nie chwyt marketingowy, lecz wyraz pełnego zaufania do jakości własnej pracy.</w:t>
      </w:r>
    </w:p>
    <w:p w14:paraId="178B482D" w14:textId="77777777" w:rsidR="00F36116" w:rsidRPr="00F36116" w:rsidRDefault="00F36116" w:rsidP="00F36116">
      <w:pPr>
        <w:rPr>
          <w:sz w:val="20"/>
          <w:szCs w:val="20"/>
          <w:lang w:val="pl-PL"/>
        </w:rPr>
      </w:pPr>
      <w:r w:rsidRPr="00F36116">
        <w:rPr>
          <w:sz w:val="20"/>
          <w:szCs w:val="20"/>
          <w:lang w:val="pl-PL"/>
        </w:rPr>
        <w:t xml:space="preserve">Pollin to nie tylko producent, ale również partner dla instalatorów, projektantów i użytkowników końcowych. Firma oferuje </w:t>
      </w:r>
      <w:r w:rsidRPr="00F36116">
        <w:rPr>
          <w:b/>
          <w:bCs/>
          <w:sz w:val="20"/>
          <w:szCs w:val="20"/>
          <w:lang w:val="pl-PL"/>
        </w:rPr>
        <w:t>profesjonalne i bezpłatne doradztwo techniczne</w:t>
      </w:r>
      <w:r w:rsidRPr="00F36116">
        <w:rPr>
          <w:sz w:val="20"/>
          <w:szCs w:val="20"/>
          <w:lang w:val="pl-PL"/>
        </w:rPr>
        <w:t xml:space="preserve">, pomagając dobrać odpowiednie rozwiązania, pokonywać codzienne branżowe wyzwania oraz udzielać praktycznych wskazówek dotyczących montażu, eksploatacji czy integracji z innymi urządzeniami. </w:t>
      </w:r>
      <w:r w:rsidRPr="00F36116">
        <w:rPr>
          <w:b/>
          <w:bCs/>
          <w:sz w:val="20"/>
          <w:szCs w:val="20"/>
          <w:lang w:val="pl-PL"/>
        </w:rPr>
        <w:t>Bo technologia ma sens tylko wtedy, gdy jest zrozumiała i dostępna</w:t>
      </w:r>
      <w:r w:rsidRPr="00F36116">
        <w:rPr>
          <w:sz w:val="20"/>
          <w:szCs w:val="20"/>
          <w:lang w:val="pl-PL"/>
        </w:rPr>
        <w:t>.</w:t>
      </w:r>
    </w:p>
    <w:p w14:paraId="555CB0E6" w14:textId="3C324DDC" w:rsidR="00F36116" w:rsidRDefault="00F36116" w:rsidP="00F36116">
      <w:pPr>
        <w:rPr>
          <w:sz w:val="20"/>
          <w:szCs w:val="20"/>
          <w:lang w:val="pl-PL"/>
        </w:rPr>
      </w:pPr>
      <w:r w:rsidRPr="00F36116">
        <w:rPr>
          <w:sz w:val="20"/>
          <w:szCs w:val="20"/>
          <w:lang w:val="pl-PL"/>
        </w:rPr>
        <w:t xml:space="preserve">Za sukcesem marki stoją przede wszystkim ludzie. To zespół specjalistów, którzy z pasją, zaangażowaniem i ogromną wiedzą tworzą rozwiązania skrojone do realnych potrzeb rynku. </w:t>
      </w:r>
      <w:r w:rsidRPr="00F36116">
        <w:rPr>
          <w:b/>
          <w:bCs/>
          <w:sz w:val="20"/>
          <w:szCs w:val="20"/>
          <w:lang w:val="pl-PL"/>
        </w:rPr>
        <w:t>Pollin aktywnie słucha swoich użytkowników</w:t>
      </w:r>
      <w:r w:rsidRPr="00F36116">
        <w:rPr>
          <w:sz w:val="20"/>
          <w:szCs w:val="20"/>
          <w:lang w:val="pl-PL"/>
        </w:rPr>
        <w:t xml:space="preserve"> (instalatorów, elektryków, Utrzymania Ruchu, </w:t>
      </w:r>
      <w:proofErr w:type="spellStart"/>
      <w:r w:rsidRPr="00F36116">
        <w:rPr>
          <w:sz w:val="20"/>
          <w:szCs w:val="20"/>
          <w:lang w:val="pl-PL"/>
        </w:rPr>
        <w:t>prefabrykatorów</w:t>
      </w:r>
      <w:proofErr w:type="spellEnd"/>
      <w:r w:rsidRPr="00F36116">
        <w:rPr>
          <w:sz w:val="20"/>
          <w:szCs w:val="20"/>
          <w:lang w:val="pl-PL"/>
        </w:rPr>
        <w:t xml:space="preserve"> i projektantów) oraz analizuje ich sugestie. Wiele innowacyjnych usprawnień wdrażanych do produktów firmy powstaje właśnie na styku doświadczenia konstruktorów i inspiracji płynących z codziennej praktyki branżowej</w:t>
      </w:r>
      <w:r>
        <w:rPr>
          <w:sz w:val="20"/>
          <w:szCs w:val="20"/>
          <w:lang w:val="pl-PL"/>
        </w:rPr>
        <w:t>.</w:t>
      </w:r>
    </w:p>
    <w:p w14:paraId="22296122" w14:textId="77777777" w:rsidR="00F36116" w:rsidRPr="00F36116" w:rsidRDefault="00F36116" w:rsidP="00F36116">
      <w:pPr>
        <w:rPr>
          <w:sz w:val="20"/>
          <w:szCs w:val="20"/>
          <w:lang w:val="pl-PL"/>
        </w:rPr>
      </w:pPr>
    </w:p>
    <w:p w14:paraId="3773B867" w14:textId="28801D82" w:rsidR="00527492" w:rsidRPr="00F36116" w:rsidRDefault="00F36116" w:rsidP="00F36116">
      <w:pPr>
        <w:jc w:val="center"/>
        <w:rPr>
          <w:lang w:val="pl-PL"/>
        </w:rPr>
      </w:pPr>
      <w:r>
        <w:rPr>
          <w:noProof/>
        </w:rPr>
        <w:drawing>
          <wp:inline distT="0" distB="0" distL="0" distR="0" wp14:anchorId="3B199DD5" wp14:editId="60C8C5C0">
            <wp:extent cx="1861820" cy="1005205"/>
            <wp:effectExtent l="0" t="0" r="5080" b="4445"/>
            <wp:docPr id="155930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3012" name="Obraz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100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7492" w:rsidRPr="00F36116" w:rsidSect="00D27954">
      <w:headerReference w:type="default" r:id="rId9"/>
      <w:footerReference w:type="default" r:id="rId10"/>
      <w:pgSz w:w="12240" w:h="15840"/>
      <w:pgMar w:top="1078" w:right="1043" w:bottom="1440" w:left="1134" w:header="51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02307" w14:textId="77777777" w:rsidR="0092119E" w:rsidRDefault="0092119E" w:rsidP="00083703">
      <w:pPr>
        <w:spacing w:after="0" w:line="240" w:lineRule="auto"/>
      </w:pPr>
      <w:r>
        <w:separator/>
      </w:r>
    </w:p>
  </w:endnote>
  <w:endnote w:type="continuationSeparator" w:id="0">
    <w:p w14:paraId="7B2BB08D" w14:textId="77777777" w:rsidR="0092119E" w:rsidRDefault="0092119E" w:rsidP="00083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2562C" w14:textId="77777777" w:rsidR="00527492" w:rsidRDefault="00527492" w:rsidP="00FD7E80">
    <w:pPr>
      <w:pStyle w:val="Stopka"/>
      <w:jc w:val="center"/>
      <w:rPr>
        <w:color w:val="808080" w:themeColor="background1" w:themeShade="80"/>
        <w:sz w:val="14"/>
        <w:szCs w:val="14"/>
      </w:rPr>
    </w:pPr>
  </w:p>
  <w:p w14:paraId="4572C65B" w14:textId="77777777" w:rsidR="00527492" w:rsidRDefault="00527492" w:rsidP="00FD7E80">
    <w:pPr>
      <w:pStyle w:val="Stopka"/>
      <w:pBdr>
        <w:bottom w:val="single" w:sz="12" w:space="1" w:color="auto"/>
      </w:pBdr>
      <w:jc w:val="center"/>
      <w:rPr>
        <w:color w:val="808080" w:themeColor="background1" w:themeShade="80"/>
        <w:sz w:val="14"/>
        <w:szCs w:val="14"/>
      </w:rPr>
    </w:pPr>
  </w:p>
  <w:p w14:paraId="3F8F0246" w14:textId="77777777" w:rsidR="00F36116" w:rsidRDefault="00F36116" w:rsidP="000A671E">
    <w:pPr>
      <w:pStyle w:val="Stopka"/>
      <w:jc w:val="center"/>
      <w:rPr>
        <w:rFonts w:ascii="Aptos" w:hAnsi="Aptos"/>
        <w:color w:val="7F7F7F" w:themeColor="text1" w:themeTint="80"/>
        <w:sz w:val="16"/>
        <w:szCs w:val="16"/>
      </w:rPr>
    </w:pPr>
  </w:p>
  <w:p w14:paraId="34EB8B0E" w14:textId="185DC029" w:rsidR="000F226C" w:rsidRPr="000F226C" w:rsidRDefault="002F71FE" w:rsidP="000A671E">
    <w:pPr>
      <w:pStyle w:val="Stopka"/>
      <w:jc w:val="center"/>
      <w:rPr>
        <w:rFonts w:ascii="Aptos" w:hAnsi="Aptos"/>
        <w:color w:val="7F7F7F" w:themeColor="text1" w:themeTint="80"/>
        <w:sz w:val="16"/>
        <w:szCs w:val="16"/>
      </w:rPr>
    </w:pPr>
    <w:r w:rsidRPr="000F226C">
      <w:rPr>
        <w:rFonts w:ascii="Aptos" w:hAnsi="Aptos"/>
        <w:color w:val="7F7F7F" w:themeColor="text1" w:themeTint="80"/>
        <w:sz w:val="16"/>
        <w:szCs w:val="16"/>
      </w:rPr>
      <w:t>Zakład Elektroniczny POLLIN Wojciech Polak</w:t>
    </w:r>
    <w:r w:rsidR="00282977" w:rsidRPr="000F226C">
      <w:rPr>
        <w:rFonts w:ascii="Aptos" w:hAnsi="Aptos"/>
        <w:color w:val="7F7F7F" w:themeColor="text1" w:themeTint="80"/>
        <w:sz w:val="16"/>
        <w:szCs w:val="16"/>
      </w:rPr>
      <w:t xml:space="preserve">, </w:t>
    </w:r>
    <w:r w:rsidRPr="000F226C">
      <w:rPr>
        <w:rFonts w:ascii="Aptos" w:hAnsi="Aptos"/>
        <w:color w:val="7F7F7F" w:themeColor="text1" w:themeTint="80"/>
        <w:sz w:val="16"/>
        <w:szCs w:val="16"/>
      </w:rPr>
      <w:t xml:space="preserve">ul. </w:t>
    </w:r>
    <w:proofErr w:type="spellStart"/>
    <w:r w:rsidRPr="000F226C">
      <w:rPr>
        <w:rFonts w:ascii="Aptos" w:hAnsi="Aptos"/>
        <w:color w:val="7F7F7F" w:themeColor="text1" w:themeTint="80"/>
        <w:sz w:val="16"/>
        <w:szCs w:val="16"/>
      </w:rPr>
      <w:t>Żabińskiego</w:t>
    </w:r>
    <w:proofErr w:type="spellEnd"/>
    <w:r w:rsidRPr="000F226C">
      <w:rPr>
        <w:rFonts w:ascii="Aptos" w:hAnsi="Aptos"/>
        <w:color w:val="7F7F7F" w:themeColor="text1" w:themeTint="80"/>
        <w:sz w:val="16"/>
        <w:szCs w:val="16"/>
      </w:rPr>
      <w:t xml:space="preserve"> 4, 02-793 Warszawa</w:t>
    </w:r>
    <w:r w:rsidR="00F36116">
      <w:rPr>
        <w:rFonts w:ascii="Aptos" w:hAnsi="Aptos"/>
        <w:color w:val="7F7F7F" w:themeColor="text1" w:themeTint="80"/>
        <w:sz w:val="16"/>
        <w:szCs w:val="16"/>
      </w:rPr>
      <w:t xml:space="preserve"> - </w:t>
    </w:r>
    <w:r w:rsidRPr="000F226C">
      <w:rPr>
        <w:rFonts w:ascii="Aptos" w:hAnsi="Aptos"/>
        <w:color w:val="7F7F7F" w:themeColor="text1" w:themeTint="80"/>
        <w:sz w:val="16"/>
        <w:szCs w:val="16"/>
      </w:rPr>
      <w:t xml:space="preserve">Producent </w:t>
    </w:r>
    <w:proofErr w:type="spellStart"/>
    <w:r w:rsidRPr="000F226C">
      <w:rPr>
        <w:rFonts w:ascii="Aptos" w:hAnsi="Aptos"/>
        <w:color w:val="7F7F7F" w:themeColor="text1" w:themeTint="80"/>
        <w:sz w:val="16"/>
        <w:szCs w:val="16"/>
      </w:rPr>
      <w:t>urządzeń</w:t>
    </w:r>
    <w:proofErr w:type="spellEnd"/>
    <w:r w:rsidRPr="000F226C">
      <w:rPr>
        <w:rFonts w:ascii="Aptos" w:hAnsi="Aptos"/>
        <w:color w:val="7F7F7F" w:themeColor="text1" w:themeTint="80"/>
        <w:sz w:val="16"/>
        <w:szCs w:val="16"/>
      </w:rPr>
      <w:t xml:space="preserve"> </w:t>
    </w:r>
    <w:proofErr w:type="spellStart"/>
    <w:r w:rsidRPr="000F226C">
      <w:rPr>
        <w:rFonts w:ascii="Aptos" w:hAnsi="Aptos"/>
        <w:color w:val="7F7F7F" w:themeColor="text1" w:themeTint="80"/>
        <w:sz w:val="16"/>
        <w:szCs w:val="16"/>
      </w:rPr>
      <w:t>elektrotechnicznych</w:t>
    </w:r>
    <w:proofErr w:type="spellEnd"/>
    <w:r w:rsidR="000F226C">
      <w:rPr>
        <w:rFonts w:ascii="Aptos" w:hAnsi="Aptos"/>
        <w:color w:val="7F7F7F" w:themeColor="text1" w:themeTint="8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5FFFB" w14:textId="77777777" w:rsidR="0092119E" w:rsidRDefault="0092119E" w:rsidP="00083703">
      <w:pPr>
        <w:spacing w:after="0" w:line="240" w:lineRule="auto"/>
      </w:pPr>
      <w:r>
        <w:separator/>
      </w:r>
    </w:p>
  </w:footnote>
  <w:footnote w:type="continuationSeparator" w:id="0">
    <w:p w14:paraId="5367024F" w14:textId="77777777" w:rsidR="0092119E" w:rsidRDefault="0092119E" w:rsidP="00083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44D57" w14:textId="3F535BB8" w:rsidR="00FD7E80" w:rsidRDefault="00026778" w:rsidP="00E853AC">
    <w:pPr>
      <w:pStyle w:val="Nagwek1"/>
      <w:spacing w:before="0"/>
      <w:jc w:val="center"/>
      <w:rPr>
        <w:rFonts w:ascii="Aptos" w:hAnsi="Aptos"/>
        <w:color w:val="auto"/>
        <w:sz w:val="24"/>
        <w:szCs w:val="24"/>
      </w:rPr>
    </w:pPr>
    <w:r w:rsidRPr="001A2F81">
      <w:rPr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76D270D9" wp14:editId="3579561F">
          <wp:simplePos x="0" y="0"/>
          <wp:positionH relativeFrom="column">
            <wp:posOffset>5017135</wp:posOffset>
          </wp:positionH>
          <wp:positionV relativeFrom="paragraph">
            <wp:posOffset>91522</wp:posOffset>
          </wp:positionV>
          <wp:extent cx="1400070" cy="399515"/>
          <wp:effectExtent l="0" t="0" r="0" b="635"/>
          <wp:wrapNone/>
          <wp:docPr id="1236955245" name="Obraz 4" descr="Obraz zawierający Czcionka, Grafika, czerwony, logo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865691" name="Obraz 4" descr="Obraz zawierający Czcionka, Grafika, czerwony, logo&#10;&#10;Zawartość wygenerowana przez AI może być niepoprawna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070" cy="399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4"/>
        <w:szCs w:val="24"/>
      </w:rPr>
      <mc:AlternateContent>
        <mc:Choice Requires="wpc">
          <w:drawing>
            <wp:anchor distT="0" distB="0" distL="114300" distR="114300" simplePos="0" relativeHeight="251661312" behindDoc="0" locked="0" layoutInCell="1" allowOverlap="1" wp14:anchorId="6AE8CD15" wp14:editId="77E9F283">
              <wp:simplePos x="0" y="0"/>
              <wp:positionH relativeFrom="column">
                <wp:posOffset>-246742</wp:posOffset>
              </wp:positionH>
              <wp:positionV relativeFrom="paragraph">
                <wp:posOffset>-48260</wp:posOffset>
              </wp:positionV>
              <wp:extent cx="2862671" cy="748030"/>
              <wp:effectExtent l="0" t="0" r="0" b="0"/>
              <wp:wrapNone/>
              <wp:docPr id="976252063" name="Kanw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372607430" name="Freeform 3"/>
                      <wps:cNvSpPr>
                        <a:spLocks noEditPoints="1"/>
                      </wps:cNvSpPr>
                      <wps:spPr bwMode="auto">
                        <a:xfrm>
                          <a:off x="245836" y="52705"/>
                          <a:ext cx="1898650" cy="102235"/>
                        </a:xfrm>
                        <a:custGeom>
                          <a:avLst/>
                          <a:gdLst>
                            <a:gd name="T0" fmla="*/ 109 w 5295"/>
                            <a:gd name="T1" fmla="*/ 32 h 298"/>
                            <a:gd name="T2" fmla="*/ 227 w 5295"/>
                            <a:gd name="T3" fmla="*/ 232 h 298"/>
                            <a:gd name="T4" fmla="*/ 329 w 5295"/>
                            <a:gd name="T5" fmla="*/ 129 h 298"/>
                            <a:gd name="T6" fmla="*/ 220 w 5295"/>
                            <a:gd name="T7" fmla="*/ 104 h 298"/>
                            <a:gd name="T8" fmla="*/ 231 w 5295"/>
                            <a:gd name="T9" fmla="*/ 138 h 298"/>
                            <a:gd name="T10" fmla="*/ 295 w 5295"/>
                            <a:gd name="T11" fmla="*/ 176 h 298"/>
                            <a:gd name="T12" fmla="*/ 455 w 5295"/>
                            <a:gd name="T13" fmla="*/ 140 h 298"/>
                            <a:gd name="T14" fmla="*/ 598 w 5295"/>
                            <a:gd name="T15" fmla="*/ 233 h 298"/>
                            <a:gd name="T16" fmla="*/ 586 w 5295"/>
                            <a:gd name="T17" fmla="*/ 4 h 298"/>
                            <a:gd name="T18" fmla="*/ 734 w 5295"/>
                            <a:gd name="T19" fmla="*/ 214 h 298"/>
                            <a:gd name="T20" fmla="*/ 685 w 5295"/>
                            <a:gd name="T21" fmla="*/ 66 h 298"/>
                            <a:gd name="T22" fmla="*/ 734 w 5295"/>
                            <a:gd name="T23" fmla="*/ 105 h 298"/>
                            <a:gd name="T24" fmla="*/ 670 w 5295"/>
                            <a:gd name="T25" fmla="*/ 169 h 298"/>
                            <a:gd name="T26" fmla="*/ 679 w 5295"/>
                            <a:gd name="T27" fmla="*/ 206 h 298"/>
                            <a:gd name="T28" fmla="*/ 928 w 5295"/>
                            <a:gd name="T29" fmla="*/ 207 h 298"/>
                            <a:gd name="T30" fmla="*/ 927 w 5295"/>
                            <a:gd name="T31" fmla="*/ 87 h 298"/>
                            <a:gd name="T32" fmla="*/ 851 w 5295"/>
                            <a:gd name="T33" fmla="*/ 106 h 298"/>
                            <a:gd name="T34" fmla="*/ 883 w 5295"/>
                            <a:gd name="T35" fmla="*/ 208 h 298"/>
                            <a:gd name="T36" fmla="*/ 1314 w 5295"/>
                            <a:gd name="T37" fmla="*/ 186 h 298"/>
                            <a:gd name="T38" fmla="*/ 1363 w 5295"/>
                            <a:gd name="T39" fmla="*/ 204 h 298"/>
                            <a:gd name="T40" fmla="*/ 1497 w 5295"/>
                            <a:gd name="T41" fmla="*/ 233 h 298"/>
                            <a:gd name="T42" fmla="*/ 1457 w 5295"/>
                            <a:gd name="T43" fmla="*/ 204 h 298"/>
                            <a:gd name="T44" fmla="*/ 1501 w 5295"/>
                            <a:gd name="T45" fmla="*/ 70 h 298"/>
                            <a:gd name="T46" fmla="*/ 1504 w 5295"/>
                            <a:gd name="T47" fmla="*/ 107 h 298"/>
                            <a:gd name="T48" fmla="*/ 1754 w 5295"/>
                            <a:gd name="T49" fmla="*/ 172 h 298"/>
                            <a:gd name="T50" fmla="*/ 1810 w 5295"/>
                            <a:gd name="T51" fmla="*/ 203 h 298"/>
                            <a:gd name="T52" fmla="*/ 1893 w 5295"/>
                            <a:gd name="T53" fmla="*/ 165 h 298"/>
                            <a:gd name="T54" fmla="*/ 1944 w 5295"/>
                            <a:gd name="T55" fmla="*/ 66 h 298"/>
                            <a:gd name="T56" fmla="*/ 2023 w 5295"/>
                            <a:gd name="T57" fmla="*/ 229 h 298"/>
                            <a:gd name="T58" fmla="*/ 2023 w 5295"/>
                            <a:gd name="T59" fmla="*/ 71 h 298"/>
                            <a:gd name="T60" fmla="*/ 2097 w 5295"/>
                            <a:gd name="T61" fmla="*/ 107 h 298"/>
                            <a:gd name="T62" fmla="*/ 2182 w 5295"/>
                            <a:gd name="T63" fmla="*/ 231 h 298"/>
                            <a:gd name="T64" fmla="*/ 2298 w 5295"/>
                            <a:gd name="T65" fmla="*/ 134 h 298"/>
                            <a:gd name="T66" fmla="*/ 2212 w 5295"/>
                            <a:gd name="T67" fmla="*/ 96 h 298"/>
                            <a:gd name="T68" fmla="*/ 2468 w 5295"/>
                            <a:gd name="T69" fmla="*/ 210 h 298"/>
                            <a:gd name="T70" fmla="*/ 2574 w 5295"/>
                            <a:gd name="T71" fmla="*/ 193 h 298"/>
                            <a:gd name="T72" fmla="*/ 2510 w 5295"/>
                            <a:gd name="T73" fmla="*/ 96 h 298"/>
                            <a:gd name="T74" fmla="*/ 2553 w 5295"/>
                            <a:gd name="T75" fmla="*/ 67 h 298"/>
                            <a:gd name="T76" fmla="*/ 2661 w 5295"/>
                            <a:gd name="T77" fmla="*/ 204 h 298"/>
                            <a:gd name="T78" fmla="*/ 2707 w 5295"/>
                            <a:gd name="T79" fmla="*/ 102 h 298"/>
                            <a:gd name="T80" fmla="*/ 2906 w 5295"/>
                            <a:gd name="T81" fmla="*/ 105 h 298"/>
                            <a:gd name="T82" fmla="*/ 2826 w 5295"/>
                            <a:gd name="T83" fmla="*/ 101 h 298"/>
                            <a:gd name="T84" fmla="*/ 3020 w 5295"/>
                            <a:gd name="T85" fmla="*/ 294 h 298"/>
                            <a:gd name="T86" fmla="*/ 3041 w 5295"/>
                            <a:gd name="T87" fmla="*/ 175 h 298"/>
                            <a:gd name="T88" fmla="*/ 3310 w 5295"/>
                            <a:gd name="T89" fmla="*/ 260 h 298"/>
                            <a:gd name="T90" fmla="*/ 3551 w 5295"/>
                            <a:gd name="T91" fmla="*/ 46 h 298"/>
                            <a:gd name="T92" fmla="*/ 3504 w 5295"/>
                            <a:gd name="T93" fmla="*/ 115 h 298"/>
                            <a:gd name="T94" fmla="*/ 3792 w 5295"/>
                            <a:gd name="T95" fmla="*/ 187 h 298"/>
                            <a:gd name="T96" fmla="*/ 3603 w 5295"/>
                            <a:gd name="T97" fmla="*/ 47 h 298"/>
                            <a:gd name="T98" fmla="*/ 3775 w 5295"/>
                            <a:gd name="T99" fmla="*/ 81 h 298"/>
                            <a:gd name="T100" fmla="*/ 3993 w 5295"/>
                            <a:gd name="T101" fmla="*/ 203 h 298"/>
                            <a:gd name="T102" fmla="*/ 4325 w 5295"/>
                            <a:gd name="T103" fmla="*/ 84 h 298"/>
                            <a:gd name="T104" fmla="*/ 4442 w 5295"/>
                            <a:gd name="T105" fmla="*/ 4 h 298"/>
                            <a:gd name="T106" fmla="*/ 4293 w 5295"/>
                            <a:gd name="T107" fmla="*/ 4 h 298"/>
                            <a:gd name="T108" fmla="*/ 4830 w 5295"/>
                            <a:gd name="T109" fmla="*/ 194 h 298"/>
                            <a:gd name="T110" fmla="*/ 4894 w 5295"/>
                            <a:gd name="T111" fmla="*/ 52 h 298"/>
                            <a:gd name="T112" fmla="*/ 4957 w 5295"/>
                            <a:gd name="T113" fmla="*/ 194 h 298"/>
                            <a:gd name="T114" fmla="*/ 5175 w 5295"/>
                            <a:gd name="T115" fmla="*/ 229 h 298"/>
                            <a:gd name="T116" fmla="*/ 5060 w 5295"/>
                            <a:gd name="T117" fmla="*/ 116 h 298"/>
                            <a:gd name="T118" fmla="*/ 5192 w 5295"/>
                            <a:gd name="T119" fmla="*/ 173 h 298"/>
                            <a:gd name="T120" fmla="*/ 5264 w 5295"/>
                            <a:gd name="T121" fmla="*/ 68 h 298"/>
                            <a:gd name="T122" fmla="*/ 5234 w 5295"/>
                            <a:gd name="T123" fmla="*/ 297 h 2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5295" h="298">
                              <a:moveTo>
                                <a:pt x="0" y="231"/>
                              </a:moveTo>
                              <a:lnTo>
                                <a:pt x="166" y="231"/>
                              </a:lnTo>
                              <a:lnTo>
                                <a:pt x="166" y="203"/>
                              </a:lnTo>
                              <a:lnTo>
                                <a:pt x="56" y="203"/>
                              </a:lnTo>
                              <a:lnTo>
                                <a:pt x="56" y="203"/>
                              </a:lnTo>
                              <a:cubicBezTo>
                                <a:pt x="51" y="203"/>
                                <a:pt x="47" y="203"/>
                                <a:pt x="44" y="203"/>
                              </a:cubicBezTo>
                              <a:lnTo>
                                <a:pt x="44" y="203"/>
                              </a:lnTo>
                              <a:cubicBezTo>
                                <a:pt x="41" y="204"/>
                                <a:pt x="40" y="204"/>
                                <a:pt x="40" y="204"/>
                              </a:cubicBezTo>
                              <a:lnTo>
                                <a:pt x="40" y="203"/>
                              </a:lnTo>
                              <a:lnTo>
                                <a:pt x="40" y="203"/>
                              </a:lnTo>
                              <a:cubicBezTo>
                                <a:pt x="40" y="203"/>
                                <a:pt x="40" y="202"/>
                                <a:pt x="42" y="200"/>
                              </a:cubicBezTo>
                              <a:lnTo>
                                <a:pt x="42" y="200"/>
                              </a:lnTo>
                              <a:cubicBezTo>
                                <a:pt x="43" y="199"/>
                                <a:pt x="45" y="197"/>
                                <a:pt x="48" y="193"/>
                              </a:cubicBezTo>
                              <a:lnTo>
                                <a:pt x="48" y="193"/>
                              </a:lnTo>
                              <a:cubicBezTo>
                                <a:pt x="50" y="190"/>
                                <a:pt x="53" y="187"/>
                                <a:pt x="56" y="183"/>
                              </a:cubicBezTo>
                              <a:lnTo>
                                <a:pt x="165" y="25"/>
                              </a:lnTo>
                              <a:lnTo>
                                <a:pt x="165" y="4"/>
                              </a:lnTo>
                              <a:lnTo>
                                <a:pt x="6" y="4"/>
                              </a:lnTo>
                              <a:lnTo>
                                <a:pt x="6" y="32"/>
                              </a:lnTo>
                              <a:lnTo>
                                <a:pt x="109" y="32"/>
                              </a:lnTo>
                              <a:lnTo>
                                <a:pt x="109" y="32"/>
                              </a:lnTo>
                              <a:cubicBezTo>
                                <a:pt x="114" y="32"/>
                                <a:pt x="119" y="32"/>
                                <a:pt x="121" y="32"/>
                              </a:cubicBezTo>
                              <a:lnTo>
                                <a:pt x="121" y="32"/>
                              </a:lnTo>
                              <a:cubicBezTo>
                                <a:pt x="124" y="31"/>
                                <a:pt x="126" y="31"/>
                                <a:pt x="126" y="31"/>
                              </a:cubicBezTo>
                              <a:lnTo>
                                <a:pt x="126" y="32"/>
                              </a:lnTo>
                              <a:lnTo>
                                <a:pt x="126" y="32"/>
                              </a:lnTo>
                              <a:cubicBezTo>
                                <a:pt x="126" y="32"/>
                                <a:pt x="125" y="33"/>
                                <a:pt x="124" y="34"/>
                              </a:cubicBezTo>
                              <a:lnTo>
                                <a:pt x="124" y="34"/>
                              </a:lnTo>
                              <a:cubicBezTo>
                                <a:pt x="122" y="36"/>
                                <a:pt x="120" y="38"/>
                                <a:pt x="118" y="41"/>
                              </a:cubicBezTo>
                              <a:lnTo>
                                <a:pt x="118" y="41"/>
                              </a:lnTo>
                              <a:cubicBezTo>
                                <a:pt x="115" y="44"/>
                                <a:pt x="113" y="48"/>
                                <a:pt x="110" y="52"/>
                              </a:cubicBezTo>
                              <a:lnTo>
                                <a:pt x="0" y="209"/>
                              </a:lnTo>
                              <a:lnTo>
                                <a:pt x="0" y="231"/>
                              </a:lnTo>
                              <a:close/>
                              <a:moveTo>
                                <a:pt x="193" y="185"/>
                              </a:moveTo>
                              <a:lnTo>
                                <a:pt x="193" y="185"/>
                              </a:lnTo>
                              <a:cubicBezTo>
                                <a:pt x="193" y="193"/>
                                <a:pt x="194" y="200"/>
                                <a:pt x="197" y="206"/>
                              </a:cubicBezTo>
                              <a:lnTo>
                                <a:pt x="197" y="206"/>
                              </a:lnTo>
                              <a:cubicBezTo>
                                <a:pt x="200" y="213"/>
                                <a:pt x="205" y="218"/>
                                <a:pt x="210" y="223"/>
                              </a:cubicBezTo>
                              <a:lnTo>
                                <a:pt x="210" y="223"/>
                              </a:lnTo>
                              <a:cubicBezTo>
                                <a:pt x="215" y="227"/>
                                <a:pt x="221" y="230"/>
                                <a:pt x="227" y="232"/>
                              </a:cubicBezTo>
                              <a:lnTo>
                                <a:pt x="227" y="232"/>
                              </a:lnTo>
                              <a:cubicBezTo>
                                <a:pt x="235" y="234"/>
                                <a:pt x="241" y="235"/>
                                <a:pt x="248" y="235"/>
                              </a:cubicBezTo>
                              <a:lnTo>
                                <a:pt x="248" y="235"/>
                              </a:lnTo>
                              <a:cubicBezTo>
                                <a:pt x="256" y="235"/>
                                <a:pt x="263" y="234"/>
                                <a:pt x="269" y="232"/>
                              </a:cubicBezTo>
                              <a:lnTo>
                                <a:pt x="269" y="232"/>
                              </a:lnTo>
                              <a:cubicBezTo>
                                <a:pt x="274" y="230"/>
                                <a:pt x="279" y="227"/>
                                <a:pt x="283" y="224"/>
                              </a:cubicBezTo>
                              <a:lnTo>
                                <a:pt x="283" y="224"/>
                              </a:lnTo>
                              <a:cubicBezTo>
                                <a:pt x="287" y="221"/>
                                <a:pt x="291" y="217"/>
                                <a:pt x="293" y="214"/>
                              </a:cubicBezTo>
                              <a:lnTo>
                                <a:pt x="293" y="214"/>
                              </a:lnTo>
                              <a:cubicBezTo>
                                <a:pt x="295" y="210"/>
                                <a:pt x="297" y="208"/>
                                <a:pt x="298" y="206"/>
                              </a:cubicBezTo>
                              <a:lnTo>
                                <a:pt x="298" y="206"/>
                              </a:lnTo>
                              <a:cubicBezTo>
                                <a:pt x="300" y="204"/>
                                <a:pt x="300" y="203"/>
                                <a:pt x="300" y="202"/>
                              </a:cubicBezTo>
                              <a:lnTo>
                                <a:pt x="301" y="202"/>
                              </a:lnTo>
                              <a:lnTo>
                                <a:pt x="301" y="202"/>
                              </a:lnTo>
                              <a:cubicBezTo>
                                <a:pt x="301" y="202"/>
                                <a:pt x="301" y="204"/>
                                <a:pt x="300" y="206"/>
                              </a:cubicBezTo>
                              <a:lnTo>
                                <a:pt x="300" y="206"/>
                              </a:lnTo>
                              <a:cubicBezTo>
                                <a:pt x="300" y="208"/>
                                <a:pt x="300" y="211"/>
                                <a:pt x="300" y="215"/>
                              </a:cubicBezTo>
                              <a:lnTo>
                                <a:pt x="300" y="231"/>
                              </a:lnTo>
                              <a:lnTo>
                                <a:pt x="329" y="231"/>
                              </a:lnTo>
                              <a:lnTo>
                                <a:pt x="329" y="129"/>
                              </a:lnTo>
                              <a:lnTo>
                                <a:pt x="329" y="129"/>
                              </a:lnTo>
                              <a:cubicBezTo>
                                <a:pt x="329" y="115"/>
                                <a:pt x="326" y="102"/>
                                <a:pt x="321" y="93"/>
                              </a:cubicBezTo>
                              <a:lnTo>
                                <a:pt x="321" y="93"/>
                              </a:lnTo>
                              <a:cubicBezTo>
                                <a:pt x="316" y="84"/>
                                <a:pt x="309" y="77"/>
                                <a:pt x="300" y="72"/>
                              </a:cubicBezTo>
                              <a:lnTo>
                                <a:pt x="300" y="72"/>
                              </a:lnTo>
                              <a:cubicBezTo>
                                <a:pt x="290" y="67"/>
                                <a:pt x="279" y="65"/>
                                <a:pt x="265" y="65"/>
                              </a:cubicBezTo>
                              <a:lnTo>
                                <a:pt x="265" y="65"/>
                              </a:lnTo>
                              <a:cubicBezTo>
                                <a:pt x="258" y="65"/>
                                <a:pt x="251" y="65"/>
                                <a:pt x="245" y="66"/>
                              </a:cubicBezTo>
                              <a:lnTo>
                                <a:pt x="245" y="66"/>
                              </a:lnTo>
                              <a:cubicBezTo>
                                <a:pt x="238" y="68"/>
                                <a:pt x="232" y="69"/>
                                <a:pt x="227" y="71"/>
                              </a:cubicBezTo>
                              <a:lnTo>
                                <a:pt x="227" y="71"/>
                              </a:lnTo>
                              <a:cubicBezTo>
                                <a:pt x="222" y="73"/>
                                <a:pt x="218" y="75"/>
                                <a:pt x="214" y="77"/>
                              </a:cubicBezTo>
                              <a:lnTo>
                                <a:pt x="214" y="77"/>
                              </a:lnTo>
                              <a:cubicBezTo>
                                <a:pt x="211" y="79"/>
                                <a:pt x="208" y="80"/>
                                <a:pt x="207" y="82"/>
                              </a:cubicBezTo>
                              <a:lnTo>
                                <a:pt x="207" y="82"/>
                              </a:lnTo>
                              <a:cubicBezTo>
                                <a:pt x="205" y="83"/>
                                <a:pt x="204" y="84"/>
                                <a:pt x="204" y="84"/>
                              </a:cubicBezTo>
                              <a:lnTo>
                                <a:pt x="217" y="106"/>
                              </a:lnTo>
                              <a:lnTo>
                                <a:pt x="217" y="106"/>
                              </a:lnTo>
                              <a:cubicBezTo>
                                <a:pt x="217" y="106"/>
                                <a:pt x="218" y="105"/>
                                <a:pt x="220" y="104"/>
                              </a:cubicBezTo>
                              <a:lnTo>
                                <a:pt x="220" y="104"/>
                              </a:lnTo>
                              <a:cubicBezTo>
                                <a:pt x="222" y="102"/>
                                <a:pt x="226" y="100"/>
                                <a:pt x="230" y="98"/>
                              </a:cubicBezTo>
                              <a:lnTo>
                                <a:pt x="230" y="98"/>
                              </a:lnTo>
                              <a:cubicBezTo>
                                <a:pt x="235" y="96"/>
                                <a:pt x="240" y="95"/>
                                <a:pt x="245" y="93"/>
                              </a:cubicBezTo>
                              <a:lnTo>
                                <a:pt x="245" y="93"/>
                              </a:lnTo>
                              <a:cubicBezTo>
                                <a:pt x="250" y="92"/>
                                <a:pt x="256" y="91"/>
                                <a:pt x="262" y="91"/>
                              </a:cubicBezTo>
                              <a:lnTo>
                                <a:pt x="262" y="91"/>
                              </a:lnTo>
                              <a:cubicBezTo>
                                <a:pt x="269" y="91"/>
                                <a:pt x="275" y="92"/>
                                <a:pt x="281" y="94"/>
                              </a:cubicBezTo>
                              <a:lnTo>
                                <a:pt x="281" y="94"/>
                              </a:lnTo>
                              <a:cubicBezTo>
                                <a:pt x="286" y="96"/>
                                <a:pt x="290" y="100"/>
                                <a:pt x="293" y="105"/>
                              </a:cubicBezTo>
                              <a:lnTo>
                                <a:pt x="293" y="105"/>
                              </a:lnTo>
                              <a:cubicBezTo>
                                <a:pt x="296" y="110"/>
                                <a:pt x="298" y="118"/>
                                <a:pt x="298" y="127"/>
                              </a:cubicBezTo>
                              <a:lnTo>
                                <a:pt x="298" y="130"/>
                              </a:lnTo>
                              <a:lnTo>
                                <a:pt x="291" y="130"/>
                              </a:lnTo>
                              <a:lnTo>
                                <a:pt x="291" y="130"/>
                              </a:lnTo>
                              <a:cubicBezTo>
                                <a:pt x="286" y="130"/>
                                <a:pt x="281" y="130"/>
                                <a:pt x="274" y="130"/>
                              </a:cubicBezTo>
                              <a:lnTo>
                                <a:pt x="274" y="130"/>
                              </a:lnTo>
                              <a:cubicBezTo>
                                <a:pt x="268" y="131"/>
                                <a:pt x="261" y="131"/>
                                <a:pt x="254" y="132"/>
                              </a:cubicBezTo>
                              <a:lnTo>
                                <a:pt x="254" y="132"/>
                              </a:lnTo>
                              <a:cubicBezTo>
                                <a:pt x="246" y="133"/>
                                <a:pt x="239" y="135"/>
                                <a:pt x="231" y="138"/>
                              </a:cubicBezTo>
                              <a:lnTo>
                                <a:pt x="231" y="138"/>
                              </a:lnTo>
                              <a:cubicBezTo>
                                <a:pt x="224" y="140"/>
                                <a:pt x="218" y="143"/>
                                <a:pt x="212" y="147"/>
                              </a:cubicBezTo>
                              <a:lnTo>
                                <a:pt x="212" y="147"/>
                              </a:lnTo>
                              <a:cubicBezTo>
                                <a:pt x="206" y="151"/>
                                <a:pt x="201" y="156"/>
                                <a:pt x="198" y="163"/>
                              </a:cubicBezTo>
                              <a:lnTo>
                                <a:pt x="198" y="163"/>
                              </a:lnTo>
                              <a:cubicBezTo>
                                <a:pt x="195" y="169"/>
                                <a:pt x="193" y="176"/>
                                <a:pt x="193" y="185"/>
                              </a:cubicBezTo>
                              <a:close/>
                              <a:moveTo>
                                <a:pt x="224" y="184"/>
                              </a:moveTo>
                              <a:lnTo>
                                <a:pt x="224" y="184"/>
                              </a:lnTo>
                              <a:cubicBezTo>
                                <a:pt x="224" y="178"/>
                                <a:pt x="225" y="173"/>
                                <a:pt x="228" y="169"/>
                              </a:cubicBezTo>
                              <a:lnTo>
                                <a:pt x="228" y="169"/>
                              </a:lnTo>
                              <a:cubicBezTo>
                                <a:pt x="231" y="166"/>
                                <a:pt x="236" y="163"/>
                                <a:pt x="241" y="160"/>
                              </a:cubicBezTo>
                              <a:lnTo>
                                <a:pt x="241" y="160"/>
                              </a:lnTo>
                              <a:cubicBezTo>
                                <a:pt x="246" y="158"/>
                                <a:pt x="251" y="157"/>
                                <a:pt x="257" y="155"/>
                              </a:cubicBezTo>
                              <a:lnTo>
                                <a:pt x="257" y="155"/>
                              </a:lnTo>
                              <a:cubicBezTo>
                                <a:pt x="263" y="154"/>
                                <a:pt x="269" y="154"/>
                                <a:pt x="274" y="153"/>
                              </a:cubicBezTo>
                              <a:lnTo>
                                <a:pt x="274" y="153"/>
                              </a:lnTo>
                              <a:cubicBezTo>
                                <a:pt x="280" y="153"/>
                                <a:pt x="285" y="153"/>
                                <a:pt x="290" y="153"/>
                              </a:cubicBezTo>
                              <a:lnTo>
                                <a:pt x="298" y="153"/>
                              </a:lnTo>
                              <a:lnTo>
                                <a:pt x="298" y="158"/>
                              </a:lnTo>
                              <a:lnTo>
                                <a:pt x="298" y="158"/>
                              </a:lnTo>
                              <a:cubicBezTo>
                                <a:pt x="298" y="164"/>
                                <a:pt x="297" y="170"/>
                                <a:pt x="295" y="176"/>
                              </a:cubicBezTo>
                              <a:lnTo>
                                <a:pt x="295" y="176"/>
                              </a:lnTo>
                              <a:cubicBezTo>
                                <a:pt x="293" y="182"/>
                                <a:pt x="290" y="188"/>
                                <a:pt x="286" y="193"/>
                              </a:cubicBezTo>
                              <a:lnTo>
                                <a:pt x="286" y="193"/>
                              </a:lnTo>
                              <a:cubicBezTo>
                                <a:pt x="283" y="198"/>
                                <a:pt x="278" y="202"/>
                                <a:pt x="273" y="205"/>
                              </a:cubicBezTo>
                              <a:lnTo>
                                <a:pt x="273" y="205"/>
                              </a:lnTo>
                              <a:cubicBezTo>
                                <a:pt x="268" y="208"/>
                                <a:pt x="262" y="209"/>
                                <a:pt x="255" y="209"/>
                              </a:cubicBezTo>
                              <a:lnTo>
                                <a:pt x="255" y="209"/>
                              </a:lnTo>
                              <a:cubicBezTo>
                                <a:pt x="248" y="209"/>
                                <a:pt x="243" y="208"/>
                                <a:pt x="238" y="206"/>
                              </a:cubicBezTo>
                              <a:lnTo>
                                <a:pt x="238" y="206"/>
                              </a:lnTo>
                              <a:cubicBezTo>
                                <a:pt x="234" y="203"/>
                                <a:pt x="230" y="200"/>
                                <a:pt x="227" y="196"/>
                              </a:cubicBezTo>
                              <a:lnTo>
                                <a:pt x="227" y="196"/>
                              </a:lnTo>
                              <a:cubicBezTo>
                                <a:pt x="225" y="192"/>
                                <a:pt x="224" y="188"/>
                                <a:pt x="224" y="184"/>
                              </a:cubicBezTo>
                              <a:close/>
                              <a:moveTo>
                                <a:pt x="376" y="231"/>
                              </a:moveTo>
                              <a:lnTo>
                                <a:pt x="407" y="231"/>
                              </a:lnTo>
                              <a:lnTo>
                                <a:pt x="407" y="155"/>
                              </a:lnTo>
                              <a:lnTo>
                                <a:pt x="430" y="155"/>
                              </a:lnTo>
                              <a:lnTo>
                                <a:pt x="478" y="231"/>
                              </a:lnTo>
                              <a:lnTo>
                                <a:pt x="514" y="231"/>
                              </a:lnTo>
                              <a:lnTo>
                                <a:pt x="455" y="141"/>
                              </a:lnTo>
                              <a:lnTo>
                                <a:pt x="455" y="140"/>
                              </a:lnTo>
                              <a:lnTo>
                                <a:pt x="508" y="68"/>
                              </a:lnTo>
                              <a:lnTo>
                                <a:pt x="473" y="68"/>
                              </a:lnTo>
                              <a:lnTo>
                                <a:pt x="429" y="129"/>
                              </a:lnTo>
                              <a:lnTo>
                                <a:pt x="407" y="129"/>
                              </a:lnTo>
                              <a:lnTo>
                                <a:pt x="407" y="4"/>
                              </a:lnTo>
                              <a:lnTo>
                                <a:pt x="376" y="4"/>
                              </a:lnTo>
                              <a:lnTo>
                                <a:pt x="376" y="231"/>
                              </a:lnTo>
                              <a:close/>
                              <a:moveTo>
                                <a:pt x="532" y="143"/>
                              </a:moveTo>
                              <a:lnTo>
                                <a:pt x="555" y="130"/>
                              </a:lnTo>
                              <a:lnTo>
                                <a:pt x="555" y="186"/>
                              </a:lnTo>
                              <a:lnTo>
                                <a:pt x="555" y="186"/>
                              </a:lnTo>
                              <a:cubicBezTo>
                                <a:pt x="555" y="195"/>
                                <a:pt x="556" y="201"/>
                                <a:pt x="558" y="207"/>
                              </a:cubicBezTo>
                              <a:lnTo>
                                <a:pt x="558" y="207"/>
                              </a:lnTo>
                              <a:cubicBezTo>
                                <a:pt x="559" y="212"/>
                                <a:pt x="562" y="217"/>
                                <a:pt x="565" y="221"/>
                              </a:cubicBezTo>
                              <a:lnTo>
                                <a:pt x="565" y="221"/>
                              </a:lnTo>
                              <a:cubicBezTo>
                                <a:pt x="568" y="224"/>
                                <a:pt x="572" y="227"/>
                                <a:pt x="575" y="228"/>
                              </a:cubicBezTo>
                              <a:lnTo>
                                <a:pt x="575" y="228"/>
                              </a:lnTo>
                              <a:cubicBezTo>
                                <a:pt x="579" y="230"/>
                                <a:pt x="583" y="231"/>
                                <a:pt x="587" y="232"/>
                              </a:cubicBezTo>
                              <a:lnTo>
                                <a:pt x="587" y="232"/>
                              </a:lnTo>
                              <a:cubicBezTo>
                                <a:pt x="591" y="232"/>
                                <a:pt x="595" y="233"/>
                                <a:pt x="598" y="233"/>
                              </a:cubicBezTo>
                              <a:lnTo>
                                <a:pt x="598" y="233"/>
                              </a:lnTo>
                              <a:cubicBezTo>
                                <a:pt x="601" y="233"/>
                                <a:pt x="603" y="233"/>
                                <a:pt x="605" y="232"/>
                              </a:cubicBezTo>
                              <a:lnTo>
                                <a:pt x="605" y="232"/>
                              </a:lnTo>
                              <a:cubicBezTo>
                                <a:pt x="607" y="232"/>
                                <a:pt x="608" y="232"/>
                                <a:pt x="608" y="232"/>
                              </a:cubicBezTo>
                              <a:lnTo>
                                <a:pt x="608" y="204"/>
                              </a:lnTo>
                              <a:lnTo>
                                <a:pt x="608" y="204"/>
                              </a:lnTo>
                              <a:cubicBezTo>
                                <a:pt x="608" y="204"/>
                                <a:pt x="608" y="204"/>
                                <a:pt x="607" y="204"/>
                              </a:cubicBezTo>
                              <a:lnTo>
                                <a:pt x="607" y="204"/>
                              </a:lnTo>
                              <a:cubicBezTo>
                                <a:pt x="606" y="204"/>
                                <a:pt x="604" y="204"/>
                                <a:pt x="603" y="204"/>
                              </a:cubicBezTo>
                              <a:lnTo>
                                <a:pt x="603" y="204"/>
                              </a:lnTo>
                              <a:cubicBezTo>
                                <a:pt x="600" y="204"/>
                                <a:pt x="597" y="204"/>
                                <a:pt x="594" y="202"/>
                              </a:cubicBezTo>
                              <a:lnTo>
                                <a:pt x="594" y="202"/>
                              </a:lnTo>
                              <a:cubicBezTo>
                                <a:pt x="592" y="201"/>
                                <a:pt x="590" y="199"/>
                                <a:pt x="588" y="196"/>
                              </a:cubicBezTo>
                              <a:lnTo>
                                <a:pt x="588" y="196"/>
                              </a:lnTo>
                              <a:cubicBezTo>
                                <a:pt x="586" y="192"/>
                                <a:pt x="586" y="187"/>
                                <a:pt x="586" y="181"/>
                              </a:cubicBezTo>
                              <a:lnTo>
                                <a:pt x="586" y="111"/>
                              </a:lnTo>
                              <a:lnTo>
                                <a:pt x="612" y="96"/>
                              </a:lnTo>
                              <a:lnTo>
                                <a:pt x="612" y="65"/>
                              </a:lnTo>
                              <a:lnTo>
                                <a:pt x="586" y="80"/>
                              </a:lnTo>
                              <a:lnTo>
                                <a:pt x="586" y="4"/>
                              </a:lnTo>
                              <a:lnTo>
                                <a:pt x="555" y="4"/>
                              </a:lnTo>
                              <a:lnTo>
                                <a:pt x="555" y="98"/>
                              </a:lnTo>
                              <a:lnTo>
                                <a:pt x="532" y="111"/>
                              </a:lnTo>
                              <a:lnTo>
                                <a:pt x="532" y="143"/>
                              </a:lnTo>
                              <a:close/>
                              <a:moveTo>
                                <a:pt x="633" y="185"/>
                              </a:moveTo>
                              <a:lnTo>
                                <a:pt x="633" y="185"/>
                              </a:lnTo>
                              <a:cubicBezTo>
                                <a:pt x="634" y="193"/>
                                <a:pt x="635" y="200"/>
                                <a:pt x="638" y="206"/>
                              </a:cubicBezTo>
                              <a:lnTo>
                                <a:pt x="638" y="206"/>
                              </a:lnTo>
                              <a:cubicBezTo>
                                <a:pt x="641" y="213"/>
                                <a:pt x="645" y="218"/>
                                <a:pt x="650" y="223"/>
                              </a:cubicBezTo>
                              <a:lnTo>
                                <a:pt x="650" y="223"/>
                              </a:lnTo>
                              <a:cubicBezTo>
                                <a:pt x="657" y="227"/>
                                <a:pt x="662" y="230"/>
                                <a:pt x="669" y="232"/>
                              </a:cubicBezTo>
                              <a:lnTo>
                                <a:pt x="669" y="232"/>
                              </a:lnTo>
                              <a:cubicBezTo>
                                <a:pt x="675" y="234"/>
                                <a:pt x="682" y="235"/>
                                <a:pt x="689" y="235"/>
                              </a:cubicBezTo>
                              <a:lnTo>
                                <a:pt x="689" y="235"/>
                              </a:lnTo>
                              <a:cubicBezTo>
                                <a:pt x="697" y="235"/>
                                <a:pt x="704" y="234"/>
                                <a:pt x="709" y="232"/>
                              </a:cubicBezTo>
                              <a:lnTo>
                                <a:pt x="709" y="232"/>
                              </a:lnTo>
                              <a:cubicBezTo>
                                <a:pt x="715" y="230"/>
                                <a:pt x="720" y="227"/>
                                <a:pt x="724" y="224"/>
                              </a:cubicBezTo>
                              <a:lnTo>
                                <a:pt x="724" y="224"/>
                              </a:lnTo>
                              <a:cubicBezTo>
                                <a:pt x="728" y="221"/>
                                <a:pt x="731" y="217"/>
                                <a:pt x="734" y="214"/>
                              </a:cubicBezTo>
                              <a:lnTo>
                                <a:pt x="734" y="214"/>
                              </a:lnTo>
                              <a:cubicBezTo>
                                <a:pt x="736" y="210"/>
                                <a:pt x="738" y="208"/>
                                <a:pt x="739" y="206"/>
                              </a:cubicBezTo>
                              <a:lnTo>
                                <a:pt x="739" y="206"/>
                              </a:lnTo>
                              <a:cubicBezTo>
                                <a:pt x="740" y="204"/>
                                <a:pt x="741" y="203"/>
                                <a:pt x="741" y="202"/>
                              </a:cubicBezTo>
                              <a:lnTo>
                                <a:pt x="741" y="202"/>
                              </a:lnTo>
                              <a:lnTo>
                                <a:pt x="741" y="202"/>
                              </a:lnTo>
                              <a:cubicBezTo>
                                <a:pt x="741" y="202"/>
                                <a:pt x="741" y="204"/>
                                <a:pt x="741" y="206"/>
                              </a:cubicBezTo>
                              <a:lnTo>
                                <a:pt x="741" y="206"/>
                              </a:lnTo>
                              <a:cubicBezTo>
                                <a:pt x="741" y="208"/>
                                <a:pt x="741" y="211"/>
                                <a:pt x="741" y="215"/>
                              </a:cubicBezTo>
                              <a:lnTo>
                                <a:pt x="741" y="231"/>
                              </a:lnTo>
                              <a:lnTo>
                                <a:pt x="769" y="231"/>
                              </a:lnTo>
                              <a:lnTo>
                                <a:pt x="769" y="129"/>
                              </a:lnTo>
                              <a:lnTo>
                                <a:pt x="769" y="129"/>
                              </a:lnTo>
                              <a:cubicBezTo>
                                <a:pt x="769" y="115"/>
                                <a:pt x="767" y="102"/>
                                <a:pt x="762" y="93"/>
                              </a:cubicBezTo>
                              <a:lnTo>
                                <a:pt x="762" y="93"/>
                              </a:lnTo>
                              <a:cubicBezTo>
                                <a:pt x="757" y="84"/>
                                <a:pt x="750" y="77"/>
                                <a:pt x="740" y="72"/>
                              </a:cubicBezTo>
                              <a:lnTo>
                                <a:pt x="740" y="72"/>
                              </a:lnTo>
                              <a:cubicBezTo>
                                <a:pt x="731" y="67"/>
                                <a:pt x="719" y="65"/>
                                <a:pt x="706" y="65"/>
                              </a:cubicBezTo>
                              <a:lnTo>
                                <a:pt x="706" y="65"/>
                              </a:lnTo>
                              <a:cubicBezTo>
                                <a:pt x="698" y="65"/>
                                <a:pt x="692" y="65"/>
                                <a:pt x="685" y="66"/>
                              </a:cubicBezTo>
                              <a:lnTo>
                                <a:pt x="685" y="66"/>
                              </a:lnTo>
                              <a:cubicBezTo>
                                <a:pt x="679" y="68"/>
                                <a:pt x="674" y="69"/>
                                <a:pt x="669" y="71"/>
                              </a:cubicBezTo>
                              <a:lnTo>
                                <a:pt x="669" y="71"/>
                              </a:lnTo>
                              <a:cubicBezTo>
                                <a:pt x="664" y="73"/>
                                <a:pt x="660" y="75"/>
                                <a:pt x="655" y="77"/>
                              </a:cubicBezTo>
                              <a:lnTo>
                                <a:pt x="655" y="77"/>
                              </a:lnTo>
                              <a:cubicBezTo>
                                <a:pt x="652" y="79"/>
                                <a:pt x="649" y="80"/>
                                <a:pt x="647" y="82"/>
                              </a:cubicBezTo>
                              <a:lnTo>
                                <a:pt x="647" y="82"/>
                              </a:lnTo>
                              <a:cubicBezTo>
                                <a:pt x="645" y="83"/>
                                <a:pt x="645" y="84"/>
                                <a:pt x="645" y="84"/>
                              </a:cubicBezTo>
                              <a:lnTo>
                                <a:pt x="658" y="106"/>
                              </a:lnTo>
                              <a:lnTo>
                                <a:pt x="658" y="106"/>
                              </a:lnTo>
                              <a:cubicBezTo>
                                <a:pt x="658" y="106"/>
                                <a:pt x="660" y="105"/>
                                <a:pt x="662" y="104"/>
                              </a:cubicBezTo>
                              <a:lnTo>
                                <a:pt x="662" y="104"/>
                              </a:lnTo>
                              <a:cubicBezTo>
                                <a:pt x="664" y="102"/>
                                <a:pt x="667" y="100"/>
                                <a:pt x="671" y="98"/>
                              </a:cubicBezTo>
                              <a:lnTo>
                                <a:pt x="671" y="98"/>
                              </a:lnTo>
                              <a:cubicBezTo>
                                <a:pt x="676" y="96"/>
                                <a:pt x="680" y="95"/>
                                <a:pt x="686" y="93"/>
                              </a:cubicBezTo>
                              <a:lnTo>
                                <a:pt x="686" y="93"/>
                              </a:lnTo>
                              <a:cubicBezTo>
                                <a:pt x="691" y="92"/>
                                <a:pt x="697" y="91"/>
                                <a:pt x="703" y="91"/>
                              </a:cubicBezTo>
                              <a:lnTo>
                                <a:pt x="703" y="91"/>
                              </a:lnTo>
                              <a:cubicBezTo>
                                <a:pt x="710" y="91"/>
                                <a:pt x="716" y="92"/>
                                <a:pt x="721" y="94"/>
                              </a:cubicBezTo>
                              <a:lnTo>
                                <a:pt x="721" y="94"/>
                              </a:lnTo>
                              <a:cubicBezTo>
                                <a:pt x="727" y="96"/>
                                <a:pt x="731" y="100"/>
                                <a:pt x="734" y="105"/>
                              </a:cubicBezTo>
                              <a:lnTo>
                                <a:pt x="734" y="105"/>
                              </a:lnTo>
                              <a:cubicBezTo>
                                <a:pt x="737" y="110"/>
                                <a:pt x="739" y="118"/>
                                <a:pt x="739" y="127"/>
                              </a:cubicBezTo>
                              <a:lnTo>
                                <a:pt x="739" y="130"/>
                              </a:lnTo>
                              <a:lnTo>
                                <a:pt x="732" y="130"/>
                              </a:lnTo>
                              <a:lnTo>
                                <a:pt x="732" y="130"/>
                              </a:lnTo>
                              <a:cubicBezTo>
                                <a:pt x="727" y="130"/>
                                <a:pt x="721" y="130"/>
                                <a:pt x="715" y="130"/>
                              </a:cubicBezTo>
                              <a:lnTo>
                                <a:pt x="715" y="130"/>
                              </a:lnTo>
                              <a:cubicBezTo>
                                <a:pt x="709" y="131"/>
                                <a:pt x="702" y="131"/>
                                <a:pt x="694" y="132"/>
                              </a:cubicBezTo>
                              <a:lnTo>
                                <a:pt x="694" y="132"/>
                              </a:lnTo>
                              <a:cubicBezTo>
                                <a:pt x="687" y="133"/>
                                <a:pt x="680" y="135"/>
                                <a:pt x="673" y="138"/>
                              </a:cubicBezTo>
                              <a:lnTo>
                                <a:pt x="673" y="138"/>
                              </a:lnTo>
                              <a:cubicBezTo>
                                <a:pt x="666" y="140"/>
                                <a:pt x="659" y="143"/>
                                <a:pt x="653" y="147"/>
                              </a:cubicBezTo>
                              <a:lnTo>
                                <a:pt x="653" y="147"/>
                              </a:lnTo>
                              <a:cubicBezTo>
                                <a:pt x="647" y="151"/>
                                <a:pt x="642" y="156"/>
                                <a:pt x="639" y="163"/>
                              </a:cubicBezTo>
                              <a:lnTo>
                                <a:pt x="639" y="163"/>
                              </a:lnTo>
                              <a:cubicBezTo>
                                <a:pt x="635" y="169"/>
                                <a:pt x="634" y="176"/>
                                <a:pt x="633" y="185"/>
                              </a:cubicBezTo>
                              <a:close/>
                              <a:moveTo>
                                <a:pt x="666" y="184"/>
                              </a:moveTo>
                              <a:lnTo>
                                <a:pt x="666" y="184"/>
                              </a:lnTo>
                              <a:cubicBezTo>
                                <a:pt x="666" y="178"/>
                                <a:pt x="667" y="173"/>
                                <a:pt x="670" y="169"/>
                              </a:cubicBezTo>
                              <a:lnTo>
                                <a:pt x="670" y="169"/>
                              </a:lnTo>
                              <a:cubicBezTo>
                                <a:pt x="673" y="166"/>
                                <a:pt x="677" y="163"/>
                                <a:pt x="682" y="160"/>
                              </a:cubicBezTo>
                              <a:lnTo>
                                <a:pt x="682" y="160"/>
                              </a:lnTo>
                              <a:cubicBezTo>
                                <a:pt x="687" y="158"/>
                                <a:pt x="692" y="157"/>
                                <a:pt x="698" y="155"/>
                              </a:cubicBezTo>
                              <a:lnTo>
                                <a:pt x="698" y="155"/>
                              </a:lnTo>
                              <a:cubicBezTo>
                                <a:pt x="704" y="154"/>
                                <a:pt x="709" y="154"/>
                                <a:pt x="715" y="153"/>
                              </a:cubicBezTo>
                              <a:lnTo>
                                <a:pt x="715" y="153"/>
                              </a:lnTo>
                              <a:cubicBezTo>
                                <a:pt x="721" y="153"/>
                                <a:pt x="726" y="153"/>
                                <a:pt x="731" y="153"/>
                              </a:cubicBezTo>
                              <a:lnTo>
                                <a:pt x="739" y="153"/>
                              </a:lnTo>
                              <a:lnTo>
                                <a:pt x="739" y="158"/>
                              </a:lnTo>
                              <a:lnTo>
                                <a:pt x="739" y="158"/>
                              </a:lnTo>
                              <a:cubicBezTo>
                                <a:pt x="739" y="164"/>
                                <a:pt x="738" y="170"/>
                                <a:pt x="736" y="176"/>
                              </a:cubicBezTo>
                              <a:lnTo>
                                <a:pt x="736" y="176"/>
                              </a:lnTo>
                              <a:cubicBezTo>
                                <a:pt x="734" y="182"/>
                                <a:pt x="731" y="188"/>
                                <a:pt x="727" y="193"/>
                              </a:cubicBezTo>
                              <a:lnTo>
                                <a:pt x="727" y="193"/>
                              </a:lnTo>
                              <a:cubicBezTo>
                                <a:pt x="723" y="198"/>
                                <a:pt x="719" y="202"/>
                                <a:pt x="714" y="205"/>
                              </a:cubicBezTo>
                              <a:lnTo>
                                <a:pt x="714" y="205"/>
                              </a:lnTo>
                              <a:cubicBezTo>
                                <a:pt x="708" y="208"/>
                                <a:pt x="702" y="209"/>
                                <a:pt x="696" y="209"/>
                              </a:cubicBezTo>
                              <a:lnTo>
                                <a:pt x="696" y="209"/>
                              </a:lnTo>
                              <a:cubicBezTo>
                                <a:pt x="689" y="209"/>
                                <a:pt x="684" y="208"/>
                                <a:pt x="679" y="206"/>
                              </a:cubicBezTo>
                              <a:lnTo>
                                <a:pt x="679" y="206"/>
                              </a:lnTo>
                              <a:cubicBezTo>
                                <a:pt x="675" y="203"/>
                                <a:pt x="671" y="200"/>
                                <a:pt x="669" y="196"/>
                              </a:cubicBezTo>
                              <a:lnTo>
                                <a:pt x="669" y="196"/>
                              </a:lnTo>
                              <a:cubicBezTo>
                                <a:pt x="667" y="192"/>
                                <a:pt x="666" y="188"/>
                                <a:pt x="666" y="184"/>
                              </a:cubicBezTo>
                              <a:close/>
                              <a:moveTo>
                                <a:pt x="806" y="150"/>
                              </a:moveTo>
                              <a:lnTo>
                                <a:pt x="806" y="150"/>
                              </a:lnTo>
                              <a:cubicBezTo>
                                <a:pt x="806" y="162"/>
                                <a:pt x="808" y="174"/>
                                <a:pt x="811" y="184"/>
                              </a:cubicBezTo>
                              <a:lnTo>
                                <a:pt x="811" y="184"/>
                              </a:lnTo>
                              <a:cubicBezTo>
                                <a:pt x="814" y="194"/>
                                <a:pt x="819" y="203"/>
                                <a:pt x="825" y="211"/>
                              </a:cubicBezTo>
                              <a:lnTo>
                                <a:pt x="825" y="211"/>
                              </a:lnTo>
                              <a:cubicBezTo>
                                <a:pt x="831" y="218"/>
                                <a:pt x="839" y="225"/>
                                <a:pt x="848" y="229"/>
                              </a:cubicBezTo>
                              <a:lnTo>
                                <a:pt x="848" y="229"/>
                              </a:lnTo>
                              <a:cubicBezTo>
                                <a:pt x="856" y="233"/>
                                <a:pt x="866" y="235"/>
                                <a:pt x="877" y="235"/>
                              </a:cubicBezTo>
                              <a:lnTo>
                                <a:pt x="877" y="235"/>
                              </a:lnTo>
                              <a:cubicBezTo>
                                <a:pt x="885" y="235"/>
                                <a:pt x="892" y="234"/>
                                <a:pt x="898" y="232"/>
                              </a:cubicBezTo>
                              <a:lnTo>
                                <a:pt x="898" y="232"/>
                              </a:lnTo>
                              <a:cubicBezTo>
                                <a:pt x="904" y="230"/>
                                <a:pt x="909" y="228"/>
                                <a:pt x="913" y="225"/>
                              </a:cubicBezTo>
                              <a:lnTo>
                                <a:pt x="913" y="225"/>
                              </a:lnTo>
                              <a:cubicBezTo>
                                <a:pt x="917" y="222"/>
                                <a:pt x="920" y="218"/>
                                <a:pt x="923" y="215"/>
                              </a:cubicBezTo>
                              <a:lnTo>
                                <a:pt x="923" y="215"/>
                              </a:lnTo>
                              <a:cubicBezTo>
                                <a:pt x="925" y="212"/>
                                <a:pt x="927" y="209"/>
                                <a:pt x="928" y="207"/>
                              </a:cubicBezTo>
                              <a:lnTo>
                                <a:pt x="928" y="207"/>
                              </a:lnTo>
                              <a:cubicBezTo>
                                <a:pt x="929" y="205"/>
                                <a:pt x="930" y="204"/>
                                <a:pt x="930" y="204"/>
                              </a:cubicBezTo>
                              <a:lnTo>
                                <a:pt x="931" y="204"/>
                              </a:lnTo>
                              <a:lnTo>
                                <a:pt x="931" y="204"/>
                              </a:lnTo>
                              <a:cubicBezTo>
                                <a:pt x="931" y="204"/>
                                <a:pt x="931" y="205"/>
                                <a:pt x="930" y="207"/>
                              </a:cubicBezTo>
                              <a:lnTo>
                                <a:pt x="930" y="207"/>
                              </a:lnTo>
                              <a:cubicBezTo>
                                <a:pt x="930" y="209"/>
                                <a:pt x="930" y="212"/>
                                <a:pt x="930" y="215"/>
                              </a:cubicBezTo>
                              <a:lnTo>
                                <a:pt x="930" y="231"/>
                              </a:lnTo>
                              <a:lnTo>
                                <a:pt x="961" y="231"/>
                              </a:lnTo>
                              <a:lnTo>
                                <a:pt x="961" y="4"/>
                              </a:lnTo>
                              <a:lnTo>
                                <a:pt x="929" y="4"/>
                              </a:lnTo>
                              <a:lnTo>
                                <a:pt x="929" y="79"/>
                              </a:lnTo>
                              <a:lnTo>
                                <a:pt x="929" y="79"/>
                              </a:lnTo>
                              <a:cubicBezTo>
                                <a:pt x="929" y="82"/>
                                <a:pt x="929" y="85"/>
                                <a:pt x="929" y="87"/>
                              </a:cubicBezTo>
                              <a:lnTo>
                                <a:pt x="929" y="87"/>
                              </a:lnTo>
                              <a:cubicBezTo>
                                <a:pt x="929" y="89"/>
                                <a:pt x="929" y="90"/>
                                <a:pt x="929" y="90"/>
                              </a:cubicBezTo>
                              <a:lnTo>
                                <a:pt x="929" y="90"/>
                              </a:lnTo>
                              <a:lnTo>
                                <a:pt x="929" y="90"/>
                              </a:lnTo>
                              <a:cubicBezTo>
                                <a:pt x="929" y="90"/>
                                <a:pt x="928" y="89"/>
                                <a:pt x="927" y="87"/>
                              </a:cubicBezTo>
                              <a:lnTo>
                                <a:pt x="927" y="87"/>
                              </a:lnTo>
                              <a:cubicBezTo>
                                <a:pt x="926" y="86"/>
                                <a:pt x="924" y="84"/>
                                <a:pt x="922" y="81"/>
                              </a:cubicBezTo>
                              <a:lnTo>
                                <a:pt x="922" y="81"/>
                              </a:lnTo>
                              <a:cubicBezTo>
                                <a:pt x="920" y="79"/>
                                <a:pt x="916" y="76"/>
                                <a:pt x="913" y="73"/>
                              </a:cubicBezTo>
                              <a:lnTo>
                                <a:pt x="913" y="73"/>
                              </a:lnTo>
                              <a:cubicBezTo>
                                <a:pt x="909" y="71"/>
                                <a:pt x="904" y="69"/>
                                <a:pt x="898" y="67"/>
                              </a:cubicBezTo>
                              <a:lnTo>
                                <a:pt x="898" y="67"/>
                              </a:lnTo>
                              <a:cubicBezTo>
                                <a:pt x="893" y="65"/>
                                <a:pt x="886" y="65"/>
                                <a:pt x="879" y="65"/>
                              </a:cubicBezTo>
                              <a:lnTo>
                                <a:pt x="879" y="65"/>
                              </a:lnTo>
                              <a:cubicBezTo>
                                <a:pt x="868" y="65"/>
                                <a:pt x="859" y="67"/>
                                <a:pt x="850" y="71"/>
                              </a:cubicBezTo>
                              <a:lnTo>
                                <a:pt x="850" y="71"/>
                              </a:lnTo>
                              <a:cubicBezTo>
                                <a:pt x="841" y="74"/>
                                <a:pt x="833" y="80"/>
                                <a:pt x="827" y="87"/>
                              </a:cubicBezTo>
                              <a:lnTo>
                                <a:pt x="827" y="87"/>
                              </a:lnTo>
                              <a:cubicBezTo>
                                <a:pt x="820" y="95"/>
                                <a:pt x="815" y="104"/>
                                <a:pt x="812" y="115"/>
                              </a:cubicBezTo>
                              <a:lnTo>
                                <a:pt x="812" y="115"/>
                              </a:lnTo>
                              <a:cubicBezTo>
                                <a:pt x="808" y="125"/>
                                <a:pt x="806" y="137"/>
                                <a:pt x="806" y="150"/>
                              </a:cubicBezTo>
                              <a:close/>
                              <a:moveTo>
                                <a:pt x="838" y="150"/>
                              </a:moveTo>
                              <a:lnTo>
                                <a:pt x="838" y="150"/>
                              </a:lnTo>
                              <a:cubicBezTo>
                                <a:pt x="838" y="141"/>
                                <a:pt x="839" y="133"/>
                                <a:pt x="841" y="125"/>
                              </a:cubicBezTo>
                              <a:lnTo>
                                <a:pt x="841" y="125"/>
                              </a:lnTo>
                              <a:cubicBezTo>
                                <a:pt x="844" y="118"/>
                                <a:pt x="847" y="111"/>
                                <a:pt x="851" y="106"/>
                              </a:cubicBezTo>
                              <a:lnTo>
                                <a:pt x="851" y="106"/>
                              </a:lnTo>
                              <a:cubicBezTo>
                                <a:pt x="856" y="101"/>
                                <a:pt x="860" y="98"/>
                                <a:pt x="866" y="95"/>
                              </a:cubicBezTo>
                              <a:lnTo>
                                <a:pt x="866" y="95"/>
                              </a:lnTo>
                              <a:cubicBezTo>
                                <a:pt x="872" y="93"/>
                                <a:pt x="878" y="91"/>
                                <a:pt x="884" y="91"/>
                              </a:cubicBezTo>
                              <a:lnTo>
                                <a:pt x="884" y="91"/>
                              </a:lnTo>
                              <a:cubicBezTo>
                                <a:pt x="892" y="91"/>
                                <a:pt x="898" y="93"/>
                                <a:pt x="904" y="96"/>
                              </a:cubicBezTo>
                              <a:lnTo>
                                <a:pt x="904" y="96"/>
                              </a:lnTo>
                              <a:cubicBezTo>
                                <a:pt x="910" y="99"/>
                                <a:pt x="915" y="104"/>
                                <a:pt x="918" y="109"/>
                              </a:cubicBezTo>
                              <a:lnTo>
                                <a:pt x="918" y="109"/>
                              </a:lnTo>
                              <a:cubicBezTo>
                                <a:pt x="922" y="116"/>
                                <a:pt x="925" y="122"/>
                                <a:pt x="927" y="128"/>
                              </a:cubicBezTo>
                              <a:lnTo>
                                <a:pt x="927" y="128"/>
                              </a:lnTo>
                              <a:cubicBezTo>
                                <a:pt x="929" y="135"/>
                                <a:pt x="930" y="142"/>
                                <a:pt x="930" y="150"/>
                              </a:cubicBezTo>
                              <a:lnTo>
                                <a:pt x="930" y="150"/>
                              </a:lnTo>
                              <a:cubicBezTo>
                                <a:pt x="930" y="160"/>
                                <a:pt x="928" y="169"/>
                                <a:pt x="926" y="176"/>
                              </a:cubicBezTo>
                              <a:lnTo>
                                <a:pt x="926" y="176"/>
                              </a:lnTo>
                              <a:cubicBezTo>
                                <a:pt x="923" y="183"/>
                                <a:pt x="920" y="189"/>
                                <a:pt x="915" y="194"/>
                              </a:cubicBezTo>
                              <a:lnTo>
                                <a:pt x="915" y="194"/>
                              </a:lnTo>
                              <a:cubicBezTo>
                                <a:pt x="911" y="199"/>
                                <a:pt x="906" y="202"/>
                                <a:pt x="900" y="204"/>
                              </a:cubicBezTo>
                              <a:lnTo>
                                <a:pt x="900" y="204"/>
                              </a:lnTo>
                              <a:cubicBezTo>
                                <a:pt x="895" y="206"/>
                                <a:pt x="889" y="208"/>
                                <a:pt x="883" y="208"/>
                              </a:cubicBezTo>
                              <a:lnTo>
                                <a:pt x="883" y="208"/>
                              </a:lnTo>
                              <a:cubicBezTo>
                                <a:pt x="874" y="207"/>
                                <a:pt x="866" y="205"/>
                                <a:pt x="859" y="200"/>
                              </a:cubicBezTo>
                              <a:lnTo>
                                <a:pt x="859" y="200"/>
                              </a:lnTo>
                              <a:cubicBezTo>
                                <a:pt x="853" y="196"/>
                                <a:pt x="847" y="189"/>
                                <a:pt x="843" y="180"/>
                              </a:cubicBezTo>
                              <a:lnTo>
                                <a:pt x="843" y="180"/>
                              </a:lnTo>
                              <a:cubicBezTo>
                                <a:pt x="840" y="172"/>
                                <a:pt x="838" y="162"/>
                                <a:pt x="838" y="150"/>
                              </a:cubicBezTo>
                              <a:close/>
                              <a:moveTo>
                                <a:pt x="1139" y="231"/>
                              </a:moveTo>
                              <a:lnTo>
                                <a:pt x="1276" y="231"/>
                              </a:lnTo>
                              <a:lnTo>
                                <a:pt x="1276" y="203"/>
                              </a:lnTo>
                              <a:lnTo>
                                <a:pt x="1171" y="203"/>
                              </a:lnTo>
                              <a:lnTo>
                                <a:pt x="1171" y="131"/>
                              </a:lnTo>
                              <a:lnTo>
                                <a:pt x="1252" y="131"/>
                              </a:lnTo>
                              <a:lnTo>
                                <a:pt x="1252" y="102"/>
                              </a:lnTo>
                              <a:lnTo>
                                <a:pt x="1171" y="102"/>
                              </a:lnTo>
                              <a:lnTo>
                                <a:pt x="1171" y="32"/>
                              </a:lnTo>
                              <a:lnTo>
                                <a:pt x="1271" y="32"/>
                              </a:lnTo>
                              <a:lnTo>
                                <a:pt x="1271" y="4"/>
                              </a:lnTo>
                              <a:lnTo>
                                <a:pt x="1139" y="4"/>
                              </a:lnTo>
                              <a:lnTo>
                                <a:pt x="1139" y="231"/>
                              </a:lnTo>
                              <a:close/>
                              <a:moveTo>
                                <a:pt x="1314" y="186"/>
                              </a:moveTo>
                              <a:lnTo>
                                <a:pt x="1314" y="186"/>
                              </a:lnTo>
                              <a:cubicBezTo>
                                <a:pt x="1314" y="195"/>
                                <a:pt x="1315" y="201"/>
                                <a:pt x="1317" y="207"/>
                              </a:cubicBezTo>
                              <a:lnTo>
                                <a:pt x="1317" y="207"/>
                              </a:lnTo>
                              <a:cubicBezTo>
                                <a:pt x="1319" y="212"/>
                                <a:pt x="1321" y="217"/>
                                <a:pt x="1324" y="221"/>
                              </a:cubicBezTo>
                              <a:lnTo>
                                <a:pt x="1324" y="221"/>
                              </a:lnTo>
                              <a:cubicBezTo>
                                <a:pt x="1327" y="224"/>
                                <a:pt x="1331" y="227"/>
                                <a:pt x="1335" y="228"/>
                              </a:cubicBezTo>
                              <a:lnTo>
                                <a:pt x="1335" y="228"/>
                              </a:lnTo>
                              <a:cubicBezTo>
                                <a:pt x="1338" y="230"/>
                                <a:pt x="1342" y="231"/>
                                <a:pt x="1346" y="232"/>
                              </a:cubicBezTo>
                              <a:lnTo>
                                <a:pt x="1346" y="232"/>
                              </a:lnTo>
                              <a:cubicBezTo>
                                <a:pt x="1350" y="232"/>
                                <a:pt x="1354" y="233"/>
                                <a:pt x="1357" y="233"/>
                              </a:cubicBezTo>
                              <a:lnTo>
                                <a:pt x="1357" y="233"/>
                              </a:lnTo>
                              <a:cubicBezTo>
                                <a:pt x="1360" y="233"/>
                                <a:pt x="1364" y="233"/>
                                <a:pt x="1366" y="232"/>
                              </a:cubicBezTo>
                              <a:lnTo>
                                <a:pt x="1366" y="232"/>
                              </a:lnTo>
                              <a:cubicBezTo>
                                <a:pt x="1368" y="232"/>
                                <a:pt x="1369" y="232"/>
                                <a:pt x="1369" y="232"/>
                              </a:cubicBezTo>
                              <a:lnTo>
                                <a:pt x="1369" y="204"/>
                              </a:lnTo>
                              <a:lnTo>
                                <a:pt x="1369" y="204"/>
                              </a:lnTo>
                              <a:cubicBezTo>
                                <a:pt x="1369" y="204"/>
                                <a:pt x="1368" y="204"/>
                                <a:pt x="1367" y="204"/>
                              </a:cubicBezTo>
                              <a:lnTo>
                                <a:pt x="1367" y="204"/>
                              </a:lnTo>
                              <a:cubicBezTo>
                                <a:pt x="1366" y="204"/>
                                <a:pt x="1365" y="204"/>
                                <a:pt x="1363" y="204"/>
                              </a:cubicBezTo>
                              <a:lnTo>
                                <a:pt x="1363" y="204"/>
                              </a:lnTo>
                              <a:cubicBezTo>
                                <a:pt x="1359" y="204"/>
                                <a:pt x="1356" y="204"/>
                                <a:pt x="1354" y="202"/>
                              </a:cubicBezTo>
                              <a:lnTo>
                                <a:pt x="1354" y="202"/>
                              </a:lnTo>
                              <a:cubicBezTo>
                                <a:pt x="1351" y="201"/>
                                <a:pt x="1349" y="199"/>
                                <a:pt x="1347" y="196"/>
                              </a:cubicBezTo>
                              <a:lnTo>
                                <a:pt x="1347" y="196"/>
                              </a:lnTo>
                              <a:cubicBezTo>
                                <a:pt x="1346" y="192"/>
                                <a:pt x="1345" y="187"/>
                                <a:pt x="1345" y="181"/>
                              </a:cubicBezTo>
                              <a:lnTo>
                                <a:pt x="1345" y="4"/>
                              </a:lnTo>
                              <a:lnTo>
                                <a:pt x="1314" y="4"/>
                              </a:lnTo>
                              <a:lnTo>
                                <a:pt x="1314" y="186"/>
                              </a:lnTo>
                              <a:close/>
                              <a:moveTo>
                                <a:pt x="1390" y="150"/>
                              </a:moveTo>
                              <a:lnTo>
                                <a:pt x="1390" y="150"/>
                              </a:lnTo>
                              <a:cubicBezTo>
                                <a:pt x="1390" y="162"/>
                                <a:pt x="1392" y="173"/>
                                <a:pt x="1397" y="183"/>
                              </a:cubicBezTo>
                              <a:lnTo>
                                <a:pt x="1397" y="183"/>
                              </a:lnTo>
                              <a:cubicBezTo>
                                <a:pt x="1401" y="193"/>
                                <a:pt x="1406" y="202"/>
                                <a:pt x="1414" y="210"/>
                              </a:cubicBezTo>
                              <a:lnTo>
                                <a:pt x="1414" y="210"/>
                              </a:lnTo>
                              <a:cubicBezTo>
                                <a:pt x="1422" y="218"/>
                                <a:pt x="1431" y="225"/>
                                <a:pt x="1441" y="229"/>
                              </a:cubicBezTo>
                              <a:lnTo>
                                <a:pt x="1441" y="229"/>
                              </a:lnTo>
                              <a:cubicBezTo>
                                <a:pt x="1451" y="233"/>
                                <a:pt x="1463" y="235"/>
                                <a:pt x="1476" y="235"/>
                              </a:cubicBezTo>
                              <a:lnTo>
                                <a:pt x="1476" y="235"/>
                              </a:lnTo>
                              <a:cubicBezTo>
                                <a:pt x="1483" y="235"/>
                                <a:pt x="1490" y="234"/>
                                <a:pt x="1497" y="233"/>
                              </a:cubicBezTo>
                              <a:lnTo>
                                <a:pt x="1497" y="233"/>
                              </a:lnTo>
                              <a:cubicBezTo>
                                <a:pt x="1504" y="231"/>
                                <a:pt x="1510" y="229"/>
                                <a:pt x="1515" y="227"/>
                              </a:cubicBezTo>
                              <a:lnTo>
                                <a:pt x="1515" y="227"/>
                              </a:lnTo>
                              <a:cubicBezTo>
                                <a:pt x="1520" y="225"/>
                                <a:pt x="1525" y="223"/>
                                <a:pt x="1528" y="220"/>
                              </a:cubicBezTo>
                              <a:lnTo>
                                <a:pt x="1528" y="220"/>
                              </a:lnTo>
                              <a:cubicBezTo>
                                <a:pt x="1532" y="217"/>
                                <a:pt x="1534" y="215"/>
                                <a:pt x="1536" y="214"/>
                              </a:cubicBezTo>
                              <a:lnTo>
                                <a:pt x="1536" y="214"/>
                              </a:lnTo>
                              <a:cubicBezTo>
                                <a:pt x="1538" y="212"/>
                                <a:pt x="1539" y="211"/>
                                <a:pt x="1539" y="211"/>
                              </a:cubicBezTo>
                              <a:lnTo>
                                <a:pt x="1526" y="189"/>
                              </a:lnTo>
                              <a:lnTo>
                                <a:pt x="1526" y="189"/>
                              </a:lnTo>
                              <a:cubicBezTo>
                                <a:pt x="1526" y="189"/>
                                <a:pt x="1526" y="189"/>
                                <a:pt x="1524" y="191"/>
                              </a:cubicBezTo>
                              <a:lnTo>
                                <a:pt x="1524" y="191"/>
                              </a:lnTo>
                              <a:cubicBezTo>
                                <a:pt x="1522" y="192"/>
                                <a:pt x="1520" y="193"/>
                                <a:pt x="1517" y="195"/>
                              </a:cubicBezTo>
                              <a:lnTo>
                                <a:pt x="1517" y="195"/>
                              </a:lnTo>
                              <a:cubicBezTo>
                                <a:pt x="1515" y="197"/>
                                <a:pt x="1511" y="199"/>
                                <a:pt x="1507" y="201"/>
                              </a:cubicBezTo>
                              <a:lnTo>
                                <a:pt x="1507" y="201"/>
                              </a:lnTo>
                              <a:cubicBezTo>
                                <a:pt x="1503" y="203"/>
                                <a:pt x="1498" y="204"/>
                                <a:pt x="1493" y="206"/>
                              </a:cubicBezTo>
                              <a:lnTo>
                                <a:pt x="1493" y="206"/>
                              </a:lnTo>
                              <a:cubicBezTo>
                                <a:pt x="1488" y="207"/>
                                <a:pt x="1483" y="207"/>
                                <a:pt x="1478" y="208"/>
                              </a:cubicBezTo>
                              <a:lnTo>
                                <a:pt x="1478" y="208"/>
                              </a:lnTo>
                              <a:cubicBezTo>
                                <a:pt x="1470" y="208"/>
                                <a:pt x="1463" y="206"/>
                                <a:pt x="1457" y="204"/>
                              </a:cubicBezTo>
                              <a:lnTo>
                                <a:pt x="1457" y="204"/>
                              </a:lnTo>
                              <a:cubicBezTo>
                                <a:pt x="1451" y="202"/>
                                <a:pt x="1445" y="199"/>
                                <a:pt x="1440" y="194"/>
                              </a:cubicBezTo>
                              <a:lnTo>
                                <a:pt x="1440" y="194"/>
                              </a:lnTo>
                              <a:cubicBezTo>
                                <a:pt x="1435" y="190"/>
                                <a:pt x="1431" y="184"/>
                                <a:pt x="1427" y="178"/>
                              </a:cubicBezTo>
                              <a:lnTo>
                                <a:pt x="1427" y="178"/>
                              </a:lnTo>
                              <a:cubicBezTo>
                                <a:pt x="1424" y="171"/>
                                <a:pt x="1423" y="163"/>
                                <a:pt x="1422" y="154"/>
                              </a:cubicBezTo>
                              <a:lnTo>
                                <a:pt x="1541" y="154"/>
                              </a:lnTo>
                              <a:lnTo>
                                <a:pt x="1541" y="154"/>
                              </a:lnTo>
                              <a:cubicBezTo>
                                <a:pt x="1541" y="154"/>
                                <a:pt x="1541" y="153"/>
                                <a:pt x="1541" y="152"/>
                              </a:cubicBezTo>
                              <a:lnTo>
                                <a:pt x="1541" y="152"/>
                              </a:lnTo>
                              <a:cubicBezTo>
                                <a:pt x="1541" y="150"/>
                                <a:pt x="1541" y="148"/>
                                <a:pt x="1541" y="146"/>
                              </a:cubicBezTo>
                              <a:lnTo>
                                <a:pt x="1541" y="146"/>
                              </a:lnTo>
                              <a:cubicBezTo>
                                <a:pt x="1541" y="144"/>
                                <a:pt x="1542" y="142"/>
                                <a:pt x="1542" y="141"/>
                              </a:cubicBezTo>
                              <a:lnTo>
                                <a:pt x="1542" y="141"/>
                              </a:lnTo>
                              <a:cubicBezTo>
                                <a:pt x="1542" y="130"/>
                                <a:pt x="1540" y="121"/>
                                <a:pt x="1537" y="111"/>
                              </a:cubicBezTo>
                              <a:lnTo>
                                <a:pt x="1537" y="111"/>
                              </a:lnTo>
                              <a:cubicBezTo>
                                <a:pt x="1534" y="101"/>
                                <a:pt x="1530" y="93"/>
                                <a:pt x="1524" y="87"/>
                              </a:cubicBezTo>
                              <a:lnTo>
                                <a:pt x="1524" y="87"/>
                              </a:lnTo>
                              <a:cubicBezTo>
                                <a:pt x="1518" y="80"/>
                                <a:pt x="1511" y="74"/>
                                <a:pt x="1501" y="70"/>
                              </a:cubicBezTo>
                              <a:lnTo>
                                <a:pt x="1501" y="70"/>
                              </a:lnTo>
                              <a:cubicBezTo>
                                <a:pt x="1492" y="67"/>
                                <a:pt x="1482" y="65"/>
                                <a:pt x="1471" y="65"/>
                              </a:cubicBezTo>
                              <a:lnTo>
                                <a:pt x="1471" y="65"/>
                              </a:lnTo>
                              <a:cubicBezTo>
                                <a:pt x="1459" y="65"/>
                                <a:pt x="1449" y="67"/>
                                <a:pt x="1439" y="71"/>
                              </a:cubicBezTo>
                              <a:lnTo>
                                <a:pt x="1439" y="71"/>
                              </a:lnTo>
                              <a:cubicBezTo>
                                <a:pt x="1429" y="74"/>
                                <a:pt x="1421" y="80"/>
                                <a:pt x="1413" y="87"/>
                              </a:cubicBezTo>
                              <a:lnTo>
                                <a:pt x="1413" y="87"/>
                              </a:lnTo>
                              <a:cubicBezTo>
                                <a:pt x="1406" y="95"/>
                                <a:pt x="1401" y="104"/>
                                <a:pt x="1396" y="115"/>
                              </a:cubicBezTo>
                              <a:lnTo>
                                <a:pt x="1396" y="115"/>
                              </a:lnTo>
                              <a:cubicBezTo>
                                <a:pt x="1392" y="125"/>
                                <a:pt x="1390" y="137"/>
                                <a:pt x="1390" y="150"/>
                              </a:cubicBezTo>
                              <a:close/>
                              <a:moveTo>
                                <a:pt x="1423" y="131"/>
                              </a:moveTo>
                              <a:lnTo>
                                <a:pt x="1423" y="131"/>
                              </a:lnTo>
                              <a:cubicBezTo>
                                <a:pt x="1425" y="122"/>
                                <a:pt x="1428" y="115"/>
                                <a:pt x="1432" y="108"/>
                              </a:cubicBezTo>
                              <a:lnTo>
                                <a:pt x="1432" y="108"/>
                              </a:lnTo>
                              <a:cubicBezTo>
                                <a:pt x="1436" y="102"/>
                                <a:pt x="1442" y="97"/>
                                <a:pt x="1449" y="94"/>
                              </a:cubicBezTo>
                              <a:lnTo>
                                <a:pt x="1449" y="94"/>
                              </a:lnTo>
                              <a:cubicBezTo>
                                <a:pt x="1455" y="91"/>
                                <a:pt x="1462" y="89"/>
                                <a:pt x="1470" y="89"/>
                              </a:cubicBezTo>
                              <a:lnTo>
                                <a:pt x="1470" y="89"/>
                              </a:lnTo>
                              <a:cubicBezTo>
                                <a:pt x="1477" y="89"/>
                                <a:pt x="1484" y="91"/>
                                <a:pt x="1489" y="94"/>
                              </a:cubicBezTo>
                              <a:lnTo>
                                <a:pt x="1489" y="94"/>
                              </a:lnTo>
                              <a:cubicBezTo>
                                <a:pt x="1495" y="97"/>
                                <a:pt x="1500" y="101"/>
                                <a:pt x="1504" y="107"/>
                              </a:cubicBezTo>
                              <a:lnTo>
                                <a:pt x="1504" y="107"/>
                              </a:lnTo>
                              <a:cubicBezTo>
                                <a:pt x="1508" y="114"/>
                                <a:pt x="1510" y="122"/>
                                <a:pt x="1510" y="131"/>
                              </a:cubicBezTo>
                              <a:lnTo>
                                <a:pt x="1423" y="131"/>
                              </a:lnTo>
                              <a:close/>
                              <a:moveTo>
                                <a:pt x="1579" y="231"/>
                              </a:moveTo>
                              <a:lnTo>
                                <a:pt x="1610" y="231"/>
                              </a:lnTo>
                              <a:lnTo>
                                <a:pt x="1610" y="155"/>
                              </a:lnTo>
                              <a:lnTo>
                                <a:pt x="1633" y="155"/>
                              </a:lnTo>
                              <a:lnTo>
                                <a:pt x="1683" y="231"/>
                              </a:lnTo>
                              <a:lnTo>
                                <a:pt x="1719" y="231"/>
                              </a:lnTo>
                              <a:lnTo>
                                <a:pt x="1659" y="141"/>
                              </a:lnTo>
                              <a:lnTo>
                                <a:pt x="1659" y="140"/>
                              </a:lnTo>
                              <a:lnTo>
                                <a:pt x="1713" y="68"/>
                              </a:lnTo>
                              <a:lnTo>
                                <a:pt x="1678" y="68"/>
                              </a:lnTo>
                              <a:lnTo>
                                <a:pt x="1633" y="129"/>
                              </a:lnTo>
                              <a:lnTo>
                                <a:pt x="1610" y="129"/>
                              </a:lnTo>
                              <a:lnTo>
                                <a:pt x="1610" y="4"/>
                              </a:lnTo>
                              <a:lnTo>
                                <a:pt x="1579" y="4"/>
                              </a:lnTo>
                              <a:lnTo>
                                <a:pt x="1579" y="231"/>
                              </a:lnTo>
                              <a:close/>
                              <a:moveTo>
                                <a:pt x="1754" y="172"/>
                              </a:moveTo>
                              <a:lnTo>
                                <a:pt x="1754" y="172"/>
                              </a:lnTo>
                              <a:cubicBezTo>
                                <a:pt x="1754" y="182"/>
                                <a:pt x="1756" y="191"/>
                                <a:pt x="1759" y="198"/>
                              </a:cubicBezTo>
                              <a:lnTo>
                                <a:pt x="1759" y="198"/>
                              </a:lnTo>
                              <a:cubicBezTo>
                                <a:pt x="1762" y="206"/>
                                <a:pt x="1765" y="212"/>
                                <a:pt x="1770" y="216"/>
                              </a:cubicBezTo>
                              <a:lnTo>
                                <a:pt x="1770" y="216"/>
                              </a:lnTo>
                              <a:cubicBezTo>
                                <a:pt x="1775" y="221"/>
                                <a:pt x="1780" y="225"/>
                                <a:pt x="1786" y="227"/>
                              </a:cubicBezTo>
                              <a:lnTo>
                                <a:pt x="1786" y="227"/>
                              </a:lnTo>
                              <a:cubicBezTo>
                                <a:pt x="1792" y="229"/>
                                <a:pt x="1797" y="231"/>
                                <a:pt x="1803" y="232"/>
                              </a:cubicBezTo>
                              <a:lnTo>
                                <a:pt x="1803" y="232"/>
                              </a:lnTo>
                              <a:cubicBezTo>
                                <a:pt x="1808" y="232"/>
                                <a:pt x="1813" y="233"/>
                                <a:pt x="1817" y="233"/>
                              </a:cubicBezTo>
                              <a:lnTo>
                                <a:pt x="1817" y="233"/>
                              </a:lnTo>
                              <a:cubicBezTo>
                                <a:pt x="1820" y="233"/>
                                <a:pt x="1823" y="233"/>
                                <a:pt x="1825" y="232"/>
                              </a:cubicBezTo>
                              <a:lnTo>
                                <a:pt x="1825" y="232"/>
                              </a:lnTo>
                              <a:cubicBezTo>
                                <a:pt x="1827" y="232"/>
                                <a:pt x="1828" y="232"/>
                                <a:pt x="1828" y="232"/>
                              </a:cubicBezTo>
                              <a:lnTo>
                                <a:pt x="1828" y="204"/>
                              </a:lnTo>
                              <a:lnTo>
                                <a:pt x="1828" y="204"/>
                              </a:lnTo>
                              <a:cubicBezTo>
                                <a:pt x="1828" y="204"/>
                                <a:pt x="1827" y="204"/>
                                <a:pt x="1826" y="204"/>
                              </a:cubicBezTo>
                              <a:lnTo>
                                <a:pt x="1826" y="204"/>
                              </a:lnTo>
                              <a:cubicBezTo>
                                <a:pt x="1825" y="204"/>
                                <a:pt x="1823" y="204"/>
                                <a:pt x="1821" y="204"/>
                              </a:cubicBezTo>
                              <a:lnTo>
                                <a:pt x="1821" y="204"/>
                              </a:lnTo>
                              <a:cubicBezTo>
                                <a:pt x="1818" y="204"/>
                                <a:pt x="1814" y="204"/>
                                <a:pt x="1810" y="203"/>
                              </a:cubicBezTo>
                              <a:lnTo>
                                <a:pt x="1810" y="203"/>
                              </a:lnTo>
                              <a:cubicBezTo>
                                <a:pt x="1806" y="202"/>
                                <a:pt x="1803" y="201"/>
                                <a:pt x="1799" y="198"/>
                              </a:cubicBezTo>
                              <a:lnTo>
                                <a:pt x="1799" y="198"/>
                              </a:lnTo>
                              <a:cubicBezTo>
                                <a:pt x="1795" y="196"/>
                                <a:pt x="1792" y="192"/>
                                <a:pt x="1790" y="187"/>
                              </a:cubicBezTo>
                              <a:lnTo>
                                <a:pt x="1790" y="187"/>
                              </a:lnTo>
                              <a:cubicBezTo>
                                <a:pt x="1788" y="182"/>
                                <a:pt x="1786" y="176"/>
                                <a:pt x="1786" y="168"/>
                              </a:cubicBezTo>
                              <a:lnTo>
                                <a:pt x="1786" y="95"/>
                              </a:lnTo>
                              <a:lnTo>
                                <a:pt x="1825" y="95"/>
                              </a:lnTo>
                              <a:lnTo>
                                <a:pt x="1825" y="71"/>
                              </a:lnTo>
                              <a:lnTo>
                                <a:pt x="1786" y="71"/>
                              </a:lnTo>
                              <a:lnTo>
                                <a:pt x="1786" y="24"/>
                              </a:lnTo>
                              <a:lnTo>
                                <a:pt x="1755" y="24"/>
                              </a:lnTo>
                              <a:lnTo>
                                <a:pt x="1755" y="71"/>
                              </a:lnTo>
                              <a:lnTo>
                                <a:pt x="1733" y="71"/>
                              </a:lnTo>
                              <a:lnTo>
                                <a:pt x="1733" y="95"/>
                              </a:lnTo>
                              <a:lnTo>
                                <a:pt x="1754" y="95"/>
                              </a:lnTo>
                              <a:lnTo>
                                <a:pt x="1754" y="172"/>
                              </a:lnTo>
                              <a:close/>
                              <a:moveTo>
                                <a:pt x="1863" y="231"/>
                              </a:moveTo>
                              <a:lnTo>
                                <a:pt x="1893" y="231"/>
                              </a:lnTo>
                              <a:lnTo>
                                <a:pt x="1893" y="165"/>
                              </a:lnTo>
                              <a:lnTo>
                                <a:pt x="1893" y="165"/>
                              </a:lnTo>
                              <a:cubicBezTo>
                                <a:pt x="1893" y="160"/>
                                <a:pt x="1894" y="155"/>
                                <a:pt x="1894" y="150"/>
                              </a:cubicBezTo>
                              <a:lnTo>
                                <a:pt x="1894" y="150"/>
                              </a:lnTo>
                              <a:cubicBezTo>
                                <a:pt x="1895" y="145"/>
                                <a:pt x="1896" y="140"/>
                                <a:pt x="1897" y="136"/>
                              </a:cubicBezTo>
                              <a:lnTo>
                                <a:pt x="1897" y="136"/>
                              </a:lnTo>
                              <a:cubicBezTo>
                                <a:pt x="1900" y="128"/>
                                <a:pt x="1903" y="121"/>
                                <a:pt x="1908" y="115"/>
                              </a:cubicBezTo>
                              <a:lnTo>
                                <a:pt x="1908" y="115"/>
                              </a:lnTo>
                              <a:cubicBezTo>
                                <a:pt x="1912" y="108"/>
                                <a:pt x="1918" y="104"/>
                                <a:pt x="1924" y="101"/>
                              </a:cubicBezTo>
                              <a:lnTo>
                                <a:pt x="1924" y="101"/>
                              </a:lnTo>
                              <a:cubicBezTo>
                                <a:pt x="1931" y="98"/>
                                <a:pt x="1937" y="97"/>
                                <a:pt x="1944" y="97"/>
                              </a:cubicBezTo>
                              <a:lnTo>
                                <a:pt x="1944" y="97"/>
                              </a:lnTo>
                              <a:cubicBezTo>
                                <a:pt x="1946" y="97"/>
                                <a:pt x="1948" y="97"/>
                                <a:pt x="1950" y="97"/>
                              </a:cubicBezTo>
                              <a:lnTo>
                                <a:pt x="1950" y="97"/>
                              </a:lnTo>
                              <a:cubicBezTo>
                                <a:pt x="1951" y="97"/>
                                <a:pt x="1952" y="98"/>
                                <a:pt x="1952" y="98"/>
                              </a:cubicBezTo>
                              <a:lnTo>
                                <a:pt x="1952" y="67"/>
                              </a:lnTo>
                              <a:lnTo>
                                <a:pt x="1952" y="67"/>
                              </a:lnTo>
                              <a:cubicBezTo>
                                <a:pt x="1952" y="67"/>
                                <a:pt x="1952" y="67"/>
                                <a:pt x="1950" y="67"/>
                              </a:cubicBezTo>
                              <a:lnTo>
                                <a:pt x="1950" y="67"/>
                              </a:lnTo>
                              <a:cubicBezTo>
                                <a:pt x="1948" y="67"/>
                                <a:pt x="1947" y="66"/>
                                <a:pt x="1944" y="66"/>
                              </a:cubicBezTo>
                              <a:lnTo>
                                <a:pt x="1944" y="66"/>
                              </a:lnTo>
                              <a:cubicBezTo>
                                <a:pt x="1936" y="67"/>
                                <a:pt x="1929" y="68"/>
                                <a:pt x="1921" y="72"/>
                              </a:cubicBezTo>
                              <a:lnTo>
                                <a:pt x="1921" y="72"/>
                              </a:lnTo>
                              <a:cubicBezTo>
                                <a:pt x="1914" y="76"/>
                                <a:pt x="1908" y="81"/>
                                <a:pt x="1903" y="87"/>
                              </a:cubicBezTo>
                              <a:lnTo>
                                <a:pt x="1903" y="87"/>
                              </a:lnTo>
                              <a:cubicBezTo>
                                <a:pt x="1899" y="93"/>
                                <a:pt x="1895" y="100"/>
                                <a:pt x="1893" y="108"/>
                              </a:cubicBezTo>
                              <a:lnTo>
                                <a:pt x="1892" y="108"/>
                              </a:lnTo>
                              <a:lnTo>
                                <a:pt x="1892" y="108"/>
                              </a:lnTo>
                              <a:cubicBezTo>
                                <a:pt x="1892" y="108"/>
                                <a:pt x="1892" y="107"/>
                                <a:pt x="1892" y="105"/>
                              </a:cubicBezTo>
                              <a:lnTo>
                                <a:pt x="1892" y="105"/>
                              </a:lnTo>
                              <a:cubicBezTo>
                                <a:pt x="1892" y="103"/>
                                <a:pt x="1892" y="100"/>
                                <a:pt x="1893" y="96"/>
                              </a:cubicBezTo>
                              <a:lnTo>
                                <a:pt x="1893" y="68"/>
                              </a:lnTo>
                              <a:lnTo>
                                <a:pt x="1863" y="68"/>
                              </a:lnTo>
                              <a:lnTo>
                                <a:pt x="1863" y="231"/>
                              </a:lnTo>
                              <a:close/>
                              <a:moveTo>
                                <a:pt x="1970" y="150"/>
                              </a:moveTo>
                              <a:lnTo>
                                <a:pt x="1970" y="150"/>
                              </a:lnTo>
                              <a:cubicBezTo>
                                <a:pt x="1970" y="162"/>
                                <a:pt x="1973" y="173"/>
                                <a:pt x="1977" y="183"/>
                              </a:cubicBezTo>
                              <a:lnTo>
                                <a:pt x="1977" y="183"/>
                              </a:lnTo>
                              <a:cubicBezTo>
                                <a:pt x="1982" y="194"/>
                                <a:pt x="1988" y="203"/>
                                <a:pt x="1996" y="210"/>
                              </a:cubicBezTo>
                              <a:lnTo>
                                <a:pt x="1996" y="210"/>
                              </a:lnTo>
                              <a:cubicBezTo>
                                <a:pt x="2004" y="218"/>
                                <a:pt x="2013" y="225"/>
                                <a:pt x="2023" y="229"/>
                              </a:cubicBezTo>
                              <a:lnTo>
                                <a:pt x="2023" y="229"/>
                              </a:lnTo>
                              <a:cubicBezTo>
                                <a:pt x="2034" y="233"/>
                                <a:pt x="2045" y="235"/>
                                <a:pt x="2057" y="235"/>
                              </a:cubicBezTo>
                              <a:lnTo>
                                <a:pt x="2057" y="235"/>
                              </a:lnTo>
                              <a:cubicBezTo>
                                <a:pt x="2070" y="235"/>
                                <a:pt x="2082" y="233"/>
                                <a:pt x="2092" y="229"/>
                              </a:cubicBezTo>
                              <a:lnTo>
                                <a:pt x="2092" y="229"/>
                              </a:lnTo>
                              <a:cubicBezTo>
                                <a:pt x="2103" y="225"/>
                                <a:pt x="2112" y="218"/>
                                <a:pt x="2120" y="210"/>
                              </a:cubicBezTo>
                              <a:lnTo>
                                <a:pt x="2120" y="210"/>
                              </a:lnTo>
                              <a:cubicBezTo>
                                <a:pt x="2128" y="203"/>
                                <a:pt x="2134" y="194"/>
                                <a:pt x="2138" y="183"/>
                              </a:cubicBezTo>
                              <a:lnTo>
                                <a:pt x="2138" y="183"/>
                              </a:lnTo>
                              <a:cubicBezTo>
                                <a:pt x="2143" y="173"/>
                                <a:pt x="2145" y="162"/>
                                <a:pt x="2145" y="150"/>
                              </a:cubicBezTo>
                              <a:lnTo>
                                <a:pt x="2145" y="150"/>
                              </a:lnTo>
                              <a:cubicBezTo>
                                <a:pt x="2145" y="137"/>
                                <a:pt x="2143" y="126"/>
                                <a:pt x="2138" y="116"/>
                              </a:cubicBezTo>
                              <a:lnTo>
                                <a:pt x="2138" y="116"/>
                              </a:lnTo>
                              <a:cubicBezTo>
                                <a:pt x="2134" y="105"/>
                                <a:pt x="2128" y="96"/>
                                <a:pt x="2120" y="88"/>
                              </a:cubicBezTo>
                              <a:lnTo>
                                <a:pt x="2120" y="88"/>
                              </a:lnTo>
                              <a:cubicBezTo>
                                <a:pt x="2112" y="81"/>
                                <a:pt x="2103" y="75"/>
                                <a:pt x="2092" y="71"/>
                              </a:cubicBezTo>
                              <a:lnTo>
                                <a:pt x="2092" y="71"/>
                              </a:lnTo>
                              <a:cubicBezTo>
                                <a:pt x="2082" y="67"/>
                                <a:pt x="2070" y="65"/>
                                <a:pt x="2057" y="65"/>
                              </a:cubicBezTo>
                              <a:lnTo>
                                <a:pt x="2057" y="65"/>
                              </a:lnTo>
                              <a:cubicBezTo>
                                <a:pt x="2045" y="65"/>
                                <a:pt x="2034" y="67"/>
                                <a:pt x="2023" y="71"/>
                              </a:cubicBezTo>
                              <a:lnTo>
                                <a:pt x="2023" y="71"/>
                              </a:lnTo>
                              <a:cubicBezTo>
                                <a:pt x="2013" y="75"/>
                                <a:pt x="2004" y="81"/>
                                <a:pt x="1996" y="88"/>
                              </a:cubicBezTo>
                              <a:lnTo>
                                <a:pt x="1996" y="88"/>
                              </a:lnTo>
                              <a:cubicBezTo>
                                <a:pt x="1988" y="96"/>
                                <a:pt x="1982" y="105"/>
                                <a:pt x="1977" y="116"/>
                              </a:cubicBezTo>
                              <a:lnTo>
                                <a:pt x="1977" y="116"/>
                              </a:lnTo>
                              <a:cubicBezTo>
                                <a:pt x="1973" y="126"/>
                                <a:pt x="1970" y="137"/>
                                <a:pt x="1970" y="150"/>
                              </a:cubicBezTo>
                              <a:close/>
                              <a:moveTo>
                                <a:pt x="2002" y="150"/>
                              </a:moveTo>
                              <a:lnTo>
                                <a:pt x="2002" y="150"/>
                              </a:lnTo>
                              <a:cubicBezTo>
                                <a:pt x="2002" y="141"/>
                                <a:pt x="2003" y="133"/>
                                <a:pt x="2006" y="126"/>
                              </a:cubicBezTo>
                              <a:lnTo>
                                <a:pt x="2006" y="126"/>
                              </a:lnTo>
                              <a:cubicBezTo>
                                <a:pt x="2009" y="120"/>
                                <a:pt x="2013" y="112"/>
                                <a:pt x="2018" y="107"/>
                              </a:cubicBezTo>
                              <a:lnTo>
                                <a:pt x="2018" y="107"/>
                              </a:lnTo>
                              <a:cubicBezTo>
                                <a:pt x="2023" y="102"/>
                                <a:pt x="2029" y="98"/>
                                <a:pt x="2036" y="96"/>
                              </a:cubicBezTo>
                              <a:lnTo>
                                <a:pt x="2036" y="96"/>
                              </a:lnTo>
                              <a:cubicBezTo>
                                <a:pt x="2042" y="93"/>
                                <a:pt x="2050" y="91"/>
                                <a:pt x="2057" y="91"/>
                              </a:cubicBezTo>
                              <a:lnTo>
                                <a:pt x="2057" y="91"/>
                              </a:lnTo>
                              <a:cubicBezTo>
                                <a:pt x="2065" y="91"/>
                                <a:pt x="2073" y="93"/>
                                <a:pt x="2080" y="96"/>
                              </a:cubicBezTo>
                              <a:lnTo>
                                <a:pt x="2080" y="96"/>
                              </a:lnTo>
                              <a:cubicBezTo>
                                <a:pt x="2086" y="98"/>
                                <a:pt x="2092" y="102"/>
                                <a:pt x="2097" y="107"/>
                              </a:cubicBezTo>
                              <a:lnTo>
                                <a:pt x="2097" y="107"/>
                              </a:lnTo>
                              <a:cubicBezTo>
                                <a:pt x="2102" y="112"/>
                                <a:pt x="2106" y="120"/>
                                <a:pt x="2109" y="126"/>
                              </a:cubicBezTo>
                              <a:lnTo>
                                <a:pt x="2109" y="126"/>
                              </a:lnTo>
                              <a:cubicBezTo>
                                <a:pt x="2112" y="133"/>
                                <a:pt x="2113" y="141"/>
                                <a:pt x="2114" y="150"/>
                              </a:cubicBezTo>
                              <a:lnTo>
                                <a:pt x="2114" y="150"/>
                              </a:lnTo>
                              <a:cubicBezTo>
                                <a:pt x="2113" y="158"/>
                                <a:pt x="2112" y="166"/>
                                <a:pt x="2109" y="173"/>
                              </a:cubicBezTo>
                              <a:lnTo>
                                <a:pt x="2109" y="173"/>
                              </a:lnTo>
                              <a:cubicBezTo>
                                <a:pt x="2106" y="180"/>
                                <a:pt x="2102" y="186"/>
                                <a:pt x="2097" y="191"/>
                              </a:cubicBezTo>
                              <a:lnTo>
                                <a:pt x="2097" y="191"/>
                              </a:lnTo>
                              <a:cubicBezTo>
                                <a:pt x="2092" y="196"/>
                                <a:pt x="2086" y="200"/>
                                <a:pt x="2080" y="203"/>
                              </a:cubicBezTo>
                              <a:lnTo>
                                <a:pt x="2080" y="203"/>
                              </a:lnTo>
                              <a:cubicBezTo>
                                <a:pt x="2073" y="206"/>
                                <a:pt x="2065" y="207"/>
                                <a:pt x="2057" y="208"/>
                              </a:cubicBezTo>
                              <a:lnTo>
                                <a:pt x="2057" y="208"/>
                              </a:lnTo>
                              <a:cubicBezTo>
                                <a:pt x="2050" y="207"/>
                                <a:pt x="2042" y="206"/>
                                <a:pt x="2036" y="203"/>
                              </a:cubicBezTo>
                              <a:lnTo>
                                <a:pt x="2036" y="203"/>
                              </a:lnTo>
                              <a:cubicBezTo>
                                <a:pt x="2029" y="200"/>
                                <a:pt x="2023" y="196"/>
                                <a:pt x="2018" y="191"/>
                              </a:cubicBezTo>
                              <a:lnTo>
                                <a:pt x="2018" y="191"/>
                              </a:lnTo>
                              <a:cubicBezTo>
                                <a:pt x="2013" y="186"/>
                                <a:pt x="2009" y="180"/>
                                <a:pt x="2006" y="173"/>
                              </a:cubicBezTo>
                              <a:lnTo>
                                <a:pt x="2006" y="173"/>
                              </a:lnTo>
                              <a:cubicBezTo>
                                <a:pt x="2003" y="166"/>
                                <a:pt x="2002" y="158"/>
                                <a:pt x="2002" y="150"/>
                              </a:cubicBezTo>
                              <a:close/>
                              <a:moveTo>
                                <a:pt x="2182" y="231"/>
                              </a:moveTo>
                              <a:lnTo>
                                <a:pt x="2214" y="231"/>
                              </a:lnTo>
                              <a:lnTo>
                                <a:pt x="2214" y="155"/>
                              </a:lnTo>
                              <a:lnTo>
                                <a:pt x="2214" y="155"/>
                              </a:lnTo>
                              <a:cubicBezTo>
                                <a:pt x="2214" y="151"/>
                                <a:pt x="2214" y="147"/>
                                <a:pt x="2214" y="144"/>
                              </a:cubicBezTo>
                              <a:lnTo>
                                <a:pt x="2214" y="144"/>
                              </a:lnTo>
                              <a:cubicBezTo>
                                <a:pt x="2215" y="140"/>
                                <a:pt x="2215" y="137"/>
                                <a:pt x="2216" y="133"/>
                              </a:cubicBezTo>
                              <a:lnTo>
                                <a:pt x="2216" y="133"/>
                              </a:lnTo>
                              <a:cubicBezTo>
                                <a:pt x="2218" y="126"/>
                                <a:pt x="2222" y="119"/>
                                <a:pt x="2227" y="112"/>
                              </a:cubicBezTo>
                              <a:lnTo>
                                <a:pt x="2227" y="112"/>
                              </a:lnTo>
                              <a:cubicBezTo>
                                <a:pt x="2232" y="106"/>
                                <a:pt x="2238" y="101"/>
                                <a:pt x="2244" y="98"/>
                              </a:cubicBezTo>
                              <a:lnTo>
                                <a:pt x="2244" y="98"/>
                              </a:lnTo>
                              <a:cubicBezTo>
                                <a:pt x="2251" y="95"/>
                                <a:pt x="2259" y="93"/>
                                <a:pt x="2267" y="93"/>
                              </a:cubicBezTo>
                              <a:lnTo>
                                <a:pt x="2267" y="93"/>
                              </a:lnTo>
                              <a:cubicBezTo>
                                <a:pt x="2273" y="93"/>
                                <a:pt x="2279" y="94"/>
                                <a:pt x="2283" y="96"/>
                              </a:cubicBezTo>
                              <a:lnTo>
                                <a:pt x="2283" y="96"/>
                              </a:lnTo>
                              <a:cubicBezTo>
                                <a:pt x="2287" y="98"/>
                                <a:pt x="2290" y="101"/>
                                <a:pt x="2292" y="105"/>
                              </a:cubicBezTo>
                              <a:lnTo>
                                <a:pt x="2292" y="105"/>
                              </a:lnTo>
                              <a:cubicBezTo>
                                <a:pt x="2294" y="108"/>
                                <a:pt x="2296" y="114"/>
                                <a:pt x="2296" y="118"/>
                              </a:cubicBezTo>
                              <a:lnTo>
                                <a:pt x="2296" y="118"/>
                              </a:lnTo>
                              <a:cubicBezTo>
                                <a:pt x="2297" y="123"/>
                                <a:pt x="2298" y="129"/>
                                <a:pt x="2298" y="134"/>
                              </a:cubicBezTo>
                              <a:lnTo>
                                <a:pt x="2298" y="231"/>
                              </a:lnTo>
                              <a:lnTo>
                                <a:pt x="2328" y="231"/>
                              </a:lnTo>
                              <a:lnTo>
                                <a:pt x="2328" y="127"/>
                              </a:lnTo>
                              <a:lnTo>
                                <a:pt x="2328" y="127"/>
                              </a:lnTo>
                              <a:cubicBezTo>
                                <a:pt x="2329" y="106"/>
                                <a:pt x="2324" y="90"/>
                                <a:pt x="2315" y="80"/>
                              </a:cubicBezTo>
                              <a:lnTo>
                                <a:pt x="2315" y="80"/>
                              </a:lnTo>
                              <a:cubicBezTo>
                                <a:pt x="2306" y="70"/>
                                <a:pt x="2292" y="65"/>
                                <a:pt x="2273" y="65"/>
                              </a:cubicBezTo>
                              <a:lnTo>
                                <a:pt x="2273" y="65"/>
                              </a:lnTo>
                              <a:cubicBezTo>
                                <a:pt x="2264" y="65"/>
                                <a:pt x="2257" y="66"/>
                                <a:pt x="2250" y="68"/>
                              </a:cubicBezTo>
                              <a:lnTo>
                                <a:pt x="2250" y="68"/>
                              </a:lnTo>
                              <a:cubicBezTo>
                                <a:pt x="2243" y="71"/>
                                <a:pt x="2237" y="74"/>
                                <a:pt x="2232" y="78"/>
                              </a:cubicBezTo>
                              <a:lnTo>
                                <a:pt x="2232" y="78"/>
                              </a:lnTo>
                              <a:cubicBezTo>
                                <a:pt x="2227" y="82"/>
                                <a:pt x="2223" y="86"/>
                                <a:pt x="2220" y="90"/>
                              </a:cubicBezTo>
                              <a:lnTo>
                                <a:pt x="2220" y="90"/>
                              </a:lnTo>
                              <a:cubicBezTo>
                                <a:pt x="2217" y="94"/>
                                <a:pt x="2214" y="98"/>
                                <a:pt x="2213" y="101"/>
                              </a:cubicBezTo>
                              <a:lnTo>
                                <a:pt x="2212" y="101"/>
                              </a:lnTo>
                              <a:lnTo>
                                <a:pt x="2212" y="101"/>
                              </a:lnTo>
                              <a:cubicBezTo>
                                <a:pt x="2212" y="101"/>
                                <a:pt x="2212" y="101"/>
                                <a:pt x="2212" y="100"/>
                              </a:cubicBezTo>
                              <a:lnTo>
                                <a:pt x="2212" y="100"/>
                              </a:lnTo>
                              <a:cubicBezTo>
                                <a:pt x="2212" y="99"/>
                                <a:pt x="2212" y="97"/>
                                <a:pt x="2212" y="96"/>
                              </a:cubicBezTo>
                              <a:lnTo>
                                <a:pt x="2212" y="96"/>
                              </a:lnTo>
                              <a:cubicBezTo>
                                <a:pt x="2213" y="94"/>
                                <a:pt x="2213" y="92"/>
                                <a:pt x="2213" y="90"/>
                              </a:cubicBezTo>
                              <a:lnTo>
                                <a:pt x="2213" y="68"/>
                              </a:lnTo>
                              <a:lnTo>
                                <a:pt x="2182" y="68"/>
                              </a:lnTo>
                              <a:lnTo>
                                <a:pt x="2182" y="231"/>
                              </a:lnTo>
                              <a:close/>
                              <a:moveTo>
                                <a:pt x="2375" y="36"/>
                              </a:moveTo>
                              <a:lnTo>
                                <a:pt x="2407" y="36"/>
                              </a:lnTo>
                              <a:lnTo>
                                <a:pt x="2407" y="4"/>
                              </a:lnTo>
                              <a:lnTo>
                                <a:pt x="2375" y="4"/>
                              </a:lnTo>
                              <a:lnTo>
                                <a:pt x="2375" y="36"/>
                              </a:lnTo>
                              <a:close/>
                              <a:moveTo>
                                <a:pt x="2376" y="231"/>
                              </a:moveTo>
                              <a:lnTo>
                                <a:pt x="2407" y="231"/>
                              </a:lnTo>
                              <a:lnTo>
                                <a:pt x="2407" y="68"/>
                              </a:lnTo>
                              <a:lnTo>
                                <a:pt x="2376" y="68"/>
                              </a:lnTo>
                              <a:lnTo>
                                <a:pt x="2376" y="231"/>
                              </a:lnTo>
                              <a:close/>
                              <a:moveTo>
                                <a:pt x="2443" y="150"/>
                              </a:moveTo>
                              <a:lnTo>
                                <a:pt x="2443" y="150"/>
                              </a:lnTo>
                              <a:cubicBezTo>
                                <a:pt x="2444" y="162"/>
                                <a:pt x="2446" y="173"/>
                                <a:pt x="2450" y="183"/>
                              </a:cubicBezTo>
                              <a:lnTo>
                                <a:pt x="2450" y="183"/>
                              </a:lnTo>
                              <a:cubicBezTo>
                                <a:pt x="2454" y="194"/>
                                <a:pt x="2460" y="203"/>
                                <a:pt x="2468" y="210"/>
                              </a:cubicBezTo>
                              <a:lnTo>
                                <a:pt x="2468" y="210"/>
                              </a:lnTo>
                              <a:cubicBezTo>
                                <a:pt x="2475" y="218"/>
                                <a:pt x="2484" y="225"/>
                                <a:pt x="2496" y="229"/>
                              </a:cubicBezTo>
                              <a:lnTo>
                                <a:pt x="2496" y="229"/>
                              </a:lnTo>
                              <a:cubicBezTo>
                                <a:pt x="2506" y="233"/>
                                <a:pt x="2518" y="235"/>
                                <a:pt x="2531" y="235"/>
                              </a:cubicBezTo>
                              <a:lnTo>
                                <a:pt x="2531" y="235"/>
                              </a:lnTo>
                              <a:cubicBezTo>
                                <a:pt x="2539" y="235"/>
                                <a:pt x="2547" y="234"/>
                                <a:pt x="2554" y="233"/>
                              </a:cubicBezTo>
                              <a:lnTo>
                                <a:pt x="2554" y="233"/>
                              </a:lnTo>
                              <a:cubicBezTo>
                                <a:pt x="2560" y="231"/>
                                <a:pt x="2566" y="229"/>
                                <a:pt x="2572" y="226"/>
                              </a:cubicBezTo>
                              <a:lnTo>
                                <a:pt x="2572" y="226"/>
                              </a:lnTo>
                              <a:cubicBezTo>
                                <a:pt x="2577" y="224"/>
                                <a:pt x="2581" y="221"/>
                                <a:pt x="2584" y="218"/>
                              </a:cubicBezTo>
                              <a:lnTo>
                                <a:pt x="2584" y="218"/>
                              </a:lnTo>
                              <a:cubicBezTo>
                                <a:pt x="2588" y="215"/>
                                <a:pt x="2591" y="213"/>
                                <a:pt x="2592" y="211"/>
                              </a:cubicBezTo>
                              <a:lnTo>
                                <a:pt x="2592" y="211"/>
                              </a:lnTo>
                              <a:cubicBezTo>
                                <a:pt x="2594" y="209"/>
                                <a:pt x="2595" y="209"/>
                                <a:pt x="2595" y="208"/>
                              </a:cubicBezTo>
                              <a:lnTo>
                                <a:pt x="2583" y="186"/>
                              </a:lnTo>
                              <a:lnTo>
                                <a:pt x="2583" y="186"/>
                              </a:lnTo>
                              <a:cubicBezTo>
                                <a:pt x="2583" y="186"/>
                                <a:pt x="2582" y="187"/>
                                <a:pt x="2580" y="188"/>
                              </a:cubicBezTo>
                              <a:lnTo>
                                <a:pt x="2580" y="188"/>
                              </a:lnTo>
                              <a:cubicBezTo>
                                <a:pt x="2579" y="190"/>
                                <a:pt x="2577" y="191"/>
                                <a:pt x="2574" y="193"/>
                              </a:cubicBezTo>
                              <a:lnTo>
                                <a:pt x="2574" y="193"/>
                              </a:lnTo>
                              <a:cubicBezTo>
                                <a:pt x="2571" y="196"/>
                                <a:pt x="2567" y="198"/>
                                <a:pt x="2563" y="200"/>
                              </a:cubicBezTo>
                              <a:lnTo>
                                <a:pt x="2563" y="200"/>
                              </a:lnTo>
                              <a:cubicBezTo>
                                <a:pt x="2559" y="202"/>
                                <a:pt x="2555" y="204"/>
                                <a:pt x="2550" y="205"/>
                              </a:cubicBezTo>
                              <a:lnTo>
                                <a:pt x="2550" y="205"/>
                              </a:lnTo>
                              <a:cubicBezTo>
                                <a:pt x="2545" y="207"/>
                                <a:pt x="2539" y="207"/>
                                <a:pt x="2533" y="208"/>
                              </a:cubicBezTo>
                              <a:lnTo>
                                <a:pt x="2533" y="208"/>
                              </a:lnTo>
                              <a:cubicBezTo>
                                <a:pt x="2525" y="207"/>
                                <a:pt x="2517" y="206"/>
                                <a:pt x="2510" y="203"/>
                              </a:cubicBezTo>
                              <a:lnTo>
                                <a:pt x="2510" y="203"/>
                              </a:lnTo>
                              <a:cubicBezTo>
                                <a:pt x="2503" y="200"/>
                                <a:pt x="2497" y="196"/>
                                <a:pt x="2492" y="191"/>
                              </a:cubicBezTo>
                              <a:lnTo>
                                <a:pt x="2492" y="191"/>
                              </a:lnTo>
                              <a:cubicBezTo>
                                <a:pt x="2486" y="186"/>
                                <a:pt x="2482" y="179"/>
                                <a:pt x="2479" y="172"/>
                              </a:cubicBezTo>
                              <a:lnTo>
                                <a:pt x="2479" y="172"/>
                              </a:lnTo>
                              <a:cubicBezTo>
                                <a:pt x="2476" y="165"/>
                                <a:pt x="2475" y="158"/>
                                <a:pt x="2475" y="150"/>
                              </a:cubicBezTo>
                              <a:lnTo>
                                <a:pt x="2475" y="150"/>
                              </a:lnTo>
                              <a:cubicBezTo>
                                <a:pt x="2475" y="141"/>
                                <a:pt x="2476" y="134"/>
                                <a:pt x="2479" y="127"/>
                              </a:cubicBezTo>
                              <a:lnTo>
                                <a:pt x="2479" y="127"/>
                              </a:lnTo>
                              <a:cubicBezTo>
                                <a:pt x="2482" y="120"/>
                                <a:pt x="2486" y="114"/>
                                <a:pt x="2492" y="107"/>
                              </a:cubicBezTo>
                              <a:lnTo>
                                <a:pt x="2492" y="107"/>
                              </a:lnTo>
                              <a:cubicBezTo>
                                <a:pt x="2497" y="102"/>
                                <a:pt x="2503" y="98"/>
                                <a:pt x="2510" y="96"/>
                              </a:cubicBezTo>
                              <a:lnTo>
                                <a:pt x="2510" y="96"/>
                              </a:lnTo>
                              <a:cubicBezTo>
                                <a:pt x="2516" y="93"/>
                                <a:pt x="2524" y="91"/>
                                <a:pt x="2532" y="91"/>
                              </a:cubicBezTo>
                              <a:lnTo>
                                <a:pt x="2532" y="91"/>
                              </a:lnTo>
                              <a:cubicBezTo>
                                <a:pt x="2537" y="91"/>
                                <a:pt x="2543" y="92"/>
                                <a:pt x="2547" y="93"/>
                              </a:cubicBezTo>
                              <a:lnTo>
                                <a:pt x="2547" y="93"/>
                              </a:lnTo>
                              <a:cubicBezTo>
                                <a:pt x="2552" y="94"/>
                                <a:pt x="2556" y="96"/>
                                <a:pt x="2560" y="98"/>
                              </a:cubicBezTo>
                              <a:lnTo>
                                <a:pt x="2560" y="98"/>
                              </a:lnTo>
                              <a:cubicBezTo>
                                <a:pt x="2563" y="100"/>
                                <a:pt x="2566" y="101"/>
                                <a:pt x="2569" y="103"/>
                              </a:cubicBezTo>
                              <a:lnTo>
                                <a:pt x="2569" y="103"/>
                              </a:lnTo>
                              <a:cubicBezTo>
                                <a:pt x="2571" y="105"/>
                                <a:pt x="2573" y="107"/>
                                <a:pt x="2575" y="108"/>
                              </a:cubicBezTo>
                              <a:lnTo>
                                <a:pt x="2575" y="108"/>
                              </a:lnTo>
                              <a:cubicBezTo>
                                <a:pt x="2576" y="109"/>
                                <a:pt x="2577" y="110"/>
                                <a:pt x="2577" y="110"/>
                              </a:cubicBezTo>
                              <a:lnTo>
                                <a:pt x="2591" y="88"/>
                              </a:lnTo>
                              <a:lnTo>
                                <a:pt x="2591" y="88"/>
                              </a:lnTo>
                              <a:cubicBezTo>
                                <a:pt x="2591" y="88"/>
                                <a:pt x="2590" y="87"/>
                                <a:pt x="2589" y="86"/>
                              </a:cubicBezTo>
                              <a:lnTo>
                                <a:pt x="2589" y="86"/>
                              </a:lnTo>
                              <a:cubicBezTo>
                                <a:pt x="2587" y="84"/>
                                <a:pt x="2585" y="82"/>
                                <a:pt x="2582" y="80"/>
                              </a:cubicBezTo>
                              <a:lnTo>
                                <a:pt x="2582" y="80"/>
                              </a:lnTo>
                              <a:cubicBezTo>
                                <a:pt x="2578" y="77"/>
                                <a:pt x="2574" y="75"/>
                                <a:pt x="2569" y="73"/>
                              </a:cubicBezTo>
                              <a:lnTo>
                                <a:pt x="2569" y="73"/>
                              </a:lnTo>
                              <a:cubicBezTo>
                                <a:pt x="2565" y="70"/>
                                <a:pt x="2559" y="69"/>
                                <a:pt x="2553" y="67"/>
                              </a:cubicBezTo>
                              <a:lnTo>
                                <a:pt x="2553" y="67"/>
                              </a:lnTo>
                              <a:cubicBezTo>
                                <a:pt x="2546" y="65"/>
                                <a:pt x="2539" y="65"/>
                                <a:pt x="2531" y="65"/>
                              </a:cubicBezTo>
                              <a:lnTo>
                                <a:pt x="2531" y="65"/>
                              </a:lnTo>
                              <a:cubicBezTo>
                                <a:pt x="2518" y="65"/>
                                <a:pt x="2506" y="67"/>
                                <a:pt x="2496" y="71"/>
                              </a:cubicBezTo>
                              <a:lnTo>
                                <a:pt x="2496" y="71"/>
                              </a:lnTo>
                              <a:cubicBezTo>
                                <a:pt x="2484" y="75"/>
                                <a:pt x="2475" y="81"/>
                                <a:pt x="2468" y="89"/>
                              </a:cubicBezTo>
                              <a:lnTo>
                                <a:pt x="2468" y="89"/>
                              </a:lnTo>
                              <a:cubicBezTo>
                                <a:pt x="2460" y="96"/>
                                <a:pt x="2454" y="105"/>
                                <a:pt x="2450" y="117"/>
                              </a:cubicBezTo>
                              <a:lnTo>
                                <a:pt x="2450" y="117"/>
                              </a:lnTo>
                              <a:cubicBezTo>
                                <a:pt x="2446" y="127"/>
                                <a:pt x="2444" y="138"/>
                                <a:pt x="2443" y="150"/>
                              </a:cubicBezTo>
                              <a:close/>
                              <a:moveTo>
                                <a:pt x="2618" y="231"/>
                              </a:moveTo>
                              <a:lnTo>
                                <a:pt x="2758" y="231"/>
                              </a:lnTo>
                              <a:lnTo>
                                <a:pt x="2758" y="204"/>
                              </a:lnTo>
                              <a:lnTo>
                                <a:pt x="2677" y="204"/>
                              </a:lnTo>
                              <a:lnTo>
                                <a:pt x="2677" y="204"/>
                              </a:lnTo>
                              <a:cubicBezTo>
                                <a:pt x="2671" y="204"/>
                                <a:pt x="2667" y="204"/>
                                <a:pt x="2665" y="204"/>
                              </a:cubicBezTo>
                              <a:lnTo>
                                <a:pt x="2665" y="204"/>
                              </a:lnTo>
                              <a:cubicBezTo>
                                <a:pt x="2662" y="205"/>
                                <a:pt x="2661" y="205"/>
                                <a:pt x="2661" y="205"/>
                              </a:cubicBezTo>
                              <a:lnTo>
                                <a:pt x="2661" y="204"/>
                              </a:lnTo>
                              <a:lnTo>
                                <a:pt x="2661" y="204"/>
                              </a:lnTo>
                              <a:cubicBezTo>
                                <a:pt x="2661" y="204"/>
                                <a:pt x="2661" y="203"/>
                                <a:pt x="2663" y="202"/>
                              </a:cubicBezTo>
                              <a:lnTo>
                                <a:pt x="2663" y="202"/>
                              </a:lnTo>
                              <a:cubicBezTo>
                                <a:pt x="2664" y="201"/>
                                <a:pt x="2666" y="199"/>
                                <a:pt x="2668" y="197"/>
                              </a:cubicBezTo>
                              <a:lnTo>
                                <a:pt x="2668" y="197"/>
                              </a:lnTo>
                              <a:cubicBezTo>
                                <a:pt x="2670" y="195"/>
                                <a:pt x="2672" y="192"/>
                                <a:pt x="2674" y="189"/>
                              </a:cubicBezTo>
                              <a:lnTo>
                                <a:pt x="2756" y="86"/>
                              </a:lnTo>
                              <a:lnTo>
                                <a:pt x="2756" y="68"/>
                              </a:lnTo>
                              <a:lnTo>
                                <a:pt x="2622" y="68"/>
                              </a:lnTo>
                              <a:lnTo>
                                <a:pt x="2622" y="95"/>
                              </a:lnTo>
                              <a:lnTo>
                                <a:pt x="2698" y="95"/>
                              </a:lnTo>
                              <a:lnTo>
                                <a:pt x="2698" y="95"/>
                              </a:lnTo>
                              <a:cubicBezTo>
                                <a:pt x="2703" y="95"/>
                                <a:pt x="2707" y="95"/>
                                <a:pt x="2710" y="94"/>
                              </a:cubicBezTo>
                              <a:lnTo>
                                <a:pt x="2710" y="94"/>
                              </a:lnTo>
                              <a:cubicBezTo>
                                <a:pt x="2713" y="94"/>
                                <a:pt x="2714" y="94"/>
                                <a:pt x="2714" y="94"/>
                              </a:cubicBezTo>
                              <a:lnTo>
                                <a:pt x="2714" y="95"/>
                              </a:lnTo>
                              <a:lnTo>
                                <a:pt x="2714" y="95"/>
                              </a:lnTo>
                              <a:cubicBezTo>
                                <a:pt x="2714" y="95"/>
                                <a:pt x="2713" y="95"/>
                                <a:pt x="2712" y="97"/>
                              </a:cubicBezTo>
                              <a:lnTo>
                                <a:pt x="2712" y="97"/>
                              </a:lnTo>
                              <a:cubicBezTo>
                                <a:pt x="2711" y="98"/>
                                <a:pt x="2709" y="100"/>
                                <a:pt x="2707" y="102"/>
                              </a:cubicBezTo>
                              <a:lnTo>
                                <a:pt x="2707" y="102"/>
                              </a:lnTo>
                              <a:cubicBezTo>
                                <a:pt x="2705" y="104"/>
                                <a:pt x="2703" y="107"/>
                                <a:pt x="2700" y="110"/>
                              </a:cubicBezTo>
                              <a:lnTo>
                                <a:pt x="2618" y="213"/>
                              </a:lnTo>
                              <a:lnTo>
                                <a:pt x="2618" y="231"/>
                              </a:lnTo>
                              <a:close/>
                              <a:moveTo>
                                <a:pt x="2797" y="231"/>
                              </a:moveTo>
                              <a:lnTo>
                                <a:pt x="2828" y="231"/>
                              </a:lnTo>
                              <a:lnTo>
                                <a:pt x="2828" y="155"/>
                              </a:lnTo>
                              <a:lnTo>
                                <a:pt x="2828" y="155"/>
                              </a:lnTo>
                              <a:cubicBezTo>
                                <a:pt x="2828" y="151"/>
                                <a:pt x="2828" y="147"/>
                                <a:pt x="2828" y="144"/>
                              </a:cubicBezTo>
                              <a:lnTo>
                                <a:pt x="2828" y="144"/>
                              </a:lnTo>
                              <a:cubicBezTo>
                                <a:pt x="2829" y="140"/>
                                <a:pt x="2829" y="137"/>
                                <a:pt x="2830" y="133"/>
                              </a:cubicBezTo>
                              <a:lnTo>
                                <a:pt x="2830" y="133"/>
                              </a:lnTo>
                              <a:cubicBezTo>
                                <a:pt x="2832" y="126"/>
                                <a:pt x="2836" y="119"/>
                                <a:pt x="2841" y="112"/>
                              </a:cubicBezTo>
                              <a:lnTo>
                                <a:pt x="2841" y="112"/>
                              </a:lnTo>
                              <a:cubicBezTo>
                                <a:pt x="2846" y="106"/>
                                <a:pt x="2852" y="101"/>
                                <a:pt x="2858" y="98"/>
                              </a:cubicBezTo>
                              <a:lnTo>
                                <a:pt x="2858" y="98"/>
                              </a:lnTo>
                              <a:cubicBezTo>
                                <a:pt x="2865" y="95"/>
                                <a:pt x="2873" y="93"/>
                                <a:pt x="2881" y="93"/>
                              </a:cubicBezTo>
                              <a:lnTo>
                                <a:pt x="2881" y="93"/>
                              </a:lnTo>
                              <a:cubicBezTo>
                                <a:pt x="2887" y="93"/>
                                <a:pt x="2893" y="94"/>
                                <a:pt x="2897" y="96"/>
                              </a:cubicBezTo>
                              <a:lnTo>
                                <a:pt x="2897" y="96"/>
                              </a:lnTo>
                              <a:cubicBezTo>
                                <a:pt x="2901" y="98"/>
                                <a:pt x="2904" y="101"/>
                                <a:pt x="2906" y="105"/>
                              </a:cubicBezTo>
                              <a:lnTo>
                                <a:pt x="2906" y="105"/>
                              </a:lnTo>
                              <a:cubicBezTo>
                                <a:pt x="2908" y="108"/>
                                <a:pt x="2910" y="114"/>
                                <a:pt x="2910" y="118"/>
                              </a:cubicBezTo>
                              <a:lnTo>
                                <a:pt x="2910" y="118"/>
                              </a:lnTo>
                              <a:cubicBezTo>
                                <a:pt x="2911" y="123"/>
                                <a:pt x="2913" y="129"/>
                                <a:pt x="2913" y="134"/>
                              </a:cubicBezTo>
                              <a:lnTo>
                                <a:pt x="2913" y="231"/>
                              </a:lnTo>
                              <a:lnTo>
                                <a:pt x="2943" y="231"/>
                              </a:lnTo>
                              <a:lnTo>
                                <a:pt x="2943" y="127"/>
                              </a:lnTo>
                              <a:lnTo>
                                <a:pt x="2943" y="127"/>
                              </a:lnTo>
                              <a:cubicBezTo>
                                <a:pt x="2944" y="106"/>
                                <a:pt x="2939" y="90"/>
                                <a:pt x="2930" y="80"/>
                              </a:cubicBezTo>
                              <a:lnTo>
                                <a:pt x="2930" y="80"/>
                              </a:lnTo>
                              <a:cubicBezTo>
                                <a:pt x="2921" y="70"/>
                                <a:pt x="2906" y="65"/>
                                <a:pt x="2887" y="65"/>
                              </a:cubicBezTo>
                              <a:lnTo>
                                <a:pt x="2887" y="65"/>
                              </a:lnTo>
                              <a:cubicBezTo>
                                <a:pt x="2878" y="65"/>
                                <a:pt x="2871" y="66"/>
                                <a:pt x="2864" y="68"/>
                              </a:cubicBezTo>
                              <a:lnTo>
                                <a:pt x="2864" y="68"/>
                              </a:lnTo>
                              <a:cubicBezTo>
                                <a:pt x="2857" y="71"/>
                                <a:pt x="2851" y="74"/>
                                <a:pt x="2846" y="78"/>
                              </a:cubicBezTo>
                              <a:lnTo>
                                <a:pt x="2846" y="78"/>
                              </a:lnTo>
                              <a:cubicBezTo>
                                <a:pt x="2841" y="82"/>
                                <a:pt x="2837" y="86"/>
                                <a:pt x="2834" y="90"/>
                              </a:cubicBezTo>
                              <a:lnTo>
                                <a:pt x="2834" y="90"/>
                              </a:lnTo>
                              <a:cubicBezTo>
                                <a:pt x="2831" y="94"/>
                                <a:pt x="2828" y="98"/>
                                <a:pt x="2827" y="101"/>
                              </a:cubicBezTo>
                              <a:lnTo>
                                <a:pt x="2826" y="101"/>
                              </a:lnTo>
                              <a:lnTo>
                                <a:pt x="2826" y="101"/>
                              </a:lnTo>
                              <a:cubicBezTo>
                                <a:pt x="2826" y="101"/>
                                <a:pt x="2826" y="101"/>
                                <a:pt x="2826" y="100"/>
                              </a:cubicBezTo>
                              <a:lnTo>
                                <a:pt x="2826" y="100"/>
                              </a:lnTo>
                              <a:cubicBezTo>
                                <a:pt x="2826" y="99"/>
                                <a:pt x="2826" y="97"/>
                                <a:pt x="2826" y="96"/>
                              </a:cubicBezTo>
                              <a:lnTo>
                                <a:pt x="2826" y="96"/>
                              </a:lnTo>
                              <a:cubicBezTo>
                                <a:pt x="2827" y="94"/>
                                <a:pt x="2827" y="92"/>
                                <a:pt x="2827" y="90"/>
                              </a:cubicBezTo>
                              <a:lnTo>
                                <a:pt x="2827" y="68"/>
                              </a:lnTo>
                              <a:lnTo>
                                <a:pt x="2797" y="68"/>
                              </a:lnTo>
                              <a:lnTo>
                                <a:pt x="2797" y="231"/>
                              </a:lnTo>
                              <a:close/>
                              <a:moveTo>
                                <a:pt x="2967" y="288"/>
                              </a:moveTo>
                              <a:lnTo>
                                <a:pt x="2967" y="288"/>
                              </a:lnTo>
                              <a:cubicBezTo>
                                <a:pt x="2967" y="288"/>
                                <a:pt x="2968" y="289"/>
                                <a:pt x="2969" y="290"/>
                              </a:cubicBezTo>
                              <a:lnTo>
                                <a:pt x="2969" y="290"/>
                              </a:lnTo>
                              <a:cubicBezTo>
                                <a:pt x="2971" y="291"/>
                                <a:pt x="2973" y="292"/>
                                <a:pt x="2976" y="293"/>
                              </a:cubicBezTo>
                              <a:lnTo>
                                <a:pt x="2976" y="293"/>
                              </a:lnTo>
                              <a:cubicBezTo>
                                <a:pt x="2979" y="295"/>
                                <a:pt x="2982" y="296"/>
                                <a:pt x="2986" y="297"/>
                              </a:cubicBezTo>
                              <a:lnTo>
                                <a:pt x="2986" y="297"/>
                              </a:lnTo>
                              <a:cubicBezTo>
                                <a:pt x="2989" y="298"/>
                                <a:pt x="2994" y="298"/>
                                <a:pt x="2998" y="298"/>
                              </a:cubicBezTo>
                              <a:lnTo>
                                <a:pt x="2998" y="298"/>
                              </a:lnTo>
                              <a:cubicBezTo>
                                <a:pt x="3006" y="298"/>
                                <a:pt x="3013" y="297"/>
                                <a:pt x="3020" y="294"/>
                              </a:cubicBezTo>
                              <a:lnTo>
                                <a:pt x="3020" y="294"/>
                              </a:lnTo>
                              <a:cubicBezTo>
                                <a:pt x="3026" y="291"/>
                                <a:pt x="3032" y="287"/>
                                <a:pt x="3038" y="281"/>
                              </a:cubicBezTo>
                              <a:lnTo>
                                <a:pt x="3038" y="281"/>
                              </a:lnTo>
                              <a:cubicBezTo>
                                <a:pt x="3043" y="276"/>
                                <a:pt x="3047" y="269"/>
                                <a:pt x="3050" y="260"/>
                              </a:cubicBezTo>
                              <a:lnTo>
                                <a:pt x="3127" y="68"/>
                              </a:lnTo>
                              <a:lnTo>
                                <a:pt x="3093" y="68"/>
                              </a:lnTo>
                              <a:lnTo>
                                <a:pt x="3054" y="175"/>
                              </a:lnTo>
                              <a:lnTo>
                                <a:pt x="3054" y="175"/>
                              </a:lnTo>
                              <a:cubicBezTo>
                                <a:pt x="3052" y="178"/>
                                <a:pt x="3051" y="181"/>
                                <a:pt x="3051" y="184"/>
                              </a:cubicBezTo>
                              <a:lnTo>
                                <a:pt x="3051" y="184"/>
                              </a:lnTo>
                              <a:cubicBezTo>
                                <a:pt x="3050" y="187"/>
                                <a:pt x="3049" y="189"/>
                                <a:pt x="3049" y="191"/>
                              </a:cubicBezTo>
                              <a:lnTo>
                                <a:pt x="3049" y="191"/>
                              </a:lnTo>
                              <a:cubicBezTo>
                                <a:pt x="3048" y="193"/>
                                <a:pt x="3048" y="194"/>
                                <a:pt x="3048" y="194"/>
                              </a:cubicBezTo>
                              <a:lnTo>
                                <a:pt x="3047" y="194"/>
                              </a:lnTo>
                              <a:lnTo>
                                <a:pt x="3047" y="194"/>
                              </a:lnTo>
                              <a:cubicBezTo>
                                <a:pt x="3047" y="194"/>
                                <a:pt x="3047" y="193"/>
                                <a:pt x="3046" y="191"/>
                              </a:cubicBezTo>
                              <a:lnTo>
                                <a:pt x="3046" y="191"/>
                              </a:lnTo>
                              <a:cubicBezTo>
                                <a:pt x="3046" y="189"/>
                                <a:pt x="3045" y="186"/>
                                <a:pt x="3044" y="183"/>
                              </a:cubicBezTo>
                              <a:lnTo>
                                <a:pt x="3044" y="183"/>
                              </a:lnTo>
                              <a:cubicBezTo>
                                <a:pt x="3043" y="180"/>
                                <a:pt x="3042" y="178"/>
                                <a:pt x="3041" y="175"/>
                              </a:cubicBezTo>
                              <a:lnTo>
                                <a:pt x="3001" y="68"/>
                              </a:lnTo>
                              <a:lnTo>
                                <a:pt x="2966" y="68"/>
                              </a:lnTo>
                              <a:lnTo>
                                <a:pt x="3034" y="230"/>
                              </a:lnTo>
                              <a:lnTo>
                                <a:pt x="3026" y="248"/>
                              </a:lnTo>
                              <a:lnTo>
                                <a:pt x="3026" y="248"/>
                              </a:lnTo>
                              <a:cubicBezTo>
                                <a:pt x="3023" y="255"/>
                                <a:pt x="3019" y="261"/>
                                <a:pt x="3014" y="265"/>
                              </a:cubicBezTo>
                              <a:lnTo>
                                <a:pt x="3014" y="265"/>
                              </a:lnTo>
                              <a:cubicBezTo>
                                <a:pt x="3009" y="269"/>
                                <a:pt x="3003" y="271"/>
                                <a:pt x="2997" y="272"/>
                              </a:cubicBezTo>
                              <a:lnTo>
                                <a:pt x="2997" y="272"/>
                              </a:lnTo>
                              <a:cubicBezTo>
                                <a:pt x="2993" y="271"/>
                                <a:pt x="2990" y="271"/>
                                <a:pt x="2987" y="270"/>
                              </a:cubicBezTo>
                              <a:lnTo>
                                <a:pt x="2987" y="270"/>
                              </a:lnTo>
                              <a:cubicBezTo>
                                <a:pt x="2985" y="269"/>
                                <a:pt x="2982" y="268"/>
                                <a:pt x="2981" y="267"/>
                              </a:cubicBezTo>
                              <a:lnTo>
                                <a:pt x="2981" y="267"/>
                              </a:lnTo>
                              <a:cubicBezTo>
                                <a:pt x="2979" y="266"/>
                                <a:pt x="2978" y="265"/>
                                <a:pt x="2978" y="265"/>
                              </a:cubicBezTo>
                              <a:lnTo>
                                <a:pt x="2967" y="288"/>
                              </a:lnTo>
                              <a:close/>
                              <a:moveTo>
                                <a:pt x="3310" y="260"/>
                              </a:moveTo>
                              <a:lnTo>
                                <a:pt x="3332" y="260"/>
                              </a:lnTo>
                              <a:lnTo>
                                <a:pt x="3354" y="197"/>
                              </a:lnTo>
                              <a:lnTo>
                                <a:pt x="3324" y="197"/>
                              </a:lnTo>
                              <a:lnTo>
                                <a:pt x="3310" y="260"/>
                              </a:lnTo>
                              <a:close/>
                              <a:moveTo>
                                <a:pt x="3266" y="260"/>
                              </a:moveTo>
                              <a:lnTo>
                                <a:pt x="3288" y="260"/>
                              </a:lnTo>
                              <a:lnTo>
                                <a:pt x="3309" y="197"/>
                              </a:lnTo>
                              <a:lnTo>
                                <a:pt x="3280" y="197"/>
                              </a:lnTo>
                              <a:lnTo>
                                <a:pt x="3266" y="260"/>
                              </a:lnTo>
                              <a:close/>
                              <a:moveTo>
                                <a:pt x="3403" y="231"/>
                              </a:moveTo>
                              <a:lnTo>
                                <a:pt x="3434" y="231"/>
                              </a:lnTo>
                              <a:lnTo>
                                <a:pt x="3434" y="147"/>
                              </a:lnTo>
                              <a:lnTo>
                                <a:pt x="3486" y="147"/>
                              </a:lnTo>
                              <a:lnTo>
                                <a:pt x="3486" y="147"/>
                              </a:lnTo>
                              <a:cubicBezTo>
                                <a:pt x="3496" y="147"/>
                                <a:pt x="3505" y="146"/>
                                <a:pt x="3514" y="142"/>
                              </a:cubicBezTo>
                              <a:lnTo>
                                <a:pt x="3514" y="142"/>
                              </a:lnTo>
                              <a:cubicBezTo>
                                <a:pt x="3523" y="139"/>
                                <a:pt x="3530" y="134"/>
                                <a:pt x="3536" y="128"/>
                              </a:cubicBezTo>
                              <a:lnTo>
                                <a:pt x="3536" y="128"/>
                              </a:lnTo>
                              <a:cubicBezTo>
                                <a:pt x="3543" y="121"/>
                                <a:pt x="3548" y="114"/>
                                <a:pt x="3551" y="104"/>
                              </a:cubicBezTo>
                              <a:lnTo>
                                <a:pt x="3551" y="104"/>
                              </a:lnTo>
                              <a:cubicBezTo>
                                <a:pt x="3555" y="95"/>
                                <a:pt x="3556" y="86"/>
                                <a:pt x="3556" y="75"/>
                              </a:cubicBezTo>
                              <a:lnTo>
                                <a:pt x="3556" y="75"/>
                              </a:lnTo>
                              <a:cubicBezTo>
                                <a:pt x="3556" y="64"/>
                                <a:pt x="3555" y="55"/>
                                <a:pt x="3551" y="46"/>
                              </a:cubicBezTo>
                              <a:lnTo>
                                <a:pt x="3551" y="46"/>
                              </a:lnTo>
                              <a:cubicBezTo>
                                <a:pt x="3548" y="37"/>
                                <a:pt x="3543" y="30"/>
                                <a:pt x="3536" y="24"/>
                              </a:cubicBezTo>
                              <a:lnTo>
                                <a:pt x="3536" y="24"/>
                              </a:lnTo>
                              <a:cubicBezTo>
                                <a:pt x="3530" y="18"/>
                                <a:pt x="3523" y="13"/>
                                <a:pt x="3514" y="10"/>
                              </a:cubicBezTo>
                              <a:lnTo>
                                <a:pt x="3514" y="10"/>
                              </a:lnTo>
                              <a:cubicBezTo>
                                <a:pt x="3505" y="5"/>
                                <a:pt x="3496" y="4"/>
                                <a:pt x="3486" y="4"/>
                              </a:cubicBezTo>
                              <a:lnTo>
                                <a:pt x="3403" y="4"/>
                              </a:lnTo>
                              <a:lnTo>
                                <a:pt x="3403" y="231"/>
                              </a:lnTo>
                              <a:close/>
                              <a:moveTo>
                                <a:pt x="3434" y="120"/>
                              </a:moveTo>
                              <a:lnTo>
                                <a:pt x="3434" y="32"/>
                              </a:lnTo>
                              <a:lnTo>
                                <a:pt x="3481" y="32"/>
                              </a:lnTo>
                              <a:lnTo>
                                <a:pt x="3481" y="32"/>
                              </a:lnTo>
                              <a:cubicBezTo>
                                <a:pt x="3490" y="32"/>
                                <a:pt x="3498" y="34"/>
                                <a:pt x="3504" y="37"/>
                              </a:cubicBezTo>
                              <a:lnTo>
                                <a:pt x="3504" y="37"/>
                              </a:lnTo>
                              <a:cubicBezTo>
                                <a:pt x="3510" y="41"/>
                                <a:pt x="3515" y="45"/>
                                <a:pt x="3519" y="52"/>
                              </a:cubicBezTo>
                              <a:lnTo>
                                <a:pt x="3519" y="52"/>
                              </a:lnTo>
                              <a:cubicBezTo>
                                <a:pt x="3522" y="58"/>
                                <a:pt x="3524" y="66"/>
                                <a:pt x="3524" y="75"/>
                              </a:cubicBezTo>
                              <a:lnTo>
                                <a:pt x="3524" y="75"/>
                              </a:lnTo>
                              <a:cubicBezTo>
                                <a:pt x="3524" y="84"/>
                                <a:pt x="3522" y="92"/>
                                <a:pt x="3519" y="98"/>
                              </a:cubicBezTo>
                              <a:lnTo>
                                <a:pt x="3519" y="98"/>
                              </a:lnTo>
                              <a:cubicBezTo>
                                <a:pt x="3515" y="105"/>
                                <a:pt x="3510" y="110"/>
                                <a:pt x="3504" y="115"/>
                              </a:cubicBezTo>
                              <a:lnTo>
                                <a:pt x="3504" y="115"/>
                              </a:lnTo>
                              <a:cubicBezTo>
                                <a:pt x="3497" y="118"/>
                                <a:pt x="3490" y="120"/>
                                <a:pt x="3481" y="120"/>
                              </a:cubicBezTo>
                              <a:lnTo>
                                <a:pt x="3434" y="120"/>
                              </a:lnTo>
                              <a:close/>
                              <a:moveTo>
                                <a:pt x="3581" y="116"/>
                              </a:moveTo>
                              <a:lnTo>
                                <a:pt x="3581" y="116"/>
                              </a:lnTo>
                              <a:cubicBezTo>
                                <a:pt x="3582" y="130"/>
                                <a:pt x="3583" y="142"/>
                                <a:pt x="3587" y="154"/>
                              </a:cubicBezTo>
                              <a:lnTo>
                                <a:pt x="3587" y="154"/>
                              </a:lnTo>
                              <a:cubicBezTo>
                                <a:pt x="3591" y="166"/>
                                <a:pt x="3597" y="177"/>
                                <a:pt x="3603" y="187"/>
                              </a:cubicBezTo>
                              <a:lnTo>
                                <a:pt x="3603" y="187"/>
                              </a:lnTo>
                              <a:cubicBezTo>
                                <a:pt x="3610" y="196"/>
                                <a:pt x="3620" y="205"/>
                                <a:pt x="3629" y="212"/>
                              </a:cubicBezTo>
                              <a:lnTo>
                                <a:pt x="3629" y="212"/>
                              </a:lnTo>
                              <a:cubicBezTo>
                                <a:pt x="3639" y="220"/>
                                <a:pt x="3650" y="225"/>
                                <a:pt x="3661" y="229"/>
                              </a:cubicBezTo>
                              <a:lnTo>
                                <a:pt x="3661" y="229"/>
                              </a:lnTo>
                              <a:cubicBezTo>
                                <a:pt x="3673" y="233"/>
                                <a:pt x="3685" y="235"/>
                                <a:pt x="3698" y="235"/>
                              </a:cubicBezTo>
                              <a:lnTo>
                                <a:pt x="3698" y="235"/>
                              </a:lnTo>
                              <a:cubicBezTo>
                                <a:pt x="3711" y="235"/>
                                <a:pt x="3723" y="233"/>
                                <a:pt x="3735" y="229"/>
                              </a:cubicBezTo>
                              <a:lnTo>
                                <a:pt x="3735" y="229"/>
                              </a:lnTo>
                              <a:cubicBezTo>
                                <a:pt x="3747" y="225"/>
                                <a:pt x="3757" y="220"/>
                                <a:pt x="3768" y="212"/>
                              </a:cubicBezTo>
                              <a:lnTo>
                                <a:pt x="3768" y="212"/>
                              </a:lnTo>
                              <a:cubicBezTo>
                                <a:pt x="3777" y="205"/>
                                <a:pt x="3785" y="196"/>
                                <a:pt x="3792" y="187"/>
                              </a:cubicBezTo>
                              <a:lnTo>
                                <a:pt x="3792" y="187"/>
                              </a:lnTo>
                              <a:cubicBezTo>
                                <a:pt x="3799" y="177"/>
                                <a:pt x="3805" y="166"/>
                                <a:pt x="3809" y="154"/>
                              </a:cubicBezTo>
                              <a:lnTo>
                                <a:pt x="3809" y="154"/>
                              </a:lnTo>
                              <a:cubicBezTo>
                                <a:pt x="3812" y="142"/>
                                <a:pt x="3814" y="130"/>
                                <a:pt x="3814" y="116"/>
                              </a:cubicBezTo>
                              <a:lnTo>
                                <a:pt x="3814" y="116"/>
                              </a:lnTo>
                              <a:cubicBezTo>
                                <a:pt x="3814" y="102"/>
                                <a:pt x="3812" y="90"/>
                                <a:pt x="3809" y="79"/>
                              </a:cubicBezTo>
                              <a:lnTo>
                                <a:pt x="3809" y="79"/>
                              </a:lnTo>
                              <a:cubicBezTo>
                                <a:pt x="3805" y="67"/>
                                <a:pt x="3799" y="57"/>
                                <a:pt x="3792" y="47"/>
                              </a:cubicBezTo>
                              <a:lnTo>
                                <a:pt x="3792" y="47"/>
                              </a:lnTo>
                              <a:cubicBezTo>
                                <a:pt x="3785" y="38"/>
                                <a:pt x="3777" y="29"/>
                                <a:pt x="3768" y="23"/>
                              </a:cubicBezTo>
                              <a:lnTo>
                                <a:pt x="3768" y="23"/>
                              </a:lnTo>
                              <a:cubicBezTo>
                                <a:pt x="3757" y="16"/>
                                <a:pt x="3747" y="10"/>
                                <a:pt x="3735" y="6"/>
                              </a:cubicBezTo>
                              <a:lnTo>
                                <a:pt x="3735" y="6"/>
                              </a:lnTo>
                              <a:cubicBezTo>
                                <a:pt x="3723" y="2"/>
                                <a:pt x="3711" y="0"/>
                                <a:pt x="3698" y="0"/>
                              </a:cubicBezTo>
                              <a:lnTo>
                                <a:pt x="3698" y="0"/>
                              </a:lnTo>
                              <a:cubicBezTo>
                                <a:pt x="3685" y="0"/>
                                <a:pt x="3673" y="2"/>
                                <a:pt x="3661" y="6"/>
                              </a:cubicBezTo>
                              <a:lnTo>
                                <a:pt x="3661" y="6"/>
                              </a:lnTo>
                              <a:cubicBezTo>
                                <a:pt x="3650" y="10"/>
                                <a:pt x="3639" y="16"/>
                                <a:pt x="3629" y="23"/>
                              </a:cubicBezTo>
                              <a:lnTo>
                                <a:pt x="3629" y="23"/>
                              </a:lnTo>
                              <a:cubicBezTo>
                                <a:pt x="3620" y="29"/>
                                <a:pt x="3610" y="38"/>
                                <a:pt x="3603" y="47"/>
                              </a:cubicBezTo>
                              <a:lnTo>
                                <a:pt x="3603" y="47"/>
                              </a:lnTo>
                              <a:cubicBezTo>
                                <a:pt x="3597" y="57"/>
                                <a:pt x="3591" y="67"/>
                                <a:pt x="3587" y="79"/>
                              </a:cubicBezTo>
                              <a:lnTo>
                                <a:pt x="3587" y="79"/>
                              </a:lnTo>
                              <a:cubicBezTo>
                                <a:pt x="3583" y="90"/>
                                <a:pt x="3582" y="102"/>
                                <a:pt x="3581" y="116"/>
                              </a:cubicBezTo>
                              <a:close/>
                              <a:moveTo>
                                <a:pt x="3614" y="116"/>
                              </a:moveTo>
                              <a:lnTo>
                                <a:pt x="3614" y="116"/>
                              </a:lnTo>
                              <a:cubicBezTo>
                                <a:pt x="3614" y="103"/>
                                <a:pt x="3616" y="92"/>
                                <a:pt x="3621" y="81"/>
                              </a:cubicBezTo>
                              <a:lnTo>
                                <a:pt x="3621" y="81"/>
                              </a:lnTo>
                              <a:cubicBezTo>
                                <a:pt x="3626" y="71"/>
                                <a:pt x="3632" y="62"/>
                                <a:pt x="3639" y="54"/>
                              </a:cubicBezTo>
                              <a:lnTo>
                                <a:pt x="3639" y="54"/>
                              </a:lnTo>
                              <a:cubicBezTo>
                                <a:pt x="3647" y="46"/>
                                <a:pt x="3656" y="40"/>
                                <a:pt x="3666" y="36"/>
                              </a:cubicBezTo>
                              <a:lnTo>
                                <a:pt x="3666" y="36"/>
                              </a:lnTo>
                              <a:cubicBezTo>
                                <a:pt x="3676" y="32"/>
                                <a:pt x="3687" y="30"/>
                                <a:pt x="3698" y="29"/>
                              </a:cubicBezTo>
                              <a:lnTo>
                                <a:pt x="3698" y="29"/>
                              </a:lnTo>
                              <a:cubicBezTo>
                                <a:pt x="3710" y="30"/>
                                <a:pt x="3720" y="32"/>
                                <a:pt x="3730" y="36"/>
                              </a:cubicBezTo>
                              <a:lnTo>
                                <a:pt x="3730" y="36"/>
                              </a:lnTo>
                              <a:cubicBezTo>
                                <a:pt x="3740" y="40"/>
                                <a:pt x="3749" y="46"/>
                                <a:pt x="3757" y="54"/>
                              </a:cubicBezTo>
                              <a:lnTo>
                                <a:pt x="3757" y="54"/>
                              </a:lnTo>
                              <a:cubicBezTo>
                                <a:pt x="3765" y="62"/>
                                <a:pt x="3771" y="71"/>
                                <a:pt x="3775" y="81"/>
                              </a:cubicBezTo>
                              <a:lnTo>
                                <a:pt x="3775" y="81"/>
                              </a:lnTo>
                              <a:cubicBezTo>
                                <a:pt x="3780" y="92"/>
                                <a:pt x="3782" y="103"/>
                                <a:pt x="3782" y="116"/>
                              </a:cubicBezTo>
                              <a:lnTo>
                                <a:pt x="3782" y="116"/>
                              </a:lnTo>
                              <a:cubicBezTo>
                                <a:pt x="3782" y="129"/>
                                <a:pt x="3780" y="141"/>
                                <a:pt x="3775" y="152"/>
                              </a:cubicBezTo>
                              <a:lnTo>
                                <a:pt x="3775" y="152"/>
                              </a:lnTo>
                              <a:cubicBezTo>
                                <a:pt x="3771" y="162"/>
                                <a:pt x="3765" y="172"/>
                                <a:pt x="3757" y="180"/>
                              </a:cubicBezTo>
                              <a:lnTo>
                                <a:pt x="3757" y="180"/>
                              </a:lnTo>
                              <a:cubicBezTo>
                                <a:pt x="3749" y="188"/>
                                <a:pt x="3740" y="194"/>
                                <a:pt x="3730" y="199"/>
                              </a:cubicBezTo>
                              <a:lnTo>
                                <a:pt x="3730" y="199"/>
                              </a:lnTo>
                              <a:cubicBezTo>
                                <a:pt x="3720" y="203"/>
                                <a:pt x="3710" y="205"/>
                                <a:pt x="3698" y="205"/>
                              </a:cubicBezTo>
                              <a:lnTo>
                                <a:pt x="3698" y="205"/>
                              </a:lnTo>
                              <a:cubicBezTo>
                                <a:pt x="3687" y="205"/>
                                <a:pt x="3676" y="203"/>
                                <a:pt x="3666" y="199"/>
                              </a:cubicBezTo>
                              <a:lnTo>
                                <a:pt x="3666" y="199"/>
                              </a:lnTo>
                              <a:cubicBezTo>
                                <a:pt x="3656" y="194"/>
                                <a:pt x="3647" y="188"/>
                                <a:pt x="3639" y="180"/>
                              </a:cubicBezTo>
                              <a:lnTo>
                                <a:pt x="3639" y="180"/>
                              </a:lnTo>
                              <a:cubicBezTo>
                                <a:pt x="3632" y="172"/>
                                <a:pt x="3626" y="162"/>
                                <a:pt x="3621" y="152"/>
                              </a:cubicBezTo>
                              <a:lnTo>
                                <a:pt x="3621" y="152"/>
                              </a:lnTo>
                              <a:cubicBezTo>
                                <a:pt x="3616" y="141"/>
                                <a:pt x="3614" y="129"/>
                                <a:pt x="3614" y="116"/>
                              </a:cubicBezTo>
                              <a:close/>
                              <a:moveTo>
                                <a:pt x="3860" y="231"/>
                              </a:moveTo>
                              <a:lnTo>
                                <a:pt x="3993" y="231"/>
                              </a:lnTo>
                              <a:lnTo>
                                <a:pt x="3993" y="203"/>
                              </a:lnTo>
                              <a:lnTo>
                                <a:pt x="3892" y="203"/>
                              </a:lnTo>
                              <a:lnTo>
                                <a:pt x="3892" y="4"/>
                              </a:lnTo>
                              <a:lnTo>
                                <a:pt x="3860" y="4"/>
                              </a:lnTo>
                              <a:lnTo>
                                <a:pt x="3860" y="231"/>
                              </a:lnTo>
                              <a:close/>
                              <a:moveTo>
                                <a:pt x="4030" y="231"/>
                              </a:moveTo>
                              <a:lnTo>
                                <a:pt x="4163" y="231"/>
                              </a:lnTo>
                              <a:lnTo>
                                <a:pt x="4163" y="203"/>
                              </a:lnTo>
                              <a:lnTo>
                                <a:pt x="4062" y="203"/>
                              </a:lnTo>
                              <a:lnTo>
                                <a:pt x="4062" y="4"/>
                              </a:lnTo>
                              <a:lnTo>
                                <a:pt x="4030" y="4"/>
                              </a:lnTo>
                              <a:lnTo>
                                <a:pt x="4030" y="231"/>
                              </a:lnTo>
                              <a:close/>
                              <a:moveTo>
                                <a:pt x="4200" y="231"/>
                              </a:moveTo>
                              <a:lnTo>
                                <a:pt x="4232" y="231"/>
                              </a:lnTo>
                              <a:lnTo>
                                <a:pt x="4232" y="4"/>
                              </a:lnTo>
                              <a:lnTo>
                                <a:pt x="4200" y="4"/>
                              </a:lnTo>
                              <a:lnTo>
                                <a:pt x="4200" y="231"/>
                              </a:lnTo>
                              <a:close/>
                              <a:moveTo>
                                <a:pt x="4293" y="231"/>
                              </a:moveTo>
                              <a:lnTo>
                                <a:pt x="4325" y="231"/>
                              </a:lnTo>
                              <a:lnTo>
                                <a:pt x="4325" y="84"/>
                              </a:lnTo>
                              <a:lnTo>
                                <a:pt x="4325" y="84"/>
                              </a:lnTo>
                              <a:cubicBezTo>
                                <a:pt x="4325" y="80"/>
                                <a:pt x="4325" y="77"/>
                                <a:pt x="4325" y="73"/>
                              </a:cubicBezTo>
                              <a:lnTo>
                                <a:pt x="4325" y="73"/>
                              </a:lnTo>
                              <a:cubicBezTo>
                                <a:pt x="4325" y="69"/>
                                <a:pt x="4324" y="66"/>
                                <a:pt x="4324" y="62"/>
                              </a:cubicBezTo>
                              <a:lnTo>
                                <a:pt x="4324" y="62"/>
                              </a:lnTo>
                              <a:cubicBezTo>
                                <a:pt x="4324" y="59"/>
                                <a:pt x="4323" y="56"/>
                                <a:pt x="4323" y="54"/>
                              </a:cubicBezTo>
                              <a:lnTo>
                                <a:pt x="4323" y="54"/>
                              </a:lnTo>
                              <a:cubicBezTo>
                                <a:pt x="4323" y="52"/>
                                <a:pt x="4323" y="51"/>
                                <a:pt x="4323" y="51"/>
                              </a:cubicBezTo>
                              <a:lnTo>
                                <a:pt x="4324" y="51"/>
                              </a:lnTo>
                              <a:lnTo>
                                <a:pt x="4324" y="51"/>
                              </a:lnTo>
                              <a:cubicBezTo>
                                <a:pt x="4324" y="51"/>
                                <a:pt x="4324" y="52"/>
                                <a:pt x="4325" y="54"/>
                              </a:cubicBezTo>
                              <a:lnTo>
                                <a:pt x="4325" y="54"/>
                              </a:lnTo>
                              <a:cubicBezTo>
                                <a:pt x="4326" y="56"/>
                                <a:pt x="4328" y="59"/>
                                <a:pt x="4330" y="63"/>
                              </a:cubicBezTo>
                              <a:lnTo>
                                <a:pt x="4330" y="63"/>
                              </a:lnTo>
                              <a:cubicBezTo>
                                <a:pt x="4332" y="66"/>
                                <a:pt x="4334" y="70"/>
                                <a:pt x="4336" y="73"/>
                              </a:cubicBezTo>
                              <a:lnTo>
                                <a:pt x="4336" y="73"/>
                              </a:lnTo>
                              <a:cubicBezTo>
                                <a:pt x="4338" y="77"/>
                                <a:pt x="4340" y="80"/>
                                <a:pt x="4342" y="84"/>
                              </a:cubicBezTo>
                              <a:lnTo>
                                <a:pt x="4443" y="231"/>
                              </a:lnTo>
                              <a:lnTo>
                                <a:pt x="4475" y="231"/>
                              </a:lnTo>
                              <a:lnTo>
                                <a:pt x="4475" y="4"/>
                              </a:lnTo>
                              <a:lnTo>
                                <a:pt x="4442" y="4"/>
                              </a:lnTo>
                              <a:lnTo>
                                <a:pt x="4442" y="152"/>
                              </a:lnTo>
                              <a:lnTo>
                                <a:pt x="4442" y="152"/>
                              </a:lnTo>
                              <a:cubicBezTo>
                                <a:pt x="4442" y="155"/>
                                <a:pt x="4442" y="158"/>
                                <a:pt x="4442" y="162"/>
                              </a:cubicBezTo>
                              <a:lnTo>
                                <a:pt x="4442" y="162"/>
                              </a:lnTo>
                              <a:cubicBezTo>
                                <a:pt x="4443" y="166"/>
                                <a:pt x="4443" y="169"/>
                                <a:pt x="4443" y="173"/>
                              </a:cubicBezTo>
                              <a:lnTo>
                                <a:pt x="4443" y="173"/>
                              </a:lnTo>
                              <a:cubicBezTo>
                                <a:pt x="4443" y="176"/>
                                <a:pt x="4444" y="179"/>
                                <a:pt x="4444" y="181"/>
                              </a:cubicBezTo>
                              <a:lnTo>
                                <a:pt x="4444" y="181"/>
                              </a:lnTo>
                              <a:cubicBezTo>
                                <a:pt x="4444" y="183"/>
                                <a:pt x="4444" y="184"/>
                                <a:pt x="4444" y="184"/>
                              </a:cubicBezTo>
                              <a:lnTo>
                                <a:pt x="4444" y="184"/>
                              </a:lnTo>
                              <a:lnTo>
                                <a:pt x="4444" y="184"/>
                              </a:lnTo>
                              <a:cubicBezTo>
                                <a:pt x="4444" y="184"/>
                                <a:pt x="4443" y="183"/>
                                <a:pt x="4442" y="181"/>
                              </a:cubicBezTo>
                              <a:lnTo>
                                <a:pt x="4442" y="181"/>
                              </a:lnTo>
                              <a:cubicBezTo>
                                <a:pt x="4441" y="179"/>
                                <a:pt x="4439" y="176"/>
                                <a:pt x="4437" y="173"/>
                              </a:cubicBezTo>
                              <a:lnTo>
                                <a:pt x="4437" y="173"/>
                              </a:lnTo>
                              <a:cubicBezTo>
                                <a:pt x="4435" y="169"/>
                                <a:pt x="4433" y="166"/>
                                <a:pt x="4431" y="162"/>
                              </a:cubicBezTo>
                              <a:lnTo>
                                <a:pt x="4431" y="162"/>
                              </a:lnTo>
                              <a:cubicBezTo>
                                <a:pt x="4429" y="158"/>
                                <a:pt x="4427" y="155"/>
                                <a:pt x="4425" y="152"/>
                              </a:cubicBezTo>
                              <a:lnTo>
                                <a:pt x="4325" y="4"/>
                              </a:lnTo>
                              <a:lnTo>
                                <a:pt x="4293" y="4"/>
                              </a:lnTo>
                              <a:lnTo>
                                <a:pt x="4293" y="231"/>
                              </a:lnTo>
                              <a:close/>
                              <a:moveTo>
                                <a:pt x="4565" y="63"/>
                              </a:moveTo>
                              <a:lnTo>
                                <a:pt x="4588" y="63"/>
                              </a:lnTo>
                              <a:lnTo>
                                <a:pt x="4610" y="0"/>
                              </a:lnTo>
                              <a:lnTo>
                                <a:pt x="4578" y="0"/>
                              </a:lnTo>
                              <a:lnTo>
                                <a:pt x="4565" y="63"/>
                              </a:lnTo>
                              <a:close/>
                              <a:moveTo>
                                <a:pt x="4520" y="63"/>
                              </a:moveTo>
                              <a:lnTo>
                                <a:pt x="4543" y="63"/>
                              </a:lnTo>
                              <a:lnTo>
                                <a:pt x="4564" y="0"/>
                              </a:lnTo>
                              <a:lnTo>
                                <a:pt x="4533" y="0"/>
                              </a:lnTo>
                              <a:lnTo>
                                <a:pt x="4520" y="63"/>
                              </a:lnTo>
                              <a:close/>
                              <a:moveTo>
                                <a:pt x="4879" y="4"/>
                              </a:moveTo>
                              <a:lnTo>
                                <a:pt x="4835" y="171"/>
                              </a:lnTo>
                              <a:lnTo>
                                <a:pt x="4835" y="171"/>
                              </a:lnTo>
                              <a:cubicBezTo>
                                <a:pt x="4834" y="175"/>
                                <a:pt x="4833" y="179"/>
                                <a:pt x="4832" y="182"/>
                              </a:cubicBezTo>
                              <a:lnTo>
                                <a:pt x="4832" y="182"/>
                              </a:lnTo>
                              <a:cubicBezTo>
                                <a:pt x="4832" y="186"/>
                                <a:pt x="4831" y="189"/>
                                <a:pt x="4831" y="191"/>
                              </a:cubicBezTo>
                              <a:lnTo>
                                <a:pt x="4831" y="191"/>
                              </a:lnTo>
                              <a:cubicBezTo>
                                <a:pt x="4831" y="193"/>
                                <a:pt x="4830" y="194"/>
                                <a:pt x="4830" y="194"/>
                              </a:cubicBezTo>
                              <a:lnTo>
                                <a:pt x="4830" y="194"/>
                              </a:lnTo>
                              <a:lnTo>
                                <a:pt x="4830" y="194"/>
                              </a:lnTo>
                              <a:cubicBezTo>
                                <a:pt x="4830" y="194"/>
                                <a:pt x="4830" y="193"/>
                                <a:pt x="4829" y="191"/>
                              </a:cubicBezTo>
                              <a:lnTo>
                                <a:pt x="4829" y="191"/>
                              </a:lnTo>
                              <a:cubicBezTo>
                                <a:pt x="4829" y="189"/>
                                <a:pt x="4829" y="186"/>
                                <a:pt x="4828" y="182"/>
                              </a:cubicBezTo>
                              <a:lnTo>
                                <a:pt x="4828" y="182"/>
                              </a:lnTo>
                              <a:cubicBezTo>
                                <a:pt x="4827" y="179"/>
                                <a:pt x="4827" y="175"/>
                                <a:pt x="4826" y="171"/>
                              </a:cubicBezTo>
                              <a:lnTo>
                                <a:pt x="4786" y="4"/>
                              </a:lnTo>
                              <a:lnTo>
                                <a:pt x="4753" y="4"/>
                              </a:lnTo>
                              <a:lnTo>
                                <a:pt x="4811" y="231"/>
                              </a:lnTo>
                              <a:lnTo>
                                <a:pt x="4847" y="231"/>
                              </a:lnTo>
                              <a:lnTo>
                                <a:pt x="4887" y="84"/>
                              </a:lnTo>
                              <a:lnTo>
                                <a:pt x="4887" y="84"/>
                              </a:lnTo>
                              <a:cubicBezTo>
                                <a:pt x="4888" y="80"/>
                                <a:pt x="4889" y="76"/>
                                <a:pt x="4890" y="73"/>
                              </a:cubicBezTo>
                              <a:lnTo>
                                <a:pt x="4890" y="73"/>
                              </a:lnTo>
                              <a:cubicBezTo>
                                <a:pt x="4891" y="69"/>
                                <a:pt x="4891" y="65"/>
                                <a:pt x="4892" y="62"/>
                              </a:cubicBezTo>
                              <a:lnTo>
                                <a:pt x="4892" y="62"/>
                              </a:lnTo>
                              <a:cubicBezTo>
                                <a:pt x="4892" y="59"/>
                                <a:pt x="4893" y="57"/>
                                <a:pt x="4893" y="55"/>
                              </a:cubicBezTo>
                              <a:lnTo>
                                <a:pt x="4893" y="55"/>
                              </a:lnTo>
                              <a:cubicBezTo>
                                <a:pt x="4894" y="53"/>
                                <a:pt x="4894" y="52"/>
                                <a:pt x="4894" y="52"/>
                              </a:cubicBezTo>
                              <a:lnTo>
                                <a:pt x="4894" y="52"/>
                              </a:lnTo>
                              <a:lnTo>
                                <a:pt x="4894" y="52"/>
                              </a:lnTo>
                              <a:cubicBezTo>
                                <a:pt x="4894" y="52"/>
                                <a:pt x="4895" y="53"/>
                                <a:pt x="4895" y="55"/>
                              </a:cubicBezTo>
                              <a:lnTo>
                                <a:pt x="4895" y="55"/>
                              </a:lnTo>
                              <a:cubicBezTo>
                                <a:pt x="4895" y="57"/>
                                <a:pt x="4896" y="59"/>
                                <a:pt x="4896" y="62"/>
                              </a:cubicBezTo>
                              <a:lnTo>
                                <a:pt x="4896" y="62"/>
                              </a:lnTo>
                              <a:cubicBezTo>
                                <a:pt x="4897" y="65"/>
                                <a:pt x="4898" y="69"/>
                                <a:pt x="4898" y="73"/>
                              </a:cubicBezTo>
                              <a:lnTo>
                                <a:pt x="4898" y="73"/>
                              </a:lnTo>
                              <a:cubicBezTo>
                                <a:pt x="4899" y="76"/>
                                <a:pt x="4900" y="80"/>
                                <a:pt x="4901" y="84"/>
                              </a:cubicBezTo>
                              <a:lnTo>
                                <a:pt x="4940" y="231"/>
                              </a:lnTo>
                              <a:lnTo>
                                <a:pt x="4977" y="231"/>
                              </a:lnTo>
                              <a:lnTo>
                                <a:pt x="5036" y="4"/>
                              </a:lnTo>
                              <a:lnTo>
                                <a:pt x="5003" y="4"/>
                              </a:lnTo>
                              <a:lnTo>
                                <a:pt x="4962" y="171"/>
                              </a:lnTo>
                              <a:lnTo>
                                <a:pt x="4962" y="171"/>
                              </a:lnTo>
                              <a:cubicBezTo>
                                <a:pt x="4961" y="175"/>
                                <a:pt x="4960" y="179"/>
                                <a:pt x="4959" y="182"/>
                              </a:cubicBezTo>
                              <a:lnTo>
                                <a:pt x="4959" y="182"/>
                              </a:lnTo>
                              <a:cubicBezTo>
                                <a:pt x="4958" y="186"/>
                                <a:pt x="4958" y="189"/>
                                <a:pt x="4958" y="191"/>
                              </a:cubicBezTo>
                              <a:lnTo>
                                <a:pt x="4958" y="191"/>
                              </a:lnTo>
                              <a:cubicBezTo>
                                <a:pt x="4958" y="193"/>
                                <a:pt x="4957" y="194"/>
                                <a:pt x="4957" y="194"/>
                              </a:cubicBezTo>
                              <a:lnTo>
                                <a:pt x="4957" y="194"/>
                              </a:lnTo>
                              <a:lnTo>
                                <a:pt x="4957" y="194"/>
                              </a:lnTo>
                              <a:cubicBezTo>
                                <a:pt x="4957" y="194"/>
                                <a:pt x="4957" y="193"/>
                                <a:pt x="4956" y="191"/>
                              </a:cubicBezTo>
                              <a:lnTo>
                                <a:pt x="4956" y="191"/>
                              </a:lnTo>
                              <a:cubicBezTo>
                                <a:pt x="4956" y="189"/>
                                <a:pt x="4955" y="186"/>
                                <a:pt x="4955" y="182"/>
                              </a:cubicBezTo>
                              <a:lnTo>
                                <a:pt x="4955" y="182"/>
                              </a:lnTo>
                              <a:cubicBezTo>
                                <a:pt x="4954" y="179"/>
                                <a:pt x="4953" y="175"/>
                                <a:pt x="4952" y="171"/>
                              </a:cubicBezTo>
                              <a:lnTo>
                                <a:pt x="4908" y="4"/>
                              </a:lnTo>
                              <a:lnTo>
                                <a:pt x="4879" y="4"/>
                              </a:lnTo>
                              <a:close/>
                              <a:moveTo>
                                <a:pt x="5053" y="150"/>
                              </a:moveTo>
                              <a:lnTo>
                                <a:pt x="5053" y="150"/>
                              </a:lnTo>
                              <a:cubicBezTo>
                                <a:pt x="5053" y="162"/>
                                <a:pt x="5055" y="173"/>
                                <a:pt x="5060" y="183"/>
                              </a:cubicBezTo>
                              <a:lnTo>
                                <a:pt x="5060" y="183"/>
                              </a:lnTo>
                              <a:cubicBezTo>
                                <a:pt x="5064" y="194"/>
                                <a:pt x="5071" y="203"/>
                                <a:pt x="5078" y="210"/>
                              </a:cubicBezTo>
                              <a:lnTo>
                                <a:pt x="5078" y="210"/>
                              </a:lnTo>
                              <a:cubicBezTo>
                                <a:pt x="5086" y="218"/>
                                <a:pt x="5096" y="225"/>
                                <a:pt x="5106" y="229"/>
                              </a:cubicBezTo>
                              <a:lnTo>
                                <a:pt x="5106" y="229"/>
                              </a:lnTo>
                              <a:cubicBezTo>
                                <a:pt x="5116" y="233"/>
                                <a:pt x="5128" y="235"/>
                                <a:pt x="5140" y="235"/>
                              </a:cubicBezTo>
                              <a:lnTo>
                                <a:pt x="5140" y="235"/>
                              </a:lnTo>
                              <a:cubicBezTo>
                                <a:pt x="5152" y="235"/>
                                <a:pt x="5163" y="233"/>
                                <a:pt x="5175" y="229"/>
                              </a:cubicBezTo>
                              <a:lnTo>
                                <a:pt x="5175" y="229"/>
                              </a:lnTo>
                              <a:cubicBezTo>
                                <a:pt x="5185" y="225"/>
                                <a:pt x="5194" y="218"/>
                                <a:pt x="5202" y="210"/>
                              </a:cubicBezTo>
                              <a:lnTo>
                                <a:pt x="5202" y="210"/>
                              </a:lnTo>
                              <a:cubicBezTo>
                                <a:pt x="5210" y="203"/>
                                <a:pt x="5217" y="194"/>
                                <a:pt x="5221" y="183"/>
                              </a:cubicBezTo>
                              <a:lnTo>
                                <a:pt x="5221" y="183"/>
                              </a:lnTo>
                              <a:cubicBezTo>
                                <a:pt x="5225" y="173"/>
                                <a:pt x="5228" y="162"/>
                                <a:pt x="5228" y="150"/>
                              </a:cubicBezTo>
                              <a:lnTo>
                                <a:pt x="5228" y="150"/>
                              </a:lnTo>
                              <a:cubicBezTo>
                                <a:pt x="5228" y="137"/>
                                <a:pt x="5225" y="126"/>
                                <a:pt x="5221" y="116"/>
                              </a:cubicBezTo>
                              <a:lnTo>
                                <a:pt x="5221" y="116"/>
                              </a:lnTo>
                              <a:cubicBezTo>
                                <a:pt x="5217" y="105"/>
                                <a:pt x="5210" y="96"/>
                                <a:pt x="5202" y="88"/>
                              </a:cubicBezTo>
                              <a:lnTo>
                                <a:pt x="5202" y="88"/>
                              </a:lnTo>
                              <a:cubicBezTo>
                                <a:pt x="5194" y="81"/>
                                <a:pt x="5185" y="75"/>
                                <a:pt x="5175" y="71"/>
                              </a:cubicBezTo>
                              <a:lnTo>
                                <a:pt x="5175" y="71"/>
                              </a:lnTo>
                              <a:cubicBezTo>
                                <a:pt x="5163" y="67"/>
                                <a:pt x="5152" y="65"/>
                                <a:pt x="5140" y="65"/>
                              </a:cubicBezTo>
                              <a:lnTo>
                                <a:pt x="5140" y="65"/>
                              </a:lnTo>
                              <a:cubicBezTo>
                                <a:pt x="5128" y="65"/>
                                <a:pt x="5116" y="67"/>
                                <a:pt x="5106" y="71"/>
                              </a:cubicBezTo>
                              <a:lnTo>
                                <a:pt x="5106" y="71"/>
                              </a:lnTo>
                              <a:cubicBezTo>
                                <a:pt x="5096" y="75"/>
                                <a:pt x="5086" y="81"/>
                                <a:pt x="5078" y="88"/>
                              </a:cubicBezTo>
                              <a:lnTo>
                                <a:pt x="5078" y="88"/>
                              </a:lnTo>
                              <a:cubicBezTo>
                                <a:pt x="5071" y="96"/>
                                <a:pt x="5064" y="105"/>
                                <a:pt x="5060" y="116"/>
                              </a:cubicBezTo>
                              <a:lnTo>
                                <a:pt x="5060" y="116"/>
                              </a:lnTo>
                              <a:cubicBezTo>
                                <a:pt x="5055" y="126"/>
                                <a:pt x="5053" y="137"/>
                                <a:pt x="5053" y="150"/>
                              </a:cubicBezTo>
                              <a:close/>
                              <a:moveTo>
                                <a:pt x="5085" y="150"/>
                              </a:moveTo>
                              <a:lnTo>
                                <a:pt x="5085" y="150"/>
                              </a:lnTo>
                              <a:cubicBezTo>
                                <a:pt x="5085" y="141"/>
                                <a:pt x="5086" y="133"/>
                                <a:pt x="5089" y="126"/>
                              </a:cubicBezTo>
                              <a:lnTo>
                                <a:pt x="5089" y="126"/>
                              </a:lnTo>
                              <a:cubicBezTo>
                                <a:pt x="5092" y="120"/>
                                <a:pt x="5096" y="112"/>
                                <a:pt x="5101" y="107"/>
                              </a:cubicBezTo>
                              <a:lnTo>
                                <a:pt x="5101" y="107"/>
                              </a:lnTo>
                              <a:cubicBezTo>
                                <a:pt x="5106" y="102"/>
                                <a:pt x="5112" y="98"/>
                                <a:pt x="5118" y="96"/>
                              </a:cubicBezTo>
                              <a:lnTo>
                                <a:pt x="5118" y="96"/>
                              </a:lnTo>
                              <a:cubicBezTo>
                                <a:pt x="5125" y="93"/>
                                <a:pt x="5132" y="91"/>
                                <a:pt x="5140" y="91"/>
                              </a:cubicBezTo>
                              <a:lnTo>
                                <a:pt x="5140" y="91"/>
                              </a:lnTo>
                              <a:cubicBezTo>
                                <a:pt x="5148" y="91"/>
                                <a:pt x="5155" y="93"/>
                                <a:pt x="5161" y="96"/>
                              </a:cubicBezTo>
                              <a:lnTo>
                                <a:pt x="5161" y="96"/>
                              </a:lnTo>
                              <a:cubicBezTo>
                                <a:pt x="5169" y="98"/>
                                <a:pt x="5175" y="102"/>
                                <a:pt x="5180" y="107"/>
                              </a:cubicBezTo>
                              <a:lnTo>
                                <a:pt x="5180" y="107"/>
                              </a:lnTo>
                              <a:cubicBezTo>
                                <a:pt x="5185" y="112"/>
                                <a:pt x="5189" y="120"/>
                                <a:pt x="5192" y="126"/>
                              </a:cubicBezTo>
                              <a:lnTo>
                                <a:pt x="5192" y="126"/>
                              </a:lnTo>
                              <a:cubicBezTo>
                                <a:pt x="5195" y="133"/>
                                <a:pt x="5196" y="141"/>
                                <a:pt x="5196" y="150"/>
                              </a:cubicBezTo>
                              <a:lnTo>
                                <a:pt x="5196" y="150"/>
                              </a:lnTo>
                              <a:cubicBezTo>
                                <a:pt x="5196" y="158"/>
                                <a:pt x="5195" y="166"/>
                                <a:pt x="5192" y="173"/>
                              </a:cubicBezTo>
                              <a:lnTo>
                                <a:pt x="5192" y="173"/>
                              </a:lnTo>
                              <a:cubicBezTo>
                                <a:pt x="5189" y="180"/>
                                <a:pt x="5185" y="186"/>
                                <a:pt x="5180" y="191"/>
                              </a:cubicBezTo>
                              <a:lnTo>
                                <a:pt x="5180" y="191"/>
                              </a:lnTo>
                              <a:cubicBezTo>
                                <a:pt x="5175" y="196"/>
                                <a:pt x="5169" y="200"/>
                                <a:pt x="5161" y="203"/>
                              </a:cubicBezTo>
                              <a:lnTo>
                                <a:pt x="5161" y="203"/>
                              </a:lnTo>
                              <a:cubicBezTo>
                                <a:pt x="5155" y="206"/>
                                <a:pt x="5148" y="207"/>
                                <a:pt x="5140" y="208"/>
                              </a:cubicBezTo>
                              <a:lnTo>
                                <a:pt x="5140" y="208"/>
                              </a:lnTo>
                              <a:cubicBezTo>
                                <a:pt x="5132" y="207"/>
                                <a:pt x="5125" y="206"/>
                                <a:pt x="5118" y="203"/>
                              </a:cubicBezTo>
                              <a:lnTo>
                                <a:pt x="5118" y="203"/>
                              </a:lnTo>
                              <a:cubicBezTo>
                                <a:pt x="5112" y="200"/>
                                <a:pt x="5106" y="196"/>
                                <a:pt x="5101" y="191"/>
                              </a:cubicBezTo>
                              <a:lnTo>
                                <a:pt x="5101" y="191"/>
                              </a:lnTo>
                              <a:cubicBezTo>
                                <a:pt x="5096" y="186"/>
                                <a:pt x="5092" y="180"/>
                                <a:pt x="5089" y="173"/>
                              </a:cubicBezTo>
                              <a:lnTo>
                                <a:pt x="5089" y="173"/>
                              </a:lnTo>
                              <a:cubicBezTo>
                                <a:pt x="5086" y="166"/>
                                <a:pt x="5085" y="158"/>
                                <a:pt x="5085" y="150"/>
                              </a:cubicBezTo>
                              <a:close/>
                              <a:moveTo>
                                <a:pt x="5264" y="36"/>
                              </a:moveTo>
                              <a:lnTo>
                                <a:pt x="5295" y="36"/>
                              </a:lnTo>
                              <a:lnTo>
                                <a:pt x="5295" y="4"/>
                              </a:lnTo>
                              <a:lnTo>
                                <a:pt x="5264" y="4"/>
                              </a:lnTo>
                              <a:lnTo>
                                <a:pt x="5264" y="36"/>
                              </a:lnTo>
                              <a:close/>
                              <a:moveTo>
                                <a:pt x="5264" y="68"/>
                              </a:moveTo>
                              <a:lnTo>
                                <a:pt x="5264" y="235"/>
                              </a:lnTo>
                              <a:lnTo>
                                <a:pt x="5264" y="235"/>
                              </a:lnTo>
                              <a:cubicBezTo>
                                <a:pt x="5264" y="241"/>
                                <a:pt x="5264" y="246"/>
                                <a:pt x="5262" y="251"/>
                              </a:cubicBezTo>
                              <a:lnTo>
                                <a:pt x="5262" y="251"/>
                              </a:lnTo>
                              <a:cubicBezTo>
                                <a:pt x="5260" y="255"/>
                                <a:pt x="5258" y="258"/>
                                <a:pt x="5256" y="261"/>
                              </a:cubicBezTo>
                              <a:lnTo>
                                <a:pt x="5256" y="261"/>
                              </a:lnTo>
                              <a:cubicBezTo>
                                <a:pt x="5253" y="264"/>
                                <a:pt x="5250" y="266"/>
                                <a:pt x="5247" y="267"/>
                              </a:cubicBezTo>
                              <a:lnTo>
                                <a:pt x="5247" y="267"/>
                              </a:lnTo>
                              <a:cubicBezTo>
                                <a:pt x="5244" y="268"/>
                                <a:pt x="5241" y="269"/>
                                <a:pt x="5238" y="270"/>
                              </a:cubicBezTo>
                              <a:lnTo>
                                <a:pt x="5238" y="270"/>
                              </a:lnTo>
                              <a:cubicBezTo>
                                <a:pt x="5235" y="270"/>
                                <a:pt x="5232" y="270"/>
                                <a:pt x="5230" y="270"/>
                              </a:cubicBezTo>
                              <a:lnTo>
                                <a:pt x="5230" y="270"/>
                              </a:lnTo>
                              <a:cubicBezTo>
                                <a:pt x="5228" y="270"/>
                                <a:pt x="5226" y="270"/>
                                <a:pt x="5225" y="270"/>
                              </a:cubicBezTo>
                              <a:lnTo>
                                <a:pt x="5225" y="270"/>
                              </a:lnTo>
                              <a:cubicBezTo>
                                <a:pt x="5223" y="270"/>
                                <a:pt x="5223" y="270"/>
                                <a:pt x="5223" y="270"/>
                              </a:cubicBezTo>
                              <a:lnTo>
                                <a:pt x="5223" y="296"/>
                              </a:lnTo>
                              <a:lnTo>
                                <a:pt x="5223" y="296"/>
                              </a:lnTo>
                              <a:cubicBezTo>
                                <a:pt x="5223" y="296"/>
                                <a:pt x="5224" y="296"/>
                                <a:pt x="5226" y="297"/>
                              </a:cubicBezTo>
                              <a:lnTo>
                                <a:pt x="5226" y="297"/>
                              </a:lnTo>
                              <a:cubicBezTo>
                                <a:pt x="5228" y="297"/>
                                <a:pt x="5230" y="297"/>
                                <a:pt x="5234" y="297"/>
                              </a:cubicBezTo>
                              <a:lnTo>
                                <a:pt x="5234" y="297"/>
                              </a:lnTo>
                              <a:cubicBezTo>
                                <a:pt x="5238" y="297"/>
                                <a:pt x="5242" y="297"/>
                                <a:pt x="5248" y="296"/>
                              </a:cubicBezTo>
                              <a:lnTo>
                                <a:pt x="5248" y="296"/>
                              </a:lnTo>
                              <a:cubicBezTo>
                                <a:pt x="5253" y="295"/>
                                <a:pt x="5258" y="294"/>
                                <a:pt x="5264" y="291"/>
                              </a:cubicBezTo>
                              <a:lnTo>
                                <a:pt x="5264" y="291"/>
                              </a:lnTo>
                              <a:cubicBezTo>
                                <a:pt x="5269" y="289"/>
                                <a:pt x="5274" y="286"/>
                                <a:pt x="5279" y="281"/>
                              </a:cubicBezTo>
                              <a:lnTo>
                                <a:pt x="5279" y="281"/>
                              </a:lnTo>
                              <a:cubicBezTo>
                                <a:pt x="5284" y="277"/>
                                <a:pt x="5288" y="271"/>
                                <a:pt x="5291" y="264"/>
                              </a:cubicBezTo>
                              <a:lnTo>
                                <a:pt x="5291" y="264"/>
                              </a:lnTo>
                              <a:cubicBezTo>
                                <a:pt x="5293" y="257"/>
                                <a:pt x="5295" y="248"/>
                                <a:pt x="5295" y="237"/>
                              </a:cubicBezTo>
                              <a:lnTo>
                                <a:pt x="5295" y="68"/>
                              </a:lnTo>
                              <a:lnTo>
                                <a:pt x="5264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1313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9189000" name="Freeform 4"/>
                      <wps:cNvSpPr>
                        <a:spLocks noEditPoints="1"/>
                      </wps:cNvSpPr>
                      <wps:spPr bwMode="auto">
                        <a:xfrm>
                          <a:off x="249011" y="53975"/>
                          <a:ext cx="2527935" cy="245745"/>
                        </a:xfrm>
                        <a:custGeom>
                          <a:avLst/>
                          <a:gdLst>
                            <a:gd name="T0" fmla="*/ 5473 w 7049"/>
                            <a:gd name="T1" fmla="*/ 207 h 713"/>
                            <a:gd name="T2" fmla="*/ 5360 w 7049"/>
                            <a:gd name="T3" fmla="*/ 168 h 713"/>
                            <a:gd name="T4" fmla="*/ 5455 w 7049"/>
                            <a:gd name="T5" fmla="*/ 104 h 713"/>
                            <a:gd name="T6" fmla="*/ 5348 w 7049"/>
                            <a:gd name="T7" fmla="*/ 85 h 713"/>
                            <a:gd name="T8" fmla="*/ 5603 w 7049"/>
                            <a:gd name="T9" fmla="*/ 206 h 713"/>
                            <a:gd name="T10" fmla="*/ 5712 w 7049"/>
                            <a:gd name="T11" fmla="*/ 187 h 713"/>
                            <a:gd name="T12" fmla="*/ 5730 w 7049"/>
                            <a:gd name="T13" fmla="*/ 148 h 713"/>
                            <a:gd name="T14" fmla="*/ 5586 w 7049"/>
                            <a:gd name="T15" fmla="*/ 111 h 713"/>
                            <a:gd name="T16" fmla="*/ 5757 w 7049"/>
                            <a:gd name="T17" fmla="*/ 146 h 713"/>
                            <a:gd name="T18" fmla="*/ 5896 w 7049"/>
                            <a:gd name="T19" fmla="*/ 182 h 713"/>
                            <a:gd name="T20" fmla="*/ 5789 w 7049"/>
                            <a:gd name="T21" fmla="*/ 146 h 713"/>
                            <a:gd name="T22" fmla="*/ 5890 w 7049"/>
                            <a:gd name="T23" fmla="*/ 106 h 713"/>
                            <a:gd name="T24" fmla="*/ 5763 w 7049"/>
                            <a:gd name="T25" fmla="*/ 113 h 713"/>
                            <a:gd name="T26" fmla="*/ 6054 w 7049"/>
                            <a:gd name="T27" fmla="*/ 101 h 713"/>
                            <a:gd name="T28" fmla="*/ 5982 w 7049"/>
                            <a:gd name="T29" fmla="*/ 84 h 713"/>
                            <a:gd name="T30" fmla="*/ 6401 w 7049"/>
                            <a:gd name="T31" fmla="*/ 124 h 713"/>
                            <a:gd name="T32" fmla="*/ 6368 w 7049"/>
                            <a:gd name="T33" fmla="*/ 33 h 713"/>
                            <a:gd name="T34" fmla="*/ 6497 w 7049"/>
                            <a:gd name="T35" fmla="*/ 225 h 713"/>
                            <a:gd name="T36" fmla="*/ 6531 w 7049"/>
                            <a:gd name="T37" fmla="*/ 61 h 713"/>
                            <a:gd name="T38" fmla="*/ 6531 w 7049"/>
                            <a:gd name="T39" fmla="*/ 87 h 713"/>
                            <a:gd name="T40" fmla="*/ 6509 w 7049"/>
                            <a:gd name="T41" fmla="*/ 199 h 713"/>
                            <a:gd name="T42" fmla="*/ 6704 w 7049"/>
                            <a:gd name="T43" fmla="*/ 228 h 713"/>
                            <a:gd name="T44" fmla="*/ 6728 w 7049"/>
                            <a:gd name="T45" fmla="*/ 181 h 713"/>
                            <a:gd name="T46" fmla="*/ 6835 w 7049"/>
                            <a:gd name="T47" fmla="*/ 198 h 713"/>
                            <a:gd name="T48" fmla="*/ 6762 w 7049"/>
                            <a:gd name="T49" fmla="*/ 67 h 713"/>
                            <a:gd name="T50" fmla="*/ 6827 w 7049"/>
                            <a:gd name="T51" fmla="*/ 101 h 713"/>
                            <a:gd name="T52" fmla="*/ 6759 w 7049"/>
                            <a:gd name="T53" fmla="*/ 180 h 713"/>
                            <a:gd name="T54" fmla="*/ 6807 w 7049"/>
                            <a:gd name="T55" fmla="*/ 201 h 713"/>
                            <a:gd name="T56" fmla="*/ 6963 w 7049"/>
                            <a:gd name="T57" fmla="*/ 125 h 713"/>
                            <a:gd name="T58" fmla="*/ 108 w 7049"/>
                            <a:gd name="T59" fmla="*/ 688 h 713"/>
                            <a:gd name="T60" fmla="*/ 84 w 7049"/>
                            <a:gd name="T61" fmla="*/ 679 h 713"/>
                            <a:gd name="T62" fmla="*/ 202 w 7049"/>
                            <a:gd name="T63" fmla="*/ 698 h 713"/>
                            <a:gd name="T64" fmla="*/ 226 w 7049"/>
                            <a:gd name="T65" fmla="*/ 674 h 713"/>
                            <a:gd name="T66" fmla="*/ 498 w 7049"/>
                            <a:gd name="T67" fmla="*/ 703 h 713"/>
                            <a:gd name="T68" fmla="*/ 572 w 7049"/>
                            <a:gd name="T69" fmla="*/ 644 h 713"/>
                            <a:gd name="T70" fmla="*/ 469 w 7049"/>
                            <a:gd name="T71" fmla="*/ 632 h 713"/>
                            <a:gd name="T72" fmla="*/ 887 w 7049"/>
                            <a:gd name="T73" fmla="*/ 679 h 713"/>
                            <a:gd name="T74" fmla="*/ 962 w 7049"/>
                            <a:gd name="T75" fmla="*/ 519 h 713"/>
                            <a:gd name="T76" fmla="*/ 1093 w 7049"/>
                            <a:gd name="T77" fmla="*/ 713 h 713"/>
                            <a:gd name="T78" fmla="*/ 1174 w 7049"/>
                            <a:gd name="T79" fmla="*/ 606 h 713"/>
                            <a:gd name="T80" fmla="*/ 1065 w 7049"/>
                            <a:gd name="T81" fmla="*/ 582 h 713"/>
                            <a:gd name="T82" fmla="*/ 1098 w 7049"/>
                            <a:gd name="T83" fmla="*/ 610 h 713"/>
                            <a:gd name="T84" fmla="*/ 1119 w 7049"/>
                            <a:gd name="T85" fmla="*/ 631 h 713"/>
                            <a:gd name="T86" fmla="*/ 1221 w 7049"/>
                            <a:gd name="T87" fmla="*/ 709 h 713"/>
                            <a:gd name="T88" fmla="*/ 1301 w 7049"/>
                            <a:gd name="T89" fmla="*/ 713 h 713"/>
                            <a:gd name="T90" fmla="*/ 1283 w 7049"/>
                            <a:gd name="T91" fmla="*/ 546 h 713"/>
                            <a:gd name="T92" fmla="*/ 1254 w 7049"/>
                            <a:gd name="T93" fmla="*/ 602 h 713"/>
                            <a:gd name="T94" fmla="*/ 1314 w 7049"/>
                            <a:gd name="T95" fmla="*/ 682 h 713"/>
                            <a:gd name="T96" fmla="*/ 1444 w 7049"/>
                            <a:gd name="T97" fmla="*/ 547 h 713"/>
                            <a:gd name="T98" fmla="*/ 1593 w 7049"/>
                            <a:gd name="T99" fmla="*/ 575 h 713"/>
                            <a:gd name="T100" fmla="*/ 1530 w 7049"/>
                            <a:gd name="T101" fmla="*/ 568 h 713"/>
                            <a:gd name="T102" fmla="*/ 1673 w 7049"/>
                            <a:gd name="T103" fmla="*/ 689 h 713"/>
                            <a:gd name="T104" fmla="*/ 1789 w 7049"/>
                            <a:gd name="T105" fmla="*/ 647 h 713"/>
                            <a:gd name="T106" fmla="*/ 1736 w 7049"/>
                            <a:gd name="T107" fmla="*/ 570 h 713"/>
                            <a:gd name="T108" fmla="*/ 1755 w 7049"/>
                            <a:gd name="T109" fmla="*/ 545 h 713"/>
                            <a:gd name="T110" fmla="*/ 1728 w 7049"/>
                            <a:gd name="T111" fmla="*/ 640 h 713"/>
                            <a:gd name="T112" fmla="*/ 1696 w 7049"/>
                            <a:gd name="T113" fmla="*/ 674 h 713"/>
                            <a:gd name="T114" fmla="*/ 1830 w 7049"/>
                            <a:gd name="T115" fmla="*/ 482 h 713"/>
                            <a:gd name="T116" fmla="*/ 2118 w 7049"/>
                            <a:gd name="T117" fmla="*/ 706 h 713"/>
                            <a:gd name="T118" fmla="*/ 2193 w 7049"/>
                            <a:gd name="T119" fmla="*/ 674 h 713"/>
                            <a:gd name="T120" fmla="*/ 2218 w 7049"/>
                            <a:gd name="T121" fmla="*/ 624 h 713"/>
                            <a:gd name="T122" fmla="*/ 2067 w 7049"/>
                            <a:gd name="T123" fmla="*/ 627 h 7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7049" h="713">
                              <a:moveTo>
                                <a:pt x="5324" y="146"/>
                              </a:moveTo>
                              <a:lnTo>
                                <a:pt x="5324" y="146"/>
                              </a:lnTo>
                              <a:cubicBezTo>
                                <a:pt x="5324" y="158"/>
                                <a:pt x="5326" y="169"/>
                                <a:pt x="5330" y="179"/>
                              </a:cubicBezTo>
                              <a:lnTo>
                                <a:pt x="5330" y="179"/>
                              </a:lnTo>
                              <a:cubicBezTo>
                                <a:pt x="5334" y="190"/>
                                <a:pt x="5340" y="199"/>
                                <a:pt x="5348" y="206"/>
                              </a:cubicBezTo>
                              <a:lnTo>
                                <a:pt x="5348" y="206"/>
                              </a:lnTo>
                              <a:cubicBezTo>
                                <a:pt x="5356" y="214"/>
                                <a:pt x="5365" y="221"/>
                                <a:pt x="5375" y="225"/>
                              </a:cubicBezTo>
                              <a:lnTo>
                                <a:pt x="5375" y="225"/>
                              </a:lnTo>
                              <a:cubicBezTo>
                                <a:pt x="5386" y="229"/>
                                <a:pt x="5397" y="231"/>
                                <a:pt x="5410" y="231"/>
                              </a:cubicBezTo>
                              <a:lnTo>
                                <a:pt x="5410" y="231"/>
                              </a:lnTo>
                              <a:cubicBezTo>
                                <a:pt x="5419" y="231"/>
                                <a:pt x="5426" y="230"/>
                                <a:pt x="5433" y="229"/>
                              </a:cubicBezTo>
                              <a:lnTo>
                                <a:pt x="5433" y="229"/>
                              </a:lnTo>
                              <a:cubicBezTo>
                                <a:pt x="5440" y="227"/>
                                <a:pt x="5447" y="225"/>
                                <a:pt x="5452" y="222"/>
                              </a:cubicBezTo>
                              <a:lnTo>
                                <a:pt x="5452" y="222"/>
                              </a:lnTo>
                              <a:cubicBezTo>
                                <a:pt x="5457" y="220"/>
                                <a:pt x="5461" y="217"/>
                                <a:pt x="5465" y="214"/>
                              </a:cubicBezTo>
                              <a:lnTo>
                                <a:pt x="5465" y="214"/>
                              </a:lnTo>
                              <a:cubicBezTo>
                                <a:pt x="5468" y="211"/>
                                <a:pt x="5471" y="209"/>
                                <a:pt x="5473" y="207"/>
                              </a:cubicBezTo>
                              <a:lnTo>
                                <a:pt x="5473" y="207"/>
                              </a:lnTo>
                              <a:cubicBezTo>
                                <a:pt x="5475" y="205"/>
                                <a:pt x="5476" y="205"/>
                                <a:pt x="5476" y="204"/>
                              </a:cubicBezTo>
                              <a:lnTo>
                                <a:pt x="5463" y="182"/>
                              </a:lnTo>
                              <a:lnTo>
                                <a:pt x="5463" y="182"/>
                              </a:lnTo>
                              <a:cubicBezTo>
                                <a:pt x="5463" y="182"/>
                                <a:pt x="5462" y="183"/>
                                <a:pt x="5461" y="184"/>
                              </a:cubicBezTo>
                              <a:lnTo>
                                <a:pt x="5461" y="184"/>
                              </a:lnTo>
                              <a:cubicBezTo>
                                <a:pt x="5459" y="186"/>
                                <a:pt x="5457" y="187"/>
                                <a:pt x="5454" y="189"/>
                              </a:cubicBezTo>
                              <a:lnTo>
                                <a:pt x="5454" y="189"/>
                              </a:lnTo>
                              <a:cubicBezTo>
                                <a:pt x="5451" y="192"/>
                                <a:pt x="5448" y="194"/>
                                <a:pt x="5444" y="196"/>
                              </a:cubicBezTo>
                              <a:lnTo>
                                <a:pt x="5444" y="196"/>
                              </a:lnTo>
                              <a:cubicBezTo>
                                <a:pt x="5439" y="198"/>
                                <a:pt x="5434" y="200"/>
                                <a:pt x="5429" y="201"/>
                              </a:cubicBezTo>
                              <a:lnTo>
                                <a:pt x="5429" y="201"/>
                              </a:lnTo>
                              <a:cubicBezTo>
                                <a:pt x="5424" y="203"/>
                                <a:pt x="5418" y="203"/>
                                <a:pt x="5412" y="204"/>
                              </a:cubicBezTo>
                              <a:lnTo>
                                <a:pt x="5412" y="204"/>
                              </a:lnTo>
                              <a:cubicBezTo>
                                <a:pt x="5404" y="203"/>
                                <a:pt x="5396" y="202"/>
                                <a:pt x="5389" y="199"/>
                              </a:cubicBezTo>
                              <a:lnTo>
                                <a:pt x="5389" y="199"/>
                              </a:lnTo>
                              <a:cubicBezTo>
                                <a:pt x="5382" y="196"/>
                                <a:pt x="5376" y="192"/>
                                <a:pt x="5371" y="187"/>
                              </a:cubicBezTo>
                              <a:lnTo>
                                <a:pt x="5371" y="187"/>
                              </a:lnTo>
                              <a:cubicBezTo>
                                <a:pt x="5366" y="182"/>
                                <a:pt x="5362" y="175"/>
                                <a:pt x="5360" y="168"/>
                              </a:cubicBezTo>
                              <a:lnTo>
                                <a:pt x="5360" y="168"/>
                              </a:lnTo>
                              <a:cubicBezTo>
                                <a:pt x="5357" y="161"/>
                                <a:pt x="5355" y="154"/>
                                <a:pt x="5355" y="146"/>
                              </a:cubicBezTo>
                              <a:lnTo>
                                <a:pt x="5355" y="146"/>
                              </a:lnTo>
                              <a:cubicBezTo>
                                <a:pt x="5355" y="137"/>
                                <a:pt x="5357" y="130"/>
                                <a:pt x="5360" y="123"/>
                              </a:cubicBezTo>
                              <a:lnTo>
                                <a:pt x="5360" y="123"/>
                              </a:lnTo>
                              <a:cubicBezTo>
                                <a:pt x="5362" y="116"/>
                                <a:pt x="5366" y="110"/>
                                <a:pt x="5371" y="103"/>
                              </a:cubicBezTo>
                              <a:lnTo>
                                <a:pt x="5371" y="103"/>
                              </a:lnTo>
                              <a:cubicBezTo>
                                <a:pt x="5376" y="98"/>
                                <a:pt x="5382" y="94"/>
                                <a:pt x="5389" y="92"/>
                              </a:cubicBezTo>
                              <a:lnTo>
                                <a:pt x="5389" y="92"/>
                              </a:lnTo>
                              <a:cubicBezTo>
                                <a:pt x="5396" y="89"/>
                                <a:pt x="5403" y="87"/>
                                <a:pt x="5411" y="87"/>
                              </a:cubicBezTo>
                              <a:lnTo>
                                <a:pt x="5411" y="87"/>
                              </a:lnTo>
                              <a:cubicBezTo>
                                <a:pt x="5417" y="87"/>
                                <a:pt x="5422" y="88"/>
                                <a:pt x="5427" y="89"/>
                              </a:cubicBezTo>
                              <a:lnTo>
                                <a:pt x="5427" y="89"/>
                              </a:lnTo>
                              <a:cubicBezTo>
                                <a:pt x="5431" y="90"/>
                                <a:pt x="5435" y="92"/>
                                <a:pt x="5439" y="94"/>
                              </a:cubicBezTo>
                              <a:lnTo>
                                <a:pt x="5439" y="94"/>
                              </a:lnTo>
                              <a:cubicBezTo>
                                <a:pt x="5444" y="96"/>
                                <a:pt x="5447" y="97"/>
                                <a:pt x="5449" y="99"/>
                              </a:cubicBezTo>
                              <a:lnTo>
                                <a:pt x="5449" y="99"/>
                              </a:lnTo>
                              <a:cubicBezTo>
                                <a:pt x="5452" y="101"/>
                                <a:pt x="5454" y="103"/>
                                <a:pt x="5455" y="104"/>
                              </a:cubicBezTo>
                              <a:lnTo>
                                <a:pt x="5455" y="104"/>
                              </a:lnTo>
                              <a:cubicBezTo>
                                <a:pt x="5456" y="105"/>
                                <a:pt x="5457" y="106"/>
                                <a:pt x="5457" y="106"/>
                              </a:cubicBezTo>
                              <a:lnTo>
                                <a:pt x="5472" y="84"/>
                              </a:lnTo>
                              <a:lnTo>
                                <a:pt x="5472" y="84"/>
                              </a:lnTo>
                              <a:cubicBezTo>
                                <a:pt x="5472" y="84"/>
                                <a:pt x="5471" y="83"/>
                                <a:pt x="5469" y="82"/>
                              </a:cubicBezTo>
                              <a:lnTo>
                                <a:pt x="5469" y="82"/>
                              </a:lnTo>
                              <a:cubicBezTo>
                                <a:pt x="5468" y="80"/>
                                <a:pt x="5465" y="78"/>
                                <a:pt x="5462" y="76"/>
                              </a:cubicBezTo>
                              <a:lnTo>
                                <a:pt x="5462" y="76"/>
                              </a:lnTo>
                              <a:cubicBezTo>
                                <a:pt x="5459" y="73"/>
                                <a:pt x="5455" y="71"/>
                                <a:pt x="5450" y="69"/>
                              </a:cubicBezTo>
                              <a:lnTo>
                                <a:pt x="5450" y="69"/>
                              </a:lnTo>
                              <a:cubicBezTo>
                                <a:pt x="5445" y="66"/>
                                <a:pt x="5438" y="65"/>
                                <a:pt x="5432" y="63"/>
                              </a:cubicBezTo>
                              <a:lnTo>
                                <a:pt x="5432" y="63"/>
                              </a:lnTo>
                              <a:cubicBezTo>
                                <a:pt x="5426" y="61"/>
                                <a:pt x="5418" y="61"/>
                                <a:pt x="5410" y="61"/>
                              </a:cubicBezTo>
                              <a:lnTo>
                                <a:pt x="5410" y="61"/>
                              </a:lnTo>
                              <a:cubicBezTo>
                                <a:pt x="5397" y="61"/>
                                <a:pt x="5386" y="63"/>
                                <a:pt x="5375" y="67"/>
                              </a:cubicBezTo>
                              <a:lnTo>
                                <a:pt x="5375" y="67"/>
                              </a:lnTo>
                              <a:cubicBezTo>
                                <a:pt x="5365" y="71"/>
                                <a:pt x="5356" y="77"/>
                                <a:pt x="5348" y="85"/>
                              </a:cubicBezTo>
                              <a:lnTo>
                                <a:pt x="5348" y="85"/>
                              </a:lnTo>
                              <a:cubicBezTo>
                                <a:pt x="5340" y="92"/>
                                <a:pt x="5334" y="101"/>
                                <a:pt x="5330" y="113"/>
                              </a:cubicBezTo>
                              <a:lnTo>
                                <a:pt x="5330" y="113"/>
                              </a:lnTo>
                              <a:cubicBezTo>
                                <a:pt x="5326" y="123"/>
                                <a:pt x="5324" y="134"/>
                                <a:pt x="5324" y="146"/>
                              </a:cubicBezTo>
                              <a:close/>
                              <a:moveTo>
                                <a:pt x="5510" y="32"/>
                              </a:moveTo>
                              <a:lnTo>
                                <a:pt x="5541" y="32"/>
                              </a:lnTo>
                              <a:lnTo>
                                <a:pt x="5541" y="0"/>
                              </a:lnTo>
                              <a:lnTo>
                                <a:pt x="5510" y="0"/>
                              </a:lnTo>
                              <a:lnTo>
                                <a:pt x="5510" y="32"/>
                              </a:lnTo>
                              <a:close/>
                              <a:moveTo>
                                <a:pt x="5511" y="227"/>
                              </a:moveTo>
                              <a:lnTo>
                                <a:pt x="5541" y="227"/>
                              </a:lnTo>
                              <a:lnTo>
                                <a:pt x="5541" y="64"/>
                              </a:lnTo>
                              <a:lnTo>
                                <a:pt x="5511" y="64"/>
                              </a:lnTo>
                              <a:lnTo>
                                <a:pt x="5511" y="227"/>
                              </a:lnTo>
                              <a:close/>
                              <a:moveTo>
                                <a:pt x="5579" y="146"/>
                              </a:moveTo>
                              <a:lnTo>
                                <a:pt x="5579" y="146"/>
                              </a:lnTo>
                              <a:cubicBezTo>
                                <a:pt x="5579" y="158"/>
                                <a:pt x="5581" y="169"/>
                                <a:pt x="5586" y="179"/>
                              </a:cubicBezTo>
                              <a:lnTo>
                                <a:pt x="5586" y="179"/>
                              </a:lnTo>
                              <a:cubicBezTo>
                                <a:pt x="5590" y="189"/>
                                <a:pt x="5596" y="198"/>
                                <a:pt x="5603" y="206"/>
                              </a:cubicBezTo>
                              <a:lnTo>
                                <a:pt x="5603" y="206"/>
                              </a:lnTo>
                              <a:cubicBezTo>
                                <a:pt x="5611" y="214"/>
                                <a:pt x="5620" y="221"/>
                                <a:pt x="5630" y="225"/>
                              </a:cubicBezTo>
                              <a:lnTo>
                                <a:pt x="5630" y="225"/>
                              </a:lnTo>
                              <a:cubicBezTo>
                                <a:pt x="5641" y="229"/>
                                <a:pt x="5652" y="231"/>
                                <a:pt x="5665" y="231"/>
                              </a:cubicBezTo>
                              <a:lnTo>
                                <a:pt x="5665" y="231"/>
                              </a:lnTo>
                              <a:cubicBezTo>
                                <a:pt x="5673" y="231"/>
                                <a:pt x="5680" y="230"/>
                                <a:pt x="5686" y="229"/>
                              </a:cubicBezTo>
                              <a:lnTo>
                                <a:pt x="5686" y="229"/>
                              </a:lnTo>
                              <a:cubicBezTo>
                                <a:pt x="5693" y="227"/>
                                <a:pt x="5699" y="225"/>
                                <a:pt x="5704" y="223"/>
                              </a:cubicBezTo>
                              <a:lnTo>
                                <a:pt x="5704" y="223"/>
                              </a:lnTo>
                              <a:cubicBezTo>
                                <a:pt x="5709" y="221"/>
                                <a:pt x="5713" y="219"/>
                                <a:pt x="5716" y="216"/>
                              </a:cubicBezTo>
                              <a:lnTo>
                                <a:pt x="5716" y="216"/>
                              </a:lnTo>
                              <a:cubicBezTo>
                                <a:pt x="5720" y="213"/>
                                <a:pt x="5724" y="211"/>
                                <a:pt x="5726" y="210"/>
                              </a:cubicBezTo>
                              <a:lnTo>
                                <a:pt x="5726" y="210"/>
                              </a:lnTo>
                              <a:cubicBezTo>
                                <a:pt x="5727" y="208"/>
                                <a:pt x="5728" y="207"/>
                                <a:pt x="5728" y="207"/>
                              </a:cubicBezTo>
                              <a:lnTo>
                                <a:pt x="5715" y="185"/>
                              </a:lnTo>
                              <a:lnTo>
                                <a:pt x="5715" y="185"/>
                              </a:lnTo>
                              <a:cubicBezTo>
                                <a:pt x="5715" y="185"/>
                                <a:pt x="5714" y="185"/>
                                <a:pt x="5712" y="187"/>
                              </a:cubicBezTo>
                              <a:lnTo>
                                <a:pt x="5712" y="187"/>
                              </a:lnTo>
                              <a:cubicBezTo>
                                <a:pt x="5711" y="188"/>
                                <a:pt x="5709" y="189"/>
                                <a:pt x="5706" y="191"/>
                              </a:cubicBezTo>
                              <a:lnTo>
                                <a:pt x="5706" y="191"/>
                              </a:lnTo>
                              <a:cubicBezTo>
                                <a:pt x="5703" y="193"/>
                                <a:pt x="5700" y="195"/>
                                <a:pt x="5696" y="197"/>
                              </a:cubicBezTo>
                              <a:lnTo>
                                <a:pt x="5696" y="197"/>
                              </a:lnTo>
                              <a:cubicBezTo>
                                <a:pt x="5692" y="199"/>
                                <a:pt x="5687" y="200"/>
                                <a:pt x="5682" y="202"/>
                              </a:cubicBezTo>
                              <a:lnTo>
                                <a:pt x="5682" y="202"/>
                              </a:lnTo>
                              <a:cubicBezTo>
                                <a:pt x="5678" y="203"/>
                                <a:pt x="5672" y="203"/>
                                <a:pt x="5667" y="204"/>
                              </a:cubicBezTo>
                              <a:lnTo>
                                <a:pt x="5667" y="204"/>
                              </a:lnTo>
                              <a:cubicBezTo>
                                <a:pt x="5660" y="204"/>
                                <a:pt x="5653" y="202"/>
                                <a:pt x="5646" y="200"/>
                              </a:cubicBezTo>
                              <a:lnTo>
                                <a:pt x="5646" y="200"/>
                              </a:lnTo>
                              <a:cubicBezTo>
                                <a:pt x="5640" y="198"/>
                                <a:pt x="5634" y="195"/>
                                <a:pt x="5629" y="190"/>
                              </a:cubicBezTo>
                              <a:lnTo>
                                <a:pt x="5629" y="190"/>
                              </a:lnTo>
                              <a:cubicBezTo>
                                <a:pt x="5624" y="186"/>
                                <a:pt x="5620" y="180"/>
                                <a:pt x="5617" y="174"/>
                              </a:cubicBezTo>
                              <a:lnTo>
                                <a:pt x="5617" y="174"/>
                              </a:lnTo>
                              <a:cubicBezTo>
                                <a:pt x="5614" y="167"/>
                                <a:pt x="5612" y="159"/>
                                <a:pt x="5611" y="150"/>
                              </a:cubicBezTo>
                              <a:lnTo>
                                <a:pt x="5730" y="150"/>
                              </a:lnTo>
                              <a:lnTo>
                                <a:pt x="5730" y="150"/>
                              </a:lnTo>
                              <a:cubicBezTo>
                                <a:pt x="5730" y="150"/>
                                <a:pt x="5730" y="149"/>
                                <a:pt x="5730" y="148"/>
                              </a:cubicBezTo>
                              <a:lnTo>
                                <a:pt x="5730" y="148"/>
                              </a:lnTo>
                              <a:cubicBezTo>
                                <a:pt x="5730" y="146"/>
                                <a:pt x="5730" y="144"/>
                                <a:pt x="5731" y="142"/>
                              </a:cubicBezTo>
                              <a:lnTo>
                                <a:pt x="5731" y="142"/>
                              </a:lnTo>
                              <a:cubicBezTo>
                                <a:pt x="5731" y="140"/>
                                <a:pt x="5731" y="138"/>
                                <a:pt x="5731" y="137"/>
                              </a:cubicBezTo>
                              <a:lnTo>
                                <a:pt x="5731" y="137"/>
                              </a:lnTo>
                              <a:cubicBezTo>
                                <a:pt x="5731" y="126"/>
                                <a:pt x="5729" y="117"/>
                                <a:pt x="5726" y="107"/>
                              </a:cubicBezTo>
                              <a:lnTo>
                                <a:pt x="5726" y="107"/>
                              </a:lnTo>
                              <a:cubicBezTo>
                                <a:pt x="5722" y="97"/>
                                <a:pt x="5718" y="89"/>
                                <a:pt x="5712" y="83"/>
                              </a:cubicBezTo>
                              <a:lnTo>
                                <a:pt x="5712" y="83"/>
                              </a:lnTo>
                              <a:cubicBezTo>
                                <a:pt x="5706" y="76"/>
                                <a:pt x="5699" y="70"/>
                                <a:pt x="5690" y="66"/>
                              </a:cubicBezTo>
                              <a:lnTo>
                                <a:pt x="5690" y="66"/>
                              </a:lnTo>
                              <a:cubicBezTo>
                                <a:pt x="5682" y="63"/>
                                <a:pt x="5672" y="61"/>
                                <a:pt x="5660" y="61"/>
                              </a:cubicBezTo>
                              <a:lnTo>
                                <a:pt x="5660" y="61"/>
                              </a:lnTo>
                              <a:cubicBezTo>
                                <a:pt x="5649" y="61"/>
                                <a:pt x="5638" y="63"/>
                                <a:pt x="5628" y="67"/>
                              </a:cubicBezTo>
                              <a:lnTo>
                                <a:pt x="5628" y="67"/>
                              </a:lnTo>
                              <a:cubicBezTo>
                                <a:pt x="5618" y="70"/>
                                <a:pt x="5610" y="76"/>
                                <a:pt x="5603" y="83"/>
                              </a:cubicBezTo>
                              <a:lnTo>
                                <a:pt x="5603" y="83"/>
                              </a:lnTo>
                              <a:cubicBezTo>
                                <a:pt x="5595" y="91"/>
                                <a:pt x="5590" y="100"/>
                                <a:pt x="5586" y="111"/>
                              </a:cubicBezTo>
                              <a:lnTo>
                                <a:pt x="5586" y="111"/>
                              </a:lnTo>
                              <a:cubicBezTo>
                                <a:pt x="5581" y="121"/>
                                <a:pt x="5579" y="133"/>
                                <a:pt x="5579" y="146"/>
                              </a:cubicBezTo>
                              <a:close/>
                              <a:moveTo>
                                <a:pt x="5612" y="127"/>
                              </a:moveTo>
                              <a:lnTo>
                                <a:pt x="5612" y="127"/>
                              </a:lnTo>
                              <a:cubicBezTo>
                                <a:pt x="5614" y="118"/>
                                <a:pt x="5617" y="111"/>
                                <a:pt x="5621" y="104"/>
                              </a:cubicBezTo>
                              <a:lnTo>
                                <a:pt x="5621" y="104"/>
                              </a:lnTo>
                              <a:cubicBezTo>
                                <a:pt x="5626" y="98"/>
                                <a:pt x="5631" y="93"/>
                                <a:pt x="5638" y="90"/>
                              </a:cubicBezTo>
                              <a:lnTo>
                                <a:pt x="5638" y="90"/>
                              </a:lnTo>
                              <a:cubicBezTo>
                                <a:pt x="5644" y="87"/>
                                <a:pt x="5652" y="85"/>
                                <a:pt x="5660" y="85"/>
                              </a:cubicBezTo>
                              <a:lnTo>
                                <a:pt x="5660" y="85"/>
                              </a:lnTo>
                              <a:cubicBezTo>
                                <a:pt x="5667" y="85"/>
                                <a:pt x="5673" y="87"/>
                                <a:pt x="5679" y="90"/>
                              </a:cubicBezTo>
                              <a:lnTo>
                                <a:pt x="5679" y="90"/>
                              </a:lnTo>
                              <a:cubicBezTo>
                                <a:pt x="5684" y="93"/>
                                <a:pt x="5689" y="97"/>
                                <a:pt x="5693" y="103"/>
                              </a:cubicBezTo>
                              <a:lnTo>
                                <a:pt x="5693" y="103"/>
                              </a:lnTo>
                              <a:cubicBezTo>
                                <a:pt x="5696" y="110"/>
                                <a:pt x="5698" y="118"/>
                                <a:pt x="5698" y="127"/>
                              </a:cubicBezTo>
                              <a:lnTo>
                                <a:pt x="5612" y="127"/>
                              </a:lnTo>
                              <a:close/>
                              <a:moveTo>
                                <a:pt x="5757" y="146"/>
                              </a:moveTo>
                              <a:lnTo>
                                <a:pt x="5757" y="146"/>
                              </a:lnTo>
                              <a:cubicBezTo>
                                <a:pt x="5757" y="158"/>
                                <a:pt x="5759" y="169"/>
                                <a:pt x="5763" y="179"/>
                              </a:cubicBezTo>
                              <a:lnTo>
                                <a:pt x="5763" y="179"/>
                              </a:lnTo>
                              <a:cubicBezTo>
                                <a:pt x="5768" y="190"/>
                                <a:pt x="5774" y="199"/>
                                <a:pt x="5781" y="206"/>
                              </a:cubicBezTo>
                              <a:lnTo>
                                <a:pt x="5781" y="206"/>
                              </a:lnTo>
                              <a:cubicBezTo>
                                <a:pt x="5789" y="214"/>
                                <a:pt x="5798" y="221"/>
                                <a:pt x="5808" y="225"/>
                              </a:cubicBezTo>
                              <a:lnTo>
                                <a:pt x="5808" y="225"/>
                              </a:lnTo>
                              <a:cubicBezTo>
                                <a:pt x="5819" y="229"/>
                                <a:pt x="5831" y="231"/>
                                <a:pt x="5843" y="231"/>
                              </a:cubicBezTo>
                              <a:lnTo>
                                <a:pt x="5843" y="231"/>
                              </a:lnTo>
                              <a:cubicBezTo>
                                <a:pt x="5852" y="231"/>
                                <a:pt x="5859" y="230"/>
                                <a:pt x="5867" y="229"/>
                              </a:cubicBezTo>
                              <a:lnTo>
                                <a:pt x="5867" y="229"/>
                              </a:lnTo>
                              <a:cubicBezTo>
                                <a:pt x="5874" y="227"/>
                                <a:pt x="5880" y="225"/>
                                <a:pt x="5885" y="222"/>
                              </a:cubicBezTo>
                              <a:lnTo>
                                <a:pt x="5885" y="222"/>
                              </a:lnTo>
                              <a:cubicBezTo>
                                <a:pt x="5890" y="220"/>
                                <a:pt x="5895" y="217"/>
                                <a:pt x="5898" y="214"/>
                              </a:cubicBezTo>
                              <a:lnTo>
                                <a:pt x="5898" y="214"/>
                              </a:lnTo>
                              <a:cubicBezTo>
                                <a:pt x="5902" y="211"/>
                                <a:pt x="5904" y="209"/>
                                <a:pt x="5906" y="207"/>
                              </a:cubicBezTo>
                              <a:lnTo>
                                <a:pt x="5906" y="207"/>
                              </a:lnTo>
                              <a:cubicBezTo>
                                <a:pt x="5908" y="205"/>
                                <a:pt x="5909" y="205"/>
                                <a:pt x="5909" y="204"/>
                              </a:cubicBezTo>
                              <a:lnTo>
                                <a:pt x="5896" y="182"/>
                              </a:lnTo>
                              <a:lnTo>
                                <a:pt x="5896" y="182"/>
                              </a:lnTo>
                              <a:cubicBezTo>
                                <a:pt x="5896" y="182"/>
                                <a:pt x="5895" y="183"/>
                                <a:pt x="5894" y="184"/>
                              </a:cubicBezTo>
                              <a:lnTo>
                                <a:pt x="5894" y="184"/>
                              </a:lnTo>
                              <a:cubicBezTo>
                                <a:pt x="5892" y="186"/>
                                <a:pt x="5890" y="187"/>
                                <a:pt x="5887" y="189"/>
                              </a:cubicBezTo>
                              <a:lnTo>
                                <a:pt x="5887" y="189"/>
                              </a:lnTo>
                              <a:cubicBezTo>
                                <a:pt x="5884" y="192"/>
                                <a:pt x="5881" y="194"/>
                                <a:pt x="5877" y="196"/>
                              </a:cubicBezTo>
                              <a:lnTo>
                                <a:pt x="5877" y="196"/>
                              </a:lnTo>
                              <a:cubicBezTo>
                                <a:pt x="5873" y="198"/>
                                <a:pt x="5868" y="200"/>
                                <a:pt x="5862" y="201"/>
                              </a:cubicBezTo>
                              <a:lnTo>
                                <a:pt x="5862" y="201"/>
                              </a:lnTo>
                              <a:cubicBezTo>
                                <a:pt x="5857" y="203"/>
                                <a:pt x="5852" y="203"/>
                                <a:pt x="5846" y="204"/>
                              </a:cubicBezTo>
                              <a:lnTo>
                                <a:pt x="5846" y="204"/>
                              </a:lnTo>
                              <a:cubicBezTo>
                                <a:pt x="5837" y="203"/>
                                <a:pt x="5829" y="202"/>
                                <a:pt x="5823" y="199"/>
                              </a:cubicBezTo>
                              <a:lnTo>
                                <a:pt x="5823" y="199"/>
                              </a:lnTo>
                              <a:cubicBezTo>
                                <a:pt x="5816" y="196"/>
                                <a:pt x="5810" y="192"/>
                                <a:pt x="5805" y="187"/>
                              </a:cubicBezTo>
                              <a:lnTo>
                                <a:pt x="5805" y="187"/>
                              </a:lnTo>
                              <a:cubicBezTo>
                                <a:pt x="5799" y="182"/>
                                <a:pt x="5795" y="175"/>
                                <a:pt x="5793" y="168"/>
                              </a:cubicBezTo>
                              <a:lnTo>
                                <a:pt x="5793" y="168"/>
                              </a:lnTo>
                              <a:cubicBezTo>
                                <a:pt x="5790" y="161"/>
                                <a:pt x="5789" y="154"/>
                                <a:pt x="5789" y="146"/>
                              </a:cubicBezTo>
                              <a:lnTo>
                                <a:pt x="5789" y="146"/>
                              </a:lnTo>
                              <a:cubicBezTo>
                                <a:pt x="5789" y="137"/>
                                <a:pt x="5790" y="130"/>
                                <a:pt x="5793" y="123"/>
                              </a:cubicBezTo>
                              <a:lnTo>
                                <a:pt x="5793" y="123"/>
                              </a:lnTo>
                              <a:cubicBezTo>
                                <a:pt x="5795" y="116"/>
                                <a:pt x="5799" y="110"/>
                                <a:pt x="5804" y="103"/>
                              </a:cubicBezTo>
                              <a:lnTo>
                                <a:pt x="5804" y="103"/>
                              </a:lnTo>
                              <a:cubicBezTo>
                                <a:pt x="5809" y="98"/>
                                <a:pt x="5815" y="94"/>
                                <a:pt x="5822" y="92"/>
                              </a:cubicBezTo>
                              <a:lnTo>
                                <a:pt x="5822" y="92"/>
                              </a:lnTo>
                              <a:cubicBezTo>
                                <a:pt x="5829" y="89"/>
                                <a:pt x="5836" y="87"/>
                                <a:pt x="5845" y="87"/>
                              </a:cubicBezTo>
                              <a:lnTo>
                                <a:pt x="5845" y="87"/>
                              </a:lnTo>
                              <a:cubicBezTo>
                                <a:pt x="5850" y="87"/>
                                <a:pt x="5855" y="88"/>
                                <a:pt x="5860" y="89"/>
                              </a:cubicBezTo>
                              <a:lnTo>
                                <a:pt x="5860" y="89"/>
                              </a:lnTo>
                              <a:cubicBezTo>
                                <a:pt x="5865" y="90"/>
                                <a:pt x="5869" y="92"/>
                                <a:pt x="5873" y="94"/>
                              </a:cubicBezTo>
                              <a:lnTo>
                                <a:pt x="5873" y="94"/>
                              </a:lnTo>
                              <a:cubicBezTo>
                                <a:pt x="5877" y="96"/>
                                <a:pt x="5880" y="97"/>
                                <a:pt x="5882" y="99"/>
                              </a:cubicBezTo>
                              <a:lnTo>
                                <a:pt x="5882" y="99"/>
                              </a:lnTo>
                              <a:cubicBezTo>
                                <a:pt x="5885" y="101"/>
                                <a:pt x="5887" y="103"/>
                                <a:pt x="5888" y="104"/>
                              </a:cubicBezTo>
                              <a:lnTo>
                                <a:pt x="5888" y="104"/>
                              </a:lnTo>
                              <a:cubicBezTo>
                                <a:pt x="5889" y="105"/>
                                <a:pt x="5890" y="106"/>
                                <a:pt x="5890" y="106"/>
                              </a:cubicBezTo>
                              <a:lnTo>
                                <a:pt x="5905" y="84"/>
                              </a:lnTo>
                              <a:lnTo>
                                <a:pt x="5905" y="84"/>
                              </a:lnTo>
                              <a:cubicBezTo>
                                <a:pt x="5905" y="84"/>
                                <a:pt x="5904" y="83"/>
                                <a:pt x="5902" y="82"/>
                              </a:cubicBezTo>
                              <a:lnTo>
                                <a:pt x="5902" y="82"/>
                              </a:lnTo>
                              <a:cubicBezTo>
                                <a:pt x="5901" y="80"/>
                                <a:pt x="5898" y="78"/>
                                <a:pt x="5895" y="76"/>
                              </a:cubicBezTo>
                              <a:lnTo>
                                <a:pt x="5895" y="76"/>
                              </a:lnTo>
                              <a:cubicBezTo>
                                <a:pt x="5892" y="73"/>
                                <a:pt x="5888" y="71"/>
                                <a:pt x="5883" y="69"/>
                              </a:cubicBezTo>
                              <a:lnTo>
                                <a:pt x="5883" y="69"/>
                              </a:lnTo>
                              <a:cubicBezTo>
                                <a:pt x="5878" y="66"/>
                                <a:pt x="5873" y="65"/>
                                <a:pt x="5866" y="63"/>
                              </a:cubicBezTo>
                              <a:lnTo>
                                <a:pt x="5866" y="63"/>
                              </a:lnTo>
                              <a:cubicBezTo>
                                <a:pt x="5859" y="61"/>
                                <a:pt x="5851" y="61"/>
                                <a:pt x="5843" y="61"/>
                              </a:cubicBezTo>
                              <a:lnTo>
                                <a:pt x="5843" y="61"/>
                              </a:lnTo>
                              <a:cubicBezTo>
                                <a:pt x="5831" y="61"/>
                                <a:pt x="5819" y="63"/>
                                <a:pt x="5808" y="67"/>
                              </a:cubicBezTo>
                              <a:lnTo>
                                <a:pt x="5808" y="67"/>
                              </a:lnTo>
                              <a:cubicBezTo>
                                <a:pt x="5798" y="71"/>
                                <a:pt x="5789" y="77"/>
                                <a:pt x="5781" y="85"/>
                              </a:cubicBezTo>
                              <a:lnTo>
                                <a:pt x="5781" y="85"/>
                              </a:lnTo>
                              <a:cubicBezTo>
                                <a:pt x="5774" y="92"/>
                                <a:pt x="5768" y="101"/>
                                <a:pt x="5763" y="113"/>
                              </a:cubicBezTo>
                              <a:lnTo>
                                <a:pt x="5763" y="113"/>
                              </a:lnTo>
                              <a:cubicBezTo>
                                <a:pt x="5759" y="123"/>
                                <a:pt x="5757" y="134"/>
                                <a:pt x="5757" y="146"/>
                              </a:cubicBezTo>
                              <a:close/>
                              <a:moveTo>
                                <a:pt x="5944" y="227"/>
                              </a:moveTo>
                              <a:lnTo>
                                <a:pt x="5975" y="227"/>
                              </a:lnTo>
                              <a:lnTo>
                                <a:pt x="5975" y="151"/>
                              </a:lnTo>
                              <a:lnTo>
                                <a:pt x="5975" y="151"/>
                              </a:lnTo>
                              <a:cubicBezTo>
                                <a:pt x="5975" y="147"/>
                                <a:pt x="5975" y="143"/>
                                <a:pt x="5975" y="140"/>
                              </a:cubicBezTo>
                              <a:lnTo>
                                <a:pt x="5975" y="140"/>
                              </a:lnTo>
                              <a:cubicBezTo>
                                <a:pt x="5975" y="136"/>
                                <a:pt x="5976" y="133"/>
                                <a:pt x="5977" y="130"/>
                              </a:cubicBezTo>
                              <a:lnTo>
                                <a:pt x="5977" y="130"/>
                              </a:lnTo>
                              <a:cubicBezTo>
                                <a:pt x="5979" y="122"/>
                                <a:pt x="5983" y="115"/>
                                <a:pt x="5988" y="108"/>
                              </a:cubicBezTo>
                              <a:lnTo>
                                <a:pt x="5988" y="108"/>
                              </a:lnTo>
                              <a:cubicBezTo>
                                <a:pt x="5993" y="102"/>
                                <a:pt x="5999" y="97"/>
                                <a:pt x="6006" y="94"/>
                              </a:cubicBezTo>
                              <a:lnTo>
                                <a:pt x="6006" y="94"/>
                              </a:lnTo>
                              <a:cubicBezTo>
                                <a:pt x="6013" y="91"/>
                                <a:pt x="6021" y="89"/>
                                <a:pt x="6029" y="89"/>
                              </a:cubicBezTo>
                              <a:lnTo>
                                <a:pt x="6029" y="89"/>
                              </a:lnTo>
                              <a:cubicBezTo>
                                <a:pt x="6035" y="89"/>
                                <a:pt x="6041" y="90"/>
                                <a:pt x="6045" y="92"/>
                              </a:cubicBezTo>
                              <a:lnTo>
                                <a:pt x="6045" y="92"/>
                              </a:lnTo>
                              <a:cubicBezTo>
                                <a:pt x="6049" y="94"/>
                                <a:pt x="6052" y="97"/>
                                <a:pt x="6054" y="101"/>
                              </a:cubicBezTo>
                              <a:lnTo>
                                <a:pt x="6054" y="101"/>
                              </a:lnTo>
                              <a:cubicBezTo>
                                <a:pt x="6056" y="104"/>
                                <a:pt x="6058" y="110"/>
                                <a:pt x="6058" y="114"/>
                              </a:cubicBezTo>
                              <a:lnTo>
                                <a:pt x="6058" y="114"/>
                              </a:lnTo>
                              <a:cubicBezTo>
                                <a:pt x="6059" y="119"/>
                                <a:pt x="6060" y="125"/>
                                <a:pt x="6060" y="130"/>
                              </a:cubicBezTo>
                              <a:lnTo>
                                <a:pt x="6060" y="227"/>
                              </a:lnTo>
                              <a:lnTo>
                                <a:pt x="6090" y="227"/>
                              </a:lnTo>
                              <a:lnTo>
                                <a:pt x="6090" y="123"/>
                              </a:lnTo>
                              <a:lnTo>
                                <a:pt x="6090" y="123"/>
                              </a:lnTo>
                              <a:cubicBezTo>
                                <a:pt x="6090" y="102"/>
                                <a:pt x="6086" y="86"/>
                                <a:pt x="6077" y="76"/>
                              </a:cubicBezTo>
                              <a:lnTo>
                                <a:pt x="6077" y="76"/>
                              </a:lnTo>
                              <a:cubicBezTo>
                                <a:pt x="6068" y="66"/>
                                <a:pt x="6054" y="61"/>
                                <a:pt x="6035" y="61"/>
                              </a:cubicBezTo>
                              <a:lnTo>
                                <a:pt x="6035" y="61"/>
                              </a:lnTo>
                              <a:cubicBezTo>
                                <a:pt x="6027" y="61"/>
                                <a:pt x="6020" y="62"/>
                                <a:pt x="6013" y="64"/>
                              </a:cubicBezTo>
                              <a:lnTo>
                                <a:pt x="6013" y="64"/>
                              </a:lnTo>
                              <a:cubicBezTo>
                                <a:pt x="6007" y="66"/>
                                <a:pt x="6000" y="69"/>
                                <a:pt x="5995" y="73"/>
                              </a:cubicBezTo>
                              <a:lnTo>
                                <a:pt x="5995" y="73"/>
                              </a:lnTo>
                              <a:cubicBezTo>
                                <a:pt x="5990" y="76"/>
                                <a:pt x="5986" y="80"/>
                                <a:pt x="5982" y="84"/>
                              </a:cubicBezTo>
                              <a:lnTo>
                                <a:pt x="5982" y="84"/>
                              </a:lnTo>
                              <a:cubicBezTo>
                                <a:pt x="5979" y="88"/>
                                <a:pt x="5976" y="93"/>
                                <a:pt x="5975" y="96"/>
                              </a:cubicBezTo>
                              <a:lnTo>
                                <a:pt x="5974" y="96"/>
                              </a:lnTo>
                              <a:lnTo>
                                <a:pt x="5974" y="96"/>
                              </a:lnTo>
                              <a:cubicBezTo>
                                <a:pt x="5974" y="96"/>
                                <a:pt x="5974" y="95"/>
                                <a:pt x="5974" y="93"/>
                              </a:cubicBezTo>
                              <a:lnTo>
                                <a:pt x="5974" y="93"/>
                              </a:lnTo>
                              <a:cubicBezTo>
                                <a:pt x="5974" y="90"/>
                                <a:pt x="5974" y="87"/>
                                <a:pt x="5975" y="83"/>
                              </a:cubicBezTo>
                              <a:lnTo>
                                <a:pt x="5975" y="0"/>
                              </a:lnTo>
                              <a:lnTo>
                                <a:pt x="5944" y="0"/>
                              </a:lnTo>
                              <a:lnTo>
                                <a:pt x="5944" y="227"/>
                              </a:lnTo>
                              <a:close/>
                              <a:moveTo>
                                <a:pt x="6267" y="227"/>
                              </a:moveTo>
                              <a:lnTo>
                                <a:pt x="6299" y="227"/>
                              </a:lnTo>
                              <a:lnTo>
                                <a:pt x="6299" y="143"/>
                              </a:lnTo>
                              <a:lnTo>
                                <a:pt x="6350" y="143"/>
                              </a:lnTo>
                              <a:lnTo>
                                <a:pt x="6350" y="143"/>
                              </a:lnTo>
                              <a:cubicBezTo>
                                <a:pt x="6360" y="143"/>
                                <a:pt x="6370" y="142"/>
                                <a:pt x="6378" y="138"/>
                              </a:cubicBezTo>
                              <a:lnTo>
                                <a:pt x="6378" y="138"/>
                              </a:lnTo>
                              <a:cubicBezTo>
                                <a:pt x="6387" y="135"/>
                                <a:pt x="6394" y="130"/>
                                <a:pt x="6401" y="124"/>
                              </a:cubicBezTo>
                              <a:lnTo>
                                <a:pt x="6401" y="124"/>
                              </a:lnTo>
                              <a:cubicBezTo>
                                <a:pt x="6407" y="117"/>
                                <a:pt x="6412" y="110"/>
                                <a:pt x="6415" y="100"/>
                              </a:cubicBezTo>
                              <a:lnTo>
                                <a:pt x="6415" y="100"/>
                              </a:lnTo>
                              <a:cubicBezTo>
                                <a:pt x="6419" y="91"/>
                                <a:pt x="6420" y="82"/>
                                <a:pt x="6421" y="71"/>
                              </a:cubicBezTo>
                              <a:lnTo>
                                <a:pt x="6421" y="71"/>
                              </a:lnTo>
                              <a:cubicBezTo>
                                <a:pt x="6420" y="60"/>
                                <a:pt x="6419" y="51"/>
                                <a:pt x="6415" y="42"/>
                              </a:cubicBezTo>
                              <a:lnTo>
                                <a:pt x="6415" y="42"/>
                              </a:lnTo>
                              <a:cubicBezTo>
                                <a:pt x="6412" y="33"/>
                                <a:pt x="6407" y="26"/>
                                <a:pt x="6401" y="20"/>
                              </a:cubicBezTo>
                              <a:lnTo>
                                <a:pt x="6401" y="20"/>
                              </a:lnTo>
                              <a:cubicBezTo>
                                <a:pt x="6394" y="14"/>
                                <a:pt x="6387" y="9"/>
                                <a:pt x="6378" y="6"/>
                              </a:cubicBezTo>
                              <a:lnTo>
                                <a:pt x="6378" y="6"/>
                              </a:lnTo>
                              <a:cubicBezTo>
                                <a:pt x="6370" y="1"/>
                                <a:pt x="6360" y="0"/>
                                <a:pt x="6350" y="0"/>
                              </a:cubicBezTo>
                              <a:lnTo>
                                <a:pt x="6267" y="0"/>
                              </a:lnTo>
                              <a:lnTo>
                                <a:pt x="6267" y="227"/>
                              </a:lnTo>
                              <a:close/>
                              <a:moveTo>
                                <a:pt x="6299" y="116"/>
                              </a:moveTo>
                              <a:lnTo>
                                <a:pt x="6299" y="28"/>
                              </a:lnTo>
                              <a:lnTo>
                                <a:pt x="6345" y="28"/>
                              </a:lnTo>
                              <a:lnTo>
                                <a:pt x="6345" y="28"/>
                              </a:lnTo>
                              <a:cubicBezTo>
                                <a:pt x="6354" y="28"/>
                                <a:pt x="6362" y="30"/>
                                <a:pt x="6368" y="33"/>
                              </a:cubicBezTo>
                              <a:lnTo>
                                <a:pt x="6368" y="33"/>
                              </a:lnTo>
                              <a:cubicBezTo>
                                <a:pt x="6375" y="37"/>
                                <a:pt x="6380" y="41"/>
                                <a:pt x="6383" y="48"/>
                              </a:cubicBezTo>
                              <a:lnTo>
                                <a:pt x="6383" y="48"/>
                              </a:lnTo>
                              <a:cubicBezTo>
                                <a:pt x="6387" y="54"/>
                                <a:pt x="6388" y="62"/>
                                <a:pt x="6388" y="71"/>
                              </a:cubicBezTo>
                              <a:lnTo>
                                <a:pt x="6388" y="71"/>
                              </a:lnTo>
                              <a:cubicBezTo>
                                <a:pt x="6388" y="80"/>
                                <a:pt x="6387" y="88"/>
                                <a:pt x="6383" y="94"/>
                              </a:cubicBezTo>
                              <a:lnTo>
                                <a:pt x="6383" y="94"/>
                              </a:lnTo>
                              <a:cubicBezTo>
                                <a:pt x="6380" y="101"/>
                                <a:pt x="6375" y="106"/>
                                <a:pt x="6368" y="111"/>
                              </a:cubicBezTo>
                              <a:lnTo>
                                <a:pt x="6368" y="111"/>
                              </a:lnTo>
                              <a:cubicBezTo>
                                <a:pt x="6362" y="114"/>
                                <a:pt x="6354" y="116"/>
                                <a:pt x="6345" y="116"/>
                              </a:cubicBezTo>
                              <a:lnTo>
                                <a:pt x="6299" y="116"/>
                              </a:lnTo>
                              <a:close/>
                              <a:moveTo>
                                <a:pt x="6444" y="146"/>
                              </a:moveTo>
                              <a:lnTo>
                                <a:pt x="6444" y="146"/>
                              </a:lnTo>
                              <a:cubicBezTo>
                                <a:pt x="6444" y="158"/>
                                <a:pt x="6446" y="169"/>
                                <a:pt x="6451" y="179"/>
                              </a:cubicBezTo>
                              <a:lnTo>
                                <a:pt x="6451" y="179"/>
                              </a:lnTo>
                              <a:cubicBezTo>
                                <a:pt x="6455" y="190"/>
                                <a:pt x="6461" y="199"/>
                                <a:pt x="6469" y="206"/>
                              </a:cubicBezTo>
                              <a:lnTo>
                                <a:pt x="6469" y="206"/>
                              </a:lnTo>
                              <a:cubicBezTo>
                                <a:pt x="6477" y="214"/>
                                <a:pt x="6486" y="221"/>
                                <a:pt x="6497" y="225"/>
                              </a:cubicBezTo>
                              <a:lnTo>
                                <a:pt x="6497" y="225"/>
                              </a:lnTo>
                              <a:cubicBezTo>
                                <a:pt x="6507" y="229"/>
                                <a:pt x="6519" y="231"/>
                                <a:pt x="6531" y="231"/>
                              </a:cubicBezTo>
                              <a:lnTo>
                                <a:pt x="6531" y="231"/>
                              </a:lnTo>
                              <a:cubicBezTo>
                                <a:pt x="6543" y="231"/>
                                <a:pt x="6554" y="229"/>
                                <a:pt x="6565" y="225"/>
                              </a:cubicBezTo>
                              <a:lnTo>
                                <a:pt x="6565" y="225"/>
                              </a:lnTo>
                              <a:cubicBezTo>
                                <a:pt x="6576" y="221"/>
                                <a:pt x="6585" y="214"/>
                                <a:pt x="6593" y="206"/>
                              </a:cubicBezTo>
                              <a:lnTo>
                                <a:pt x="6593" y="206"/>
                              </a:lnTo>
                              <a:cubicBezTo>
                                <a:pt x="6601" y="199"/>
                                <a:pt x="6607" y="190"/>
                                <a:pt x="6612" y="179"/>
                              </a:cubicBezTo>
                              <a:lnTo>
                                <a:pt x="6612" y="179"/>
                              </a:lnTo>
                              <a:cubicBezTo>
                                <a:pt x="6616" y="169"/>
                                <a:pt x="6619" y="158"/>
                                <a:pt x="6619" y="146"/>
                              </a:cubicBezTo>
                              <a:lnTo>
                                <a:pt x="6619" y="146"/>
                              </a:lnTo>
                              <a:cubicBezTo>
                                <a:pt x="6619" y="133"/>
                                <a:pt x="6616" y="122"/>
                                <a:pt x="6612" y="112"/>
                              </a:cubicBezTo>
                              <a:lnTo>
                                <a:pt x="6612" y="112"/>
                              </a:lnTo>
                              <a:cubicBezTo>
                                <a:pt x="6607" y="101"/>
                                <a:pt x="6601" y="92"/>
                                <a:pt x="6593" y="84"/>
                              </a:cubicBezTo>
                              <a:lnTo>
                                <a:pt x="6593" y="84"/>
                              </a:lnTo>
                              <a:cubicBezTo>
                                <a:pt x="6585" y="77"/>
                                <a:pt x="6576" y="71"/>
                                <a:pt x="6565" y="67"/>
                              </a:cubicBezTo>
                              <a:lnTo>
                                <a:pt x="6565" y="67"/>
                              </a:lnTo>
                              <a:cubicBezTo>
                                <a:pt x="6554" y="63"/>
                                <a:pt x="6543" y="61"/>
                                <a:pt x="6531" y="61"/>
                              </a:cubicBezTo>
                              <a:lnTo>
                                <a:pt x="6531" y="61"/>
                              </a:lnTo>
                              <a:cubicBezTo>
                                <a:pt x="6519" y="61"/>
                                <a:pt x="6507" y="63"/>
                                <a:pt x="6497" y="67"/>
                              </a:cubicBezTo>
                              <a:lnTo>
                                <a:pt x="6497" y="67"/>
                              </a:lnTo>
                              <a:cubicBezTo>
                                <a:pt x="6486" y="71"/>
                                <a:pt x="6477" y="77"/>
                                <a:pt x="6469" y="84"/>
                              </a:cubicBezTo>
                              <a:lnTo>
                                <a:pt x="6469" y="84"/>
                              </a:lnTo>
                              <a:cubicBezTo>
                                <a:pt x="6461" y="92"/>
                                <a:pt x="6455" y="101"/>
                                <a:pt x="6451" y="112"/>
                              </a:cubicBezTo>
                              <a:lnTo>
                                <a:pt x="6451" y="112"/>
                              </a:lnTo>
                              <a:cubicBezTo>
                                <a:pt x="6446" y="122"/>
                                <a:pt x="6444" y="133"/>
                                <a:pt x="6444" y="146"/>
                              </a:cubicBezTo>
                              <a:close/>
                              <a:moveTo>
                                <a:pt x="6475" y="146"/>
                              </a:moveTo>
                              <a:lnTo>
                                <a:pt x="6475" y="146"/>
                              </a:lnTo>
                              <a:cubicBezTo>
                                <a:pt x="6475" y="137"/>
                                <a:pt x="6477" y="129"/>
                                <a:pt x="6480" y="122"/>
                              </a:cubicBezTo>
                              <a:lnTo>
                                <a:pt x="6480" y="122"/>
                              </a:lnTo>
                              <a:cubicBezTo>
                                <a:pt x="6483" y="116"/>
                                <a:pt x="6487" y="108"/>
                                <a:pt x="6492" y="103"/>
                              </a:cubicBezTo>
                              <a:lnTo>
                                <a:pt x="6492" y="103"/>
                              </a:lnTo>
                              <a:cubicBezTo>
                                <a:pt x="6497" y="98"/>
                                <a:pt x="6503" y="94"/>
                                <a:pt x="6509" y="92"/>
                              </a:cubicBezTo>
                              <a:lnTo>
                                <a:pt x="6509" y="92"/>
                              </a:lnTo>
                              <a:cubicBezTo>
                                <a:pt x="6516" y="89"/>
                                <a:pt x="6523" y="87"/>
                                <a:pt x="6531" y="87"/>
                              </a:cubicBezTo>
                              <a:lnTo>
                                <a:pt x="6531" y="87"/>
                              </a:lnTo>
                              <a:cubicBezTo>
                                <a:pt x="6538" y="87"/>
                                <a:pt x="6546" y="89"/>
                                <a:pt x="6552" y="92"/>
                              </a:cubicBezTo>
                              <a:lnTo>
                                <a:pt x="6552" y="92"/>
                              </a:lnTo>
                              <a:cubicBezTo>
                                <a:pt x="6559" y="94"/>
                                <a:pt x="6565" y="98"/>
                                <a:pt x="6571" y="103"/>
                              </a:cubicBezTo>
                              <a:lnTo>
                                <a:pt x="6571" y="103"/>
                              </a:lnTo>
                              <a:cubicBezTo>
                                <a:pt x="6576" y="108"/>
                                <a:pt x="6580" y="116"/>
                                <a:pt x="6583" y="122"/>
                              </a:cubicBezTo>
                              <a:lnTo>
                                <a:pt x="6583" y="122"/>
                              </a:lnTo>
                              <a:cubicBezTo>
                                <a:pt x="6586" y="129"/>
                                <a:pt x="6587" y="137"/>
                                <a:pt x="6587" y="146"/>
                              </a:cubicBezTo>
                              <a:lnTo>
                                <a:pt x="6587" y="146"/>
                              </a:lnTo>
                              <a:cubicBezTo>
                                <a:pt x="6587" y="154"/>
                                <a:pt x="6586" y="162"/>
                                <a:pt x="6583" y="169"/>
                              </a:cubicBezTo>
                              <a:lnTo>
                                <a:pt x="6583" y="169"/>
                              </a:lnTo>
                              <a:cubicBezTo>
                                <a:pt x="6580" y="176"/>
                                <a:pt x="6576" y="182"/>
                                <a:pt x="6571" y="187"/>
                              </a:cubicBezTo>
                              <a:lnTo>
                                <a:pt x="6571" y="187"/>
                              </a:lnTo>
                              <a:cubicBezTo>
                                <a:pt x="6565" y="192"/>
                                <a:pt x="6559" y="196"/>
                                <a:pt x="6552" y="199"/>
                              </a:cubicBezTo>
                              <a:lnTo>
                                <a:pt x="6552" y="199"/>
                              </a:lnTo>
                              <a:cubicBezTo>
                                <a:pt x="6546" y="202"/>
                                <a:pt x="6538" y="203"/>
                                <a:pt x="6531" y="204"/>
                              </a:cubicBezTo>
                              <a:lnTo>
                                <a:pt x="6531" y="204"/>
                              </a:lnTo>
                              <a:cubicBezTo>
                                <a:pt x="6523" y="203"/>
                                <a:pt x="6516" y="202"/>
                                <a:pt x="6509" y="199"/>
                              </a:cubicBezTo>
                              <a:lnTo>
                                <a:pt x="6509" y="199"/>
                              </a:lnTo>
                              <a:cubicBezTo>
                                <a:pt x="6503" y="196"/>
                                <a:pt x="6497" y="192"/>
                                <a:pt x="6492" y="187"/>
                              </a:cubicBezTo>
                              <a:lnTo>
                                <a:pt x="6492" y="187"/>
                              </a:lnTo>
                              <a:cubicBezTo>
                                <a:pt x="6487" y="182"/>
                                <a:pt x="6483" y="176"/>
                                <a:pt x="6480" y="169"/>
                              </a:cubicBezTo>
                              <a:lnTo>
                                <a:pt x="6480" y="169"/>
                              </a:lnTo>
                              <a:cubicBezTo>
                                <a:pt x="6477" y="162"/>
                                <a:pt x="6475" y="154"/>
                                <a:pt x="6475" y="146"/>
                              </a:cubicBezTo>
                              <a:close/>
                              <a:moveTo>
                                <a:pt x="6653" y="182"/>
                              </a:moveTo>
                              <a:lnTo>
                                <a:pt x="6653" y="182"/>
                              </a:lnTo>
                              <a:cubicBezTo>
                                <a:pt x="6653" y="191"/>
                                <a:pt x="6654" y="197"/>
                                <a:pt x="6656" y="203"/>
                              </a:cubicBezTo>
                              <a:lnTo>
                                <a:pt x="6656" y="203"/>
                              </a:lnTo>
                              <a:cubicBezTo>
                                <a:pt x="6658" y="208"/>
                                <a:pt x="6660" y="213"/>
                                <a:pt x="6664" y="217"/>
                              </a:cubicBezTo>
                              <a:lnTo>
                                <a:pt x="6664" y="217"/>
                              </a:lnTo>
                              <a:cubicBezTo>
                                <a:pt x="6667" y="220"/>
                                <a:pt x="6670" y="223"/>
                                <a:pt x="6674" y="224"/>
                              </a:cubicBezTo>
                              <a:lnTo>
                                <a:pt x="6674" y="224"/>
                              </a:lnTo>
                              <a:cubicBezTo>
                                <a:pt x="6678" y="226"/>
                                <a:pt x="6681" y="227"/>
                                <a:pt x="6685" y="228"/>
                              </a:cubicBezTo>
                              <a:lnTo>
                                <a:pt x="6685" y="228"/>
                              </a:lnTo>
                              <a:cubicBezTo>
                                <a:pt x="6689" y="228"/>
                                <a:pt x="6693" y="229"/>
                                <a:pt x="6697" y="229"/>
                              </a:cubicBezTo>
                              <a:lnTo>
                                <a:pt x="6697" y="229"/>
                              </a:lnTo>
                              <a:cubicBezTo>
                                <a:pt x="6699" y="229"/>
                                <a:pt x="6702" y="229"/>
                                <a:pt x="6704" y="228"/>
                              </a:cubicBezTo>
                              <a:lnTo>
                                <a:pt x="6704" y="228"/>
                              </a:lnTo>
                              <a:cubicBezTo>
                                <a:pt x="6706" y="228"/>
                                <a:pt x="6707" y="228"/>
                                <a:pt x="6707" y="228"/>
                              </a:cubicBezTo>
                              <a:lnTo>
                                <a:pt x="6707" y="200"/>
                              </a:lnTo>
                              <a:lnTo>
                                <a:pt x="6707" y="200"/>
                              </a:lnTo>
                              <a:cubicBezTo>
                                <a:pt x="6707" y="200"/>
                                <a:pt x="6706" y="200"/>
                                <a:pt x="6705" y="200"/>
                              </a:cubicBezTo>
                              <a:lnTo>
                                <a:pt x="6705" y="200"/>
                              </a:lnTo>
                              <a:cubicBezTo>
                                <a:pt x="6704" y="200"/>
                                <a:pt x="6703" y="200"/>
                                <a:pt x="6701" y="200"/>
                              </a:cubicBezTo>
                              <a:lnTo>
                                <a:pt x="6701" y="200"/>
                              </a:lnTo>
                              <a:cubicBezTo>
                                <a:pt x="6698" y="200"/>
                                <a:pt x="6695" y="200"/>
                                <a:pt x="6693" y="198"/>
                              </a:cubicBezTo>
                              <a:lnTo>
                                <a:pt x="6693" y="198"/>
                              </a:lnTo>
                              <a:cubicBezTo>
                                <a:pt x="6690" y="197"/>
                                <a:pt x="6688" y="195"/>
                                <a:pt x="6687" y="192"/>
                              </a:cubicBezTo>
                              <a:lnTo>
                                <a:pt x="6687" y="192"/>
                              </a:lnTo>
                              <a:cubicBezTo>
                                <a:pt x="6685" y="188"/>
                                <a:pt x="6684" y="183"/>
                                <a:pt x="6684" y="177"/>
                              </a:cubicBezTo>
                              <a:lnTo>
                                <a:pt x="6684" y="0"/>
                              </a:lnTo>
                              <a:lnTo>
                                <a:pt x="6653" y="0"/>
                              </a:lnTo>
                              <a:lnTo>
                                <a:pt x="6653" y="182"/>
                              </a:lnTo>
                              <a:close/>
                              <a:moveTo>
                                <a:pt x="6728" y="181"/>
                              </a:moveTo>
                              <a:lnTo>
                                <a:pt x="6728" y="181"/>
                              </a:lnTo>
                              <a:cubicBezTo>
                                <a:pt x="6728" y="189"/>
                                <a:pt x="6729" y="196"/>
                                <a:pt x="6732" y="202"/>
                              </a:cubicBezTo>
                              <a:lnTo>
                                <a:pt x="6732" y="202"/>
                              </a:lnTo>
                              <a:cubicBezTo>
                                <a:pt x="6735" y="209"/>
                                <a:pt x="6739" y="214"/>
                                <a:pt x="6745" y="219"/>
                              </a:cubicBezTo>
                              <a:lnTo>
                                <a:pt x="6745" y="219"/>
                              </a:lnTo>
                              <a:cubicBezTo>
                                <a:pt x="6750" y="223"/>
                                <a:pt x="6756" y="226"/>
                                <a:pt x="6762" y="228"/>
                              </a:cubicBezTo>
                              <a:lnTo>
                                <a:pt x="6762" y="228"/>
                              </a:lnTo>
                              <a:cubicBezTo>
                                <a:pt x="6769" y="230"/>
                                <a:pt x="6775" y="231"/>
                                <a:pt x="6782" y="231"/>
                              </a:cubicBezTo>
                              <a:lnTo>
                                <a:pt x="6782" y="231"/>
                              </a:lnTo>
                              <a:cubicBezTo>
                                <a:pt x="6790" y="231"/>
                                <a:pt x="6797" y="230"/>
                                <a:pt x="6802" y="228"/>
                              </a:cubicBezTo>
                              <a:lnTo>
                                <a:pt x="6802" y="228"/>
                              </a:lnTo>
                              <a:cubicBezTo>
                                <a:pt x="6808" y="226"/>
                                <a:pt x="6813" y="223"/>
                                <a:pt x="6817" y="220"/>
                              </a:cubicBezTo>
                              <a:lnTo>
                                <a:pt x="6817" y="220"/>
                              </a:lnTo>
                              <a:cubicBezTo>
                                <a:pt x="6821" y="217"/>
                                <a:pt x="6824" y="213"/>
                                <a:pt x="6827" y="210"/>
                              </a:cubicBezTo>
                              <a:lnTo>
                                <a:pt x="6827" y="210"/>
                              </a:lnTo>
                              <a:cubicBezTo>
                                <a:pt x="6829" y="206"/>
                                <a:pt x="6831" y="204"/>
                                <a:pt x="6832" y="202"/>
                              </a:cubicBezTo>
                              <a:lnTo>
                                <a:pt x="6832" y="202"/>
                              </a:lnTo>
                              <a:cubicBezTo>
                                <a:pt x="6833" y="200"/>
                                <a:pt x="6834" y="199"/>
                                <a:pt x="6834" y="198"/>
                              </a:cubicBezTo>
                              <a:lnTo>
                                <a:pt x="6835" y="198"/>
                              </a:lnTo>
                              <a:lnTo>
                                <a:pt x="6835" y="198"/>
                              </a:lnTo>
                              <a:cubicBezTo>
                                <a:pt x="6835" y="198"/>
                                <a:pt x="6834" y="200"/>
                                <a:pt x="6834" y="202"/>
                              </a:cubicBezTo>
                              <a:lnTo>
                                <a:pt x="6834" y="202"/>
                              </a:lnTo>
                              <a:cubicBezTo>
                                <a:pt x="6834" y="204"/>
                                <a:pt x="6834" y="207"/>
                                <a:pt x="6834" y="211"/>
                              </a:cubicBezTo>
                              <a:lnTo>
                                <a:pt x="6834" y="227"/>
                              </a:lnTo>
                              <a:lnTo>
                                <a:pt x="6864" y="227"/>
                              </a:lnTo>
                              <a:lnTo>
                                <a:pt x="6864" y="125"/>
                              </a:lnTo>
                              <a:lnTo>
                                <a:pt x="6864" y="125"/>
                              </a:lnTo>
                              <a:cubicBezTo>
                                <a:pt x="6863" y="111"/>
                                <a:pt x="6861" y="98"/>
                                <a:pt x="6856" y="89"/>
                              </a:cubicBezTo>
                              <a:lnTo>
                                <a:pt x="6856" y="89"/>
                              </a:lnTo>
                              <a:cubicBezTo>
                                <a:pt x="6850" y="80"/>
                                <a:pt x="6843" y="73"/>
                                <a:pt x="6834" y="68"/>
                              </a:cubicBezTo>
                              <a:lnTo>
                                <a:pt x="6834" y="68"/>
                              </a:lnTo>
                              <a:cubicBezTo>
                                <a:pt x="6824" y="63"/>
                                <a:pt x="6812" y="61"/>
                                <a:pt x="6799" y="61"/>
                              </a:cubicBezTo>
                              <a:lnTo>
                                <a:pt x="6799" y="61"/>
                              </a:lnTo>
                              <a:cubicBezTo>
                                <a:pt x="6791" y="61"/>
                                <a:pt x="6785" y="61"/>
                                <a:pt x="6778" y="62"/>
                              </a:cubicBezTo>
                              <a:lnTo>
                                <a:pt x="6778" y="62"/>
                              </a:lnTo>
                              <a:cubicBezTo>
                                <a:pt x="6772" y="64"/>
                                <a:pt x="6767" y="65"/>
                                <a:pt x="6762" y="67"/>
                              </a:cubicBezTo>
                              <a:lnTo>
                                <a:pt x="6762" y="67"/>
                              </a:lnTo>
                              <a:cubicBezTo>
                                <a:pt x="6757" y="69"/>
                                <a:pt x="6753" y="71"/>
                                <a:pt x="6749" y="73"/>
                              </a:cubicBezTo>
                              <a:lnTo>
                                <a:pt x="6749" y="73"/>
                              </a:lnTo>
                              <a:cubicBezTo>
                                <a:pt x="6746" y="75"/>
                                <a:pt x="6743" y="76"/>
                                <a:pt x="6741" y="78"/>
                              </a:cubicBezTo>
                              <a:lnTo>
                                <a:pt x="6741" y="78"/>
                              </a:lnTo>
                              <a:cubicBezTo>
                                <a:pt x="6740" y="79"/>
                                <a:pt x="6739" y="80"/>
                                <a:pt x="6739" y="80"/>
                              </a:cubicBezTo>
                              <a:lnTo>
                                <a:pt x="6751" y="102"/>
                              </a:lnTo>
                              <a:lnTo>
                                <a:pt x="6751" y="102"/>
                              </a:lnTo>
                              <a:cubicBezTo>
                                <a:pt x="6751" y="102"/>
                                <a:pt x="6753" y="101"/>
                                <a:pt x="6755" y="100"/>
                              </a:cubicBezTo>
                              <a:lnTo>
                                <a:pt x="6755" y="100"/>
                              </a:lnTo>
                              <a:cubicBezTo>
                                <a:pt x="6757" y="98"/>
                                <a:pt x="6760" y="96"/>
                                <a:pt x="6765" y="94"/>
                              </a:cubicBezTo>
                              <a:lnTo>
                                <a:pt x="6765" y="94"/>
                              </a:lnTo>
                              <a:cubicBezTo>
                                <a:pt x="6769" y="92"/>
                                <a:pt x="6773" y="91"/>
                                <a:pt x="6779" y="89"/>
                              </a:cubicBezTo>
                              <a:lnTo>
                                <a:pt x="6779" y="89"/>
                              </a:lnTo>
                              <a:cubicBezTo>
                                <a:pt x="6784" y="88"/>
                                <a:pt x="6790" y="87"/>
                                <a:pt x="6796" y="87"/>
                              </a:cubicBezTo>
                              <a:lnTo>
                                <a:pt x="6796" y="87"/>
                              </a:lnTo>
                              <a:cubicBezTo>
                                <a:pt x="6803" y="87"/>
                                <a:pt x="6809" y="88"/>
                                <a:pt x="6815" y="90"/>
                              </a:cubicBezTo>
                              <a:lnTo>
                                <a:pt x="6815" y="90"/>
                              </a:lnTo>
                              <a:cubicBezTo>
                                <a:pt x="6820" y="92"/>
                                <a:pt x="6824" y="96"/>
                                <a:pt x="6827" y="101"/>
                              </a:cubicBezTo>
                              <a:lnTo>
                                <a:pt x="6827" y="101"/>
                              </a:lnTo>
                              <a:cubicBezTo>
                                <a:pt x="6830" y="106"/>
                                <a:pt x="6832" y="114"/>
                                <a:pt x="6832" y="123"/>
                              </a:cubicBezTo>
                              <a:lnTo>
                                <a:pt x="6832" y="126"/>
                              </a:lnTo>
                              <a:lnTo>
                                <a:pt x="6825" y="126"/>
                              </a:lnTo>
                              <a:lnTo>
                                <a:pt x="6825" y="126"/>
                              </a:lnTo>
                              <a:cubicBezTo>
                                <a:pt x="6820" y="126"/>
                                <a:pt x="6815" y="126"/>
                                <a:pt x="6808" y="126"/>
                              </a:cubicBezTo>
                              <a:lnTo>
                                <a:pt x="6808" y="126"/>
                              </a:lnTo>
                              <a:cubicBezTo>
                                <a:pt x="6802" y="127"/>
                                <a:pt x="6795" y="127"/>
                                <a:pt x="6787" y="128"/>
                              </a:cubicBezTo>
                              <a:lnTo>
                                <a:pt x="6787" y="128"/>
                              </a:lnTo>
                              <a:cubicBezTo>
                                <a:pt x="6780" y="129"/>
                                <a:pt x="6773" y="131"/>
                                <a:pt x="6766" y="134"/>
                              </a:cubicBezTo>
                              <a:lnTo>
                                <a:pt x="6766" y="134"/>
                              </a:lnTo>
                              <a:cubicBezTo>
                                <a:pt x="6759" y="136"/>
                                <a:pt x="6752" y="139"/>
                                <a:pt x="6747" y="143"/>
                              </a:cubicBezTo>
                              <a:lnTo>
                                <a:pt x="6747" y="143"/>
                              </a:lnTo>
                              <a:cubicBezTo>
                                <a:pt x="6741" y="147"/>
                                <a:pt x="6736" y="152"/>
                                <a:pt x="6733" y="159"/>
                              </a:cubicBezTo>
                              <a:lnTo>
                                <a:pt x="6733" y="159"/>
                              </a:lnTo>
                              <a:cubicBezTo>
                                <a:pt x="6729" y="165"/>
                                <a:pt x="6728" y="172"/>
                                <a:pt x="6728" y="181"/>
                              </a:cubicBezTo>
                              <a:close/>
                              <a:moveTo>
                                <a:pt x="6759" y="180"/>
                              </a:moveTo>
                              <a:lnTo>
                                <a:pt x="6759" y="180"/>
                              </a:lnTo>
                              <a:cubicBezTo>
                                <a:pt x="6759" y="174"/>
                                <a:pt x="6760" y="169"/>
                                <a:pt x="6763" y="165"/>
                              </a:cubicBezTo>
                              <a:lnTo>
                                <a:pt x="6763" y="165"/>
                              </a:lnTo>
                              <a:cubicBezTo>
                                <a:pt x="6766" y="162"/>
                                <a:pt x="6770" y="159"/>
                                <a:pt x="6775" y="156"/>
                              </a:cubicBezTo>
                              <a:lnTo>
                                <a:pt x="6775" y="156"/>
                              </a:lnTo>
                              <a:cubicBezTo>
                                <a:pt x="6780" y="154"/>
                                <a:pt x="6785" y="153"/>
                                <a:pt x="6791" y="151"/>
                              </a:cubicBezTo>
                              <a:lnTo>
                                <a:pt x="6791" y="151"/>
                              </a:lnTo>
                              <a:cubicBezTo>
                                <a:pt x="6797" y="150"/>
                                <a:pt x="6803" y="150"/>
                                <a:pt x="6808" y="149"/>
                              </a:cubicBezTo>
                              <a:lnTo>
                                <a:pt x="6808" y="149"/>
                              </a:lnTo>
                              <a:cubicBezTo>
                                <a:pt x="6814" y="149"/>
                                <a:pt x="6819" y="149"/>
                                <a:pt x="6824" y="149"/>
                              </a:cubicBezTo>
                              <a:lnTo>
                                <a:pt x="6832" y="149"/>
                              </a:lnTo>
                              <a:lnTo>
                                <a:pt x="6832" y="154"/>
                              </a:lnTo>
                              <a:lnTo>
                                <a:pt x="6832" y="154"/>
                              </a:lnTo>
                              <a:cubicBezTo>
                                <a:pt x="6832" y="160"/>
                                <a:pt x="6831" y="166"/>
                                <a:pt x="6829" y="172"/>
                              </a:cubicBezTo>
                              <a:lnTo>
                                <a:pt x="6829" y="172"/>
                              </a:lnTo>
                              <a:cubicBezTo>
                                <a:pt x="6827" y="178"/>
                                <a:pt x="6824" y="184"/>
                                <a:pt x="6820" y="189"/>
                              </a:cubicBezTo>
                              <a:lnTo>
                                <a:pt x="6820" y="189"/>
                              </a:lnTo>
                              <a:cubicBezTo>
                                <a:pt x="6817" y="194"/>
                                <a:pt x="6812" y="198"/>
                                <a:pt x="6807" y="201"/>
                              </a:cubicBezTo>
                              <a:lnTo>
                                <a:pt x="6807" y="201"/>
                              </a:lnTo>
                              <a:cubicBezTo>
                                <a:pt x="6801" y="204"/>
                                <a:pt x="6796" y="205"/>
                                <a:pt x="6789" y="205"/>
                              </a:cubicBezTo>
                              <a:lnTo>
                                <a:pt x="6789" y="205"/>
                              </a:lnTo>
                              <a:cubicBezTo>
                                <a:pt x="6782" y="205"/>
                                <a:pt x="6777" y="204"/>
                                <a:pt x="6772" y="202"/>
                              </a:cubicBezTo>
                              <a:lnTo>
                                <a:pt x="6772" y="202"/>
                              </a:lnTo>
                              <a:cubicBezTo>
                                <a:pt x="6768" y="199"/>
                                <a:pt x="6764" y="196"/>
                                <a:pt x="6762" y="192"/>
                              </a:cubicBezTo>
                              <a:lnTo>
                                <a:pt x="6762" y="192"/>
                              </a:lnTo>
                              <a:cubicBezTo>
                                <a:pt x="6760" y="188"/>
                                <a:pt x="6759" y="184"/>
                                <a:pt x="6759" y="180"/>
                              </a:cubicBezTo>
                              <a:close/>
                              <a:moveTo>
                                <a:pt x="6910" y="227"/>
                              </a:moveTo>
                              <a:lnTo>
                                <a:pt x="6941" y="227"/>
                              </a:lnTo>
                              <a:lnTo>
                                <a:pt x="6941" y="151"/>
                              </a:lnTo>
                              <a:lnTo>
                                <a:pt x="6964" y="151"/>
                              </a:lnTo>
                              <a:lnTo>
                                <a:pt x="7013" y="227"/>
                              </a:lnTo>
                              <a:lnTo>
                                <a:pt x="7049" y="227"/>
                              </a:lnTo>
                              <a:lnTo>
                                <a:pt x="6989" y="137"/>
                              </a:lnTo>
                              <a:lnTo>
                                <a:pt x="6989" y="136"/>
                              </a:lnTo>
                              <a:lnTo>
                                <a:pt x="7043" y="64"/>
                              </a:lnTo>
                              <a:lnTo>
                                <a:pt x="7008" y="64"/>
                              </a:lnTo>
                              <a:lnTo>
                                <a:pt x="6963" y="125"/>
                              </a:lnTo>
                              <a:lnTo>
                                <a:pt x="6941" y="125"/>
                              </a:lnTo>
                              <a:lnTo>
                                <a:pt x="6941" y="0"/>
                              </a:lnTo>
                              <a:lnTo>
                                <a:pt x="6910" y="0"/>
                              </a:lnTo>
                              <a:lnTo>
                                <a:pt x="6910" y="227"/>
                              </a:lnTo>
                              <a:close/>
                              <a:moveTo>
                                <a:pt x="0" y="651"/>
                              </a:moveTo>
                              <a:lnTo>
                                <a:pt x="0" y="651"/>
                              </a:lnTo>
                              <a:cubicBezTo>
                                <a:pt x="0" y="665"/>
                                <a:pt x="2" y="677"/>
                                <a:pt x="6" y="686"/>
                              </a:cubicBezTo>
                              <a:lnTo>
                                <a:pt x="6" y="686"/>
                              </a:lnTo>
                              <a:cubicBezTo>
                                <a:pt x="11" y="695"/>
                                <a:pt x="17" y="702"/>
                                <a:pt x="25" y="706"/>
                              </a:cubicBezTo>
                              <a:lnTo>
                                <a:pt x="25" y="706"/>
                              </a:lnTo>
                              <a:cubicBezTo>
                                <a:pt x="33" y="711"/>
                                <a:pt x="43" y="713"/>
                                <a:pt x="55" y="713"/>
                              </a:cubicBezTo>
                              <a:lnTo>
                                <a:pt x="55" y="713"/>
                              </a:lnTo>
                              <a:cubicBezTo>
                                <a:pt x="63" y="713"/>
                                <a:pt x="70" y="712"/>
                                <a:pt x="77" y="709"/>
                              </a:cubicBezTo>
                              <a:lnTo>
                                <a:pt x="77" y="709"/>
                              </a:lnTo>
                              <a:cubicBezTo>
                                <a:pt x="84" y="707"/>
                                <a:pt x="90" y="704"/>
                                <a:pt x="95" y="700"/>
                              </a:cubicBezTo>
                              <a:lnTo>
                                <a:pt x="95" y="700"/>
                              </a:lnTo>
                              <a:cubicBezTo>
                                <a:pt x="100" y="697"/>
                                <a:pt x="105" y="693"/>
                                <a:pt x="108" y="688"/>
                              </a:cubicBezTo>
                              <a:lnTo>
                                <a:pt x="108" y="688"/>
                              </a:lnTo>
                              <a:cubicBezTo>
                                <a:pt x="111" y="684"/>
                                <a:pt x="114" y="680"/>
                                <a:pt x="116" y="676"/>
                              </a:cubicBezTo>
                              <a:lnTo>
                                <a:pt x="116" y="676"/>
                              </a:lnTo>
                              <a:lnTo>
                                <a:pt x="116" y="676"/>
                              </a:lnTo>
                              <a:cubicBezTo>
                                <a:pt x="116" y="676"/>
                                <a:pt x="116" y="677"/>
                                <a:pt x="116" y="679"/>
                              </a:cubicBezTo>
                              <a:lnTo>
                                <a:pt x="116" y="679"/>
                              </a:lnTo>
                              <a:cubicBezTo>
                                <a:pt x="116" y="681"/>
                                <a:pt x="116" y="684"/>
                                <a:pt x="116" y="688"/>
                              </a:cubicBezTo>
                              <a:lnTo>
                                <a:pt x="116" y="709"/>
                              </a:lnTo>
                              <a:lnTo>
                                <a:pt x="146" y="709"/>
                              </a:lnTo>
                              <a:lnTo>
                                <a:pt x="146" y="547"/>
                              </a:lnTo>
                              <a:lnTo>
                                <a:pt x="115" y="547"/>
                              </a:lnTo>
                              <a:lnTo>
                                <a:pt x="115" y="622"/>
                              </a:lnTo>
                              <a:lnTo>
                                <a:pt x="115" y="622"/>
                              </a:lnTo>
                              <a:cubicBezTo>
                                <a:pt x="115" y="630"/>
                                <a:pt x="113" y="638"/>
                                <a:pt x="111" y="646"/>
                              </a:cubicBezTo>
                              <a:lnTo>
                                <a:pt x="111" y="646"/>
                              </a:lnTo>
                              <a:cubicBezTo>
                                <a:pt x="109" y="654"/>
                                <a:pt x="105" y="660"/>
                                <a:pt x="101" y="666"/>
                              </a:cubicBezTo>
                              <a:lnTo>
                                <a:pt x="101" y="666"/>
                              </a:lnTo>
                              <a:cubicBezTo>
                                <a:pt x="96" y="671"/>
                                <a:pt x="91" y="676"/>
                                <a:pt x="84" y="679"/>
                              </a:cubicBezTo>
                              <a:lnTo>
                                <a:pt x="84" y="679"/>
                              </a:lnTo>
                              <a:cubicBezTo>
                                <a:pt x="77" y="682"/>
                                <a:pt x="70" y="684"/>
                                <a:pt x="61" y="684"/>
                              </a:cubicBezTo>
                              <a:lnTo>
                                <a:pt x="61" y="684"/>
                              </a:lnTo>
                              <a:cubicBezTo>
                                <a:pt x="55" y="684"/>
                                <a:pt x="50" y="683"/>
                                <a:pt x="46" y="681"/>
                              </a:cubicBezTo>
                              <a:lnTo>
                                <a:pt x="46" y="681"/>
                              </a:lnTo>
                              <a:cubicBezTo>
                                <a:pt x="42" y="679"/>
                                <a:pt x="39" y="676"/>
                                <a:pt x="37" y="672"/>
                              </a:cubicBezTo>
                              <a:lnTo>
                                <a:pt x="37" y="672"/>
                              </a:lnTo>
                              <a:cubicBezTo>
                                <a:pt x="35" y="669"/>
                                <a:pt x="33" y="665"/>
                                <a:pt x="32" y="660"/>
                              </a:cubicBezTo>
                              <a:lnTo>
                                <a:pt x="32" y="660"/>
                              </a:lnTo>
                              <a:cubicBezTo>
                                <a:pt x="31" y="655"/>
                                <a:pt x="31" y="650"/>
                                <a:pt x="31" y="644"/>
                              </a:cubicBezTo>
                              <a:lnTo>
                                <a:pt x="31" y="547"/>
                              </a:lnTo>
                              <a:lnTo>
                                <a:pt x="0" y="547"/>
                              </a:lnTo>
                              <a:lnTo>
                                <a:pt x="0" y="651"/>
                              </a:lnTo>
                              <a:close/>
                              <a:moveTo>
                                <a:pt x="192" y="665"/>
                              </a:moveTo>
                              <a:lnTo>
                                <a:pt x="192" y="665"/>
                              </a:lnTo>
                              <a:cubicBezTo>
                                <a:pt x="192" y="673"/>
                                <a:pt x="193" y="680"/>
                                <a:pt x="195" y="685"/>
                              </a:cubicBezTo>
                              <a:lnTo>
                                <a:pt x="195" y="685"/>
                              </a:lnTo>
                              <a:cubicBezTo>
                                <a:pt x="197" y="691"/>
                                <a:pt x="199" y="695"/>
                                <a:pt x="202" y="698"/>
                              </a:cubicBezTo>
                              <a:lnTo>
                                <a:pt x="202" y="698"/>
                              </a:lnTo>
                              <a:cubicBezTo>
                                <a:pt x="205" y="702"/>
                                <a:pt x="209" y="704"/>
                                <a:pt x="212" y="706"/>
                              </a:cubicBezTo>
                              <a:lnTo>
                                <a:pt x="212" y="706"/>
                              </a:lnTo>
                              <a:cubicBezTo>
                                <a:pt x="216" y="708"/>
                                <a:pt x="220" y="709"/>
                                <a:pt x="225" y="709"/>
                              </a:cubicBezTo>
                              <a:lnTo>
                                <a:pt x="225" y="709"/>
                              </a:lnTo>
                              <a:cubicBezTo>
                                <a:pt x="229" y="710"/>
                                <a:pt x="233" y="710"/>
                                <a:pt x="236" y="710"/>
                              </a:cubicBezTo>
                              <a:lnTo>
                                <a:pt x="236" y="710"/>
                              </a:lnTo>
                              <a:cubicBezTo>
                                <a:pt x="239" y="710"/>
                                <a:pt x="241" y="710"/>
                                <a:pt x="243" y="710"/>
                              </a:cubicBezTo>
                              <a:lnTo>
                                <a:pt x="243" y="710"/>
                              </a:lnTo>
                              <a:cubicBezTo>
                                <a:pt x="245" y="710"/>
                                <a:pt x="246" y="710"/>
                                <a:pt x="246" y="710"/>
                              </a:cubicBezTo>
                              <a:lnTo>
                                <a:pt x="246" y="682"/>
                              </a:lnTo>
                              <a:lnTo>
                                <a:pt x="246" y="682"/>
                              </a:lnTo>
                              <a:cubicBezTo>
                                <a:pt x="246" y="682"/>
                                <a:pt x="246" y="682"/>
                                <a:pt x="245" y="682"/>
                              </a:cubicBezTo>
                              <a:lnTo>
                                <a:pt x="245" y="682"/>
                              </a:lnTo>
                              <a:cubicBezTo>
                                <a:pt x="244" y="682"/>
                                <a:pt x="243" y="683"/>
                                <a:pt x="241" y="683"/>
                              </a:cubicBezTo>
                              <a:lnTo>
                                <a:pt x="241" y="683"/>
                              </a:lnTo>
                              <a:cubicBezTo>
                                <a:pt x="238" y="683"/>
                                <a:pt x="235" y="682"/>
                                <a:pt x="232" y="681"/>
                              </a:cubicBezTo>
                              <a:lnTo>
                                <a:pt x="232" y="681"/>
                              </a:lnTo>
                              <a:cubicBezTo>
                                <a:pt x="230" y="680"/>
                                <a:pt x="228" y="678"/>
                                <a:pt x="226" y="674"/>
                              </a:cubicBezTo>
                              <a:lnTo>
                                <a:pt x="226" y="674"/>
                              </a:lnTo>
                              <a:cubicBezTo>
                                <a:pt x="225" y="671"/>
                                <a:pt x="223" y="666"/>
                                <a:pt x="223" y="660"/>
                              </a:cubicBezTo>
                              <a:lnTo>
                                <a:pt x="223" y="482"/>
                              </a:lnTo>
                              <a:lnTo>
                                <a:pt x="192" y="482"/>
                              </a:lnTo>
                              <a:lnTo>
                                <a:pt x="192" y="665"/>
                              </a:lnTo>
                              <a:close/>
                              <a:moveTo>
                                <a:pt x="279" y="709"/>
                              </a:moveTo>
                              <a:lnTo>
                                <a:pt x="312" y="709"/>
                              </a:lnTo>
                              <a:lnTo>
                                <a:pt x="312" y="676"/>
                              </a:lnTo>
                              <a:lnTo>
                                <a:pt x="279" y="676"/>
                              </a:lnTo>
                              <a:lnTo>
                                <a:pt x="279" y="709"/>
                              </a:lnTo>
                              <a:close/>
                              <a:moveTo>
                                <a:pt x="469" y="644"/>
                              </a:moveTo>
                              <a:lnTo>
                                <a:pt x="469" y="644"/>
                              </a:lnTo>
                              <a:cubicBezTo>
                                <a:pt x="469" y="654"/>
                                <a:pt x="471" y="663"/>
                                <a:pt x="473" y="670"/>
                              </a:cubicBezTo>
                              <a:lnTo>
                                <a:pt x="473" y="670"/>
                              </a:lnTo>
                              <a:cubicBezTo>
                                <a:pt x="475" y="678"/>
                                <a:pt x="479" y="684"/>
                                <a:pt x="483" y="689"/>
                              </a:cubicBezTo>
                              <a:lnTo>
                                <a:pt x="483" y="689"/>
                              </a:lnTo>
                              <a:cubicBezTo>
                                <a:pt x="488" y="695"/>
                                <a:pt x="493" y="699"/>
                                <a:pt x="498" y="703"/>
                              </a:cubicBezTo>
                              <a:lnTo>
                                <a:pt x="498" y="703"/>
                              </a:lnTo>
                              <a:cubicBezTo>
                                <a:pt x="504" y="706"/>
                                <a:pt x="511" y="709"/>
                                <a:pt x="517" y="710"/>
                              </a:cubicBezTo>
                              <a:lnTo>
                                <a:pt x="517" y="710"/>
                              </a:lnTo>
                              <a:cubicBezTo>
                                <a:pt x="524" y="712"/>
                                <a:pt x="530" y="713"/>
                                <a:pt x="537" y="713"/>
                              </a:cubicBezTo>
                              <a:lnTo>
                                <a:pt x="537" y="713"/>
                              </a:lnTo>
                              <a:cubicBezTo>
                                <a:pt x="543" y="713"/>
                                <a:pt x="550" y="712"/>
                                <a:pt x="556" y="710"/>
                              </a:cubicBezTo>
                              <a:lnTo>
                                <a:pt x="556" y="710"/>
                              </a:lnTo>
                              <a:cubicBezTo>
                                <a:pt x="563" y="709"/>
                                <a:pt x="569" y="706"/>
                                <a:pt x="574" y="703"/>
                              </a:cubicBezTo>
                              <a:lnTo>
                                <a:pt x="574" y="703"/>
                              </a:lnTo>
                              <a:cubicBezTo>
                                <a:pt x="580" y="699"/>
                                <a:pt x="585" y="695"/>
                                <a:pt x="590" y="689"/>
                              </a:cubicBezTo>
                              <a:lnTo>
                                <a:pt x="590" y="689"/>
                              </a:lnTo>
                              <a:cubicBezTo>
                                <a:pt x="594" y="684"/>
                                <a:pt x="597" y="678"/>
                                <a:pt x="600" y="670"/>
                              </a:cubicBezTo>
                              <a:lnTo>
                                <a:pt x="600" y="670"/>
                              </a:lnTo>
                              <a:cubicBezTo>
                                <a:pt x="602" y="663"/>
                                <a:pt x="604" y="654"/>
                                <a:pt x="604" y="644"/>
                              </a:cubicBezTo>
                              <a:lnTo>
                                <a:pt x="604" y="482"/>
                              </a:lnTo>
                              <a:lnTo>
                                <a:pt x="515" y="482"/>
                              </a:lnTo>
                              <a:lnTo>
                                <a:pt x="515" y="510"/>
                              </a:lnTo>
                              <a:lnTo>
                                <a:pt x="572" y="510"/>
                              </a:lnTo>
                              <a:lnTo>
                                <a:pt x="572" y="644"/>
                              </a:lnTo>
                              <a:lnTo>
                                <a:pt x="572" y="644"/>
                              </a:lnTo>
                              <a:cubicBezTo>
                                <a:pt x="572" y="651"/>
                                <a:pt x="571" y="658"/>
                                <a:pt x="569" y="663"/>
                              </a:cubicBezTo>
                              <a:lnTo>
                                <a:pt x="569" y="663"/>
                              </a:lnTo>
                              <a:cubicBezTo>
                                <a:pt x="567" y="668"/>
                                <a:pt x="565" y="672"/>
                                <a:pt x="561" y="675"/>
                              </a:cubicBezTo>
                              <a:lnTo>
                                <a:pt x="561" y="675"/>
                              </a:lnTo>
                              <a:cubicBezTo>
                                <a:pt x="558" y="678"/>
                                <a:pt x="554" y="680"/>
                                <a:pt x="550" y="682"/>
                              </a:cubicBezTo>
                              <a:lnTo>
                                <a:pt x="550" y="682"/>
                              </a:lnTo>
                              <a:cubicBezTo>
                                <a:pt x="546" y="683"/>
                                <a:pt x="541" y="684"/>
                                <a:pt x="537" y="684"/>
                              </a:cubicBezTo>
                              <a:lnTo>
                                <a:pt x="537" y="684"/>
                              </a:lnTo>
                              <a:cubicBezTo>
                                <a:pt x="533" y="684"/>
                                <a:pt x="528" y="683"/>
                                <a:pt x="524" y="682"/>
                              </a:cubicBezTo>
                              <a:lnTo>
                                <a:pt x="524" y="682"/>
                              </a:lnTo>
                              <a:cubicBezTo>
                                <a:pt x="520" y="680"/>
                                <a:pt x="516" y="678"/>
                                <a:pt x="513" y="675"/>
                              </a:cubicBezTo>
                              <a:lnTo>
                                <a:pt x="513" y="675"/>
                              </a:lnTo>
                              <a:cubicBezTo>
                                <a:pt x="509" y="672"/>
                                <a:pt x="505" y="667"/>
                                <a:pt x="503" y="662"/>
                              </a:cubicBezTo>
                              <a:lnTo>
                                <a:pt x="503" y="662"/>
                              </a:lnTo>
                              <a:cubicBezTo>
                                <a:pt x="501" y="657"/>
                                <a:pt x="500" y="650"/>
                                <a:pt x="500" y="643"/>
                              </a:cubicBezTo>
                              <a:lnTo>
                                <a:pt x="500" y="632"/>
                              </a:lnTo>
                              <a:lnTo>
                                <a:pt x="469" y="632"/>
                              </a:lnTo>
                              <a:lnTo>
                                <a:pt x="469" y="644"/>
                              </a:lnTo>
                              <a:close/>
                              <a:moveTo>
                                <a:pt x="652" y="709"/>
                              </a:moveTo>
                              <a:lnTo>
                                <a:pt x="684" y="709"/>
                              </a:lnTo>
                              <a:lnTo>
                                <a:pt x="684" y="676"/>
                              </a:lnTo>
                              <a:lnTo>
                                <a:pt x="652" y="676"/>
                              </a:lnTo>
                              <a:lnTo>
                                <a:pt x="652" y="709"/>
                              </a:lnTo>
                              <a:close/>
                              <a:moveTo>
                                <a:pt x="845" y="709"/>
                              </a:moveTo>
                              <a:lnTo>
                                <a:pt x="1011" y="709"/>
                              </a:lnTo>
                              <a:lnTo>
                                <a:pt x="1011" y="682"/>
                              </a:lnTo>
                              <a:lnTo>
                                <a:pt x="901" y="682"/>
                              </a:lnTo>
                              <a:lnTo>
                                <a:pt x="901" y="682"/>
                              </a:lnTo>
                              <a:cubicBezTo>
                                <a:pt x="896" y="682"/>
                                <a:pt x="892" y="682"/>
                                <a:pt x="889" y="682"/>
                              </a:cubicBezTo>
                              <a:lnTo>
                                <a:pt x="889" y="682"/>
                              </a:lnTo>
                              <a:cubicBezTo>
                                <a:pt x="886" y="682"/>
                                <a:pt x="884" y="682"/>
                                <a:pt x="884" y="682"/>
                              </a:cubicBezTo>
                              <a:lnTo>
                                <a:pt x="884" y="682"/>
                              </a:lnTo>
                              <a:lnTo>
                                <a:pt x="884" y="682"/>
                              </a:lnTo>
                              <a:cubicBezTo>
                                <a:pt x="884" y="682"/>
                                <a:pt x="885" y="681"/>
                                <a:pt x="887" y="679"/>
                              </a:cubicBezTo>
                              <a:lnTo>
                                <a:pt x="887" y="679"/>
                              </a:lnTo>
                              <a:cubicBezTo>
                                <a:pt x="888" y="677"/>
                                <a:pt x="890" y="675"/>
                                <a:pt x="893" y="672"/>
                              </a:cubicBezTo>
                              <a:lnTo>
                                <a:pt x="893" y="672"/>
                              </a:lnTo>
                              <a:cubicBezTo>
                                <a:pt x="895" y="669"/>
                                <a:pt x="898" y="665"/>
                                <a:pt x="901" y="661"/>
                              </a:cubicBezTo>
                              <a:lnTo>
                                <a:pt x="1010" y="503"/>
                              </a:lnTo>
                              <a:lnTo>
                                <a:pt x="1010" y="482"/>
                              </a:lnTo>
                              <a:lnTo>
                                <a:pt x="851" y="482"/>
                              </a:lnTo>
                              <a:lnTo>
                                <a:pt x="851" y="510"/>
                              </a:lnTo>
                              <a:lnTo>
                                <a:pt x="954" y="510"/>
                              </a:lnTo>
                              <a:lnTo>
                                <a:pt x="954" y="510"/>
                              </a:lnTo>
                              <a:cubicBezTo>
                                <a:pt x="959" y="510"/>
                                <a:pt x="963" y="509"/>
                                <a:pt x="966" y="509"/>
                              </a:cubicBezTo>
                              <a:lnTo>
                                <a:pt x="966" y="509"/>
                              </a:lnTo>
                              <a:cubicBezTo>
                                <a:pt x="969" y="509"/>
                                <a:pt x="971" y="509"/>
                                <a:pt x="971" y="509"/>
                              </a:cubicBezTo>
                              <a:lnTo>
                                <a:pt x="971" y="509"/>
                              </a:lnTo>
                              <a:lnTo>
                                <a:pt x="971" y="509"/>
                              </a:lnTo>
                              <a:cubicBezTo>
                                <a:pt x="971" y="509"/>
                                <a:pt x="970" y="510"/>
                                <a:pt x="968" y="512"/>
                              </a:cubicBezTo>
                              <a:lnTo>
                                <a:pt x="968" y="512"/>
                              </a:lnTo>
                              <a:cubicBezTo>
                                <a:pt x="967" y="513"/>
                                <a:pt x="965" y="516"/>
                                <a:pt x="962" y="519"/>
                              </a:cubicBezTo>
                              <a:lnTo>
                                <a:pt x="962" y="519"/>
                              </a:lnTo>
                              <a:cubicBezTo>
                                <a:pt x="960" y="522"/>
                                <a:pt x="957" y="526"/>
                                <a:pt x="954" y="530"/>
                              </a:cubicBezTo>
                              <a:lnTo>
                                <a:pt x="845" y="688"/>
                              </a:lnTo>
                              <a:lnTo>
                                <a:pt x="845" y="709"/>
                              </a:lnTo>
                              <a:close/>
                              <a:moveTo>
                                <a:pt x="918" y="457"/>
                              </a:moveTo>
                              <a:lnTo>
                                <a:pt x="947" y="457"/>
                              </a:lnTo>
                              <a:lnTo>
                                <a:pt x="947" y="425"/>
                              </a:lnTo>
                              <a:lnTo>
                                <a:pt x="918" y="425"/>
                              </a:lnTo>
                              <a:lnTo>
                                <a:pt x="918" y="457"/>
                              </a:lnTo>
                              <a:close/>
                              <a:moveTo>
                                <a:pt x="1038" y="664"/>
                              </a:moveTo>
                              <a:lnTo>
                                <a:pt x="1038" y="664"/>
                              </a:lnTo>
                              <a:cubicBezTo>
                                <a:pt x="1038" y="672"/>
                                <a:pt x="1039" y="679"/>
                                <a:pt x="1042" y="685"/>
                              </a:cubicBezTo>
                              <a:lnTo>
                                <a:pt x="1042" y="685"/>
                              </a:lnTo>
                              <a:cubicBezTo>
                                <a:pt x="1045" y="691"/>
                                <a:pt x="1049" y="696"/>
                                <a:pt x="1055" y="700"/>
                              </a:cubicBezTo>
                              <a:lnTo>
                                <a:pt x="1055" y="700"/>
                              </a:lnTo>
                              <a:cubicBezTo>
                                <a:pt x="1060" y="704"/>
                                <a:pt x="1066" y="708"/>
                                <a:pt x="1073" y="710"/>
                              </a:cubicBezTo>
                              <a:lnTo>
                                <a:pt x="1073" y="710"/>
                              </a:lnTo>
                              <a:cubicBezTo>
                                <a:pt x="1080" y="712"/>
                                <a:pt x="1086" y="713"/>
                                <a:pt x="1093" y="713"/>
                              </a:cubicBezTo>
                              <a:lnTo>
                                <a:pt x="1093" y="713"/>
                              </a:lnTo>
                              <a:cubicBezTo>
                                <a:pt x="1101" y="713"/>
                                <a:pt x="1108" y="712"/>
                                <a:pt x="1113" y="709"/>
                              </a:cubicBezTo>
                              <a:lnTo>
                                <a:pt x="1113" y="709"/>
                              </a:lnTo>
                              <a:cubicBezTo>
                                <a:pt x="1119" y="707"/>
                                <a:pt x="1124" y="705"/>
                                <a:pt x="1128" y="702"/>
                              </a:cubicBezTo>
                              <a:lnTo>
                                <a:pt x="1128" y="702"/>
                              </a:lnTo>
                              <a:cubicBezTo>
                                <a:pt x="1132" y="698"/>
                                <a:pt x="1135" y="695"/>
                                <a:pt x="1138" y="692"/>
                              </a:cubicBezTo>
                              <a:lnTo>
                                <a:pt x="1138" y="692"/>
                              </a:lnTo>
                              <a:cubicBezTo>
                                <a:pt x="1140" y="689"/>
                                <a:pt x="1142" y="686"/>
                                <a:pt x="1143" y="684"/>
                              </a:cubicBezTo>
                              <a:lnTo>
                                <a:pt x="1143" y="684"/>
                              </a:lnTo>
                              <a:cubicBezTo>
                                <a:pt x="1144" y="682"/>
                                <a:pt x="1145" y="681"/>
                                <a:pt x="1145" y="681"/>
                              </a:cubicBezTo>
                              <a:lnTo>
                                <a:pt x="1145" y="681"/>
                              </a:lnTo>
                              <a:lnTo>
                                <a:pt x="1145" y="681"/>
                              </a:lnTo>
                              <a:cubicBezTo>
                                <a:pt x="1145" y="681"/>
                                <a:pt x="1145" y="682"/>
                                <a:pt x="1145" y="685"/>
                              </a:cubicBezTo>
                              <a:lnTo>
                                <a:pt x="1145" y="685"/>
                              </a:lnTo>
                              <a:cubicBezTo>
                                <a:pt x="1145" y="687"/>
                                <a:pt x="1145" y="690"/>
                                <a:pt x="1145" y="694"/>
                              </a:cubicBezTo>
                              <a:lnTo>
                                <a:pt x="1145" y="709"/>
                              </a:lnTo>
                              <a:lnTo>
                                <a:pt x="1174" y="709"/>
                              </a:lnTo>
                              <a:lnTo>
                                <a:pt x="1174" y="606"/>
                              </a:lnTo>
                              <a:lnTo>
                                <a:pt x="1174" y="606"/>
                              </a:lnTo>
                              <a:cubicBezTo>
                                <a:pt x="1173" y="593"/>
                                <a:pt x="1171" y="581"/>
                                <a:pt x="1166" y="572"/>
                              </a:cubicBezTo>
                              <a:lnTo>
                                <a:pt x="1166" y="572"/>
                              </a:lnTo>
                              <a:cubicBezTo>
                                <a:pt x="1161" y="562"/>
                                <a:pt x="1154" y="555"/>
                                <a:pt x="1144" y="550"/>
                              </a:cubicBezTo>
                              <a:lnTo>
                                <a:pt x="1144" y="550"/>
                              </a:lnTo>
                              <a:cubicBezTo>
                                <a:pt x="1135" y="545"/>
                                <a:pt x="1123" y="543"/>
                                <a:pt x="1110" y="543"/>
                              </a:cubicBezTo>
                              <a:lnTo>
                                <a:pt x="1110" y="543"/>
                              </a:lnTo>
                              <a:cubicBezTo>
                                <a:pt x="1102" y="543"/>
                                <a:pt x="1096" y="544"/>
                                <a:pt x="1089" y="545"/>
                              </a:cubicBezTo>
                              <a:lnTo>
                                <a:pt x="1089" y="545"/>
                              </a:lnTo>
                              <a:cubicBezTo>
                                <a:pt x="1083" y="546"/>
                                <a:pt x="1078" y="548"/>
                                <a:pt x="1073" y="550"/>
                              </a:cubicBezTo>
                              <a:lnTo>
                                <a:pt x="1073" y="550"/>
                              </a:lnTo>
                              <a:cubicBezTo>
                                <a:pt x="1067" y="552"/>
                                <a:pt x="1063" y="554"/>
                                <a:pt x="1059" y="555"/>
                              </a:cubicBezTo>
                              <a:lnTo>
                                <a:pt x="1059" y="555"/>
                              </a:lnTo>
                              <a:cubicBezTo>
                                <a:pt x="1056" y="557"/>
                                <a:pt x="1053" y="559"/>
                                <a:pt x="1051" y="560"/>
                              </a:cubicBezTo>
                              <a:lnTo>
                                <a:pt x="1051" y="560"/>
                              </a:lnTo>
                              <a:cubicBezTo>
                                <a:pt x="1050" y="561"/>
                                <a:pt x="1049" y="562"/>
                                <a:pt x="1049" y="562"/>
                              </a:cubicBezTo>
                              <a:lnTo>
                                <a:pt x="1061" y="585"/>
                              </a:lnTo>
                              <a:lnTo>
                                <a:pt x="1061" y="585"/>
                              </a:lnTo>
                              <a:cubicBezTo>
                                <a:pt x="1061" y="585"/>
                                <a:pt x="1063" y="584"/>
                                <a:pt x="1065" y="582"/>
                              </a:cubicBezTo>
                              <a:lnTo>
                                <a:pt x="1065" y="582"/>
                              </a:lnTo>
                              <a:cubicBezTo>
                                <a:pt x="1067" y="581"/>
                                <a:pt x="1071" y="579"/>
                                <a:pt x="1076" y="577"/>
                              </a:cubicBezTo>
                              <a:lnTo>
                                <a:pt x="1076" y="577"/>
                              </a:lnTo>
                              <a:cubicBezTo>
                                <a:pt x="1080" y="575"/>
                                <a:pt x="1084" y="573"/>
                                <a:pt x="1090" y="572"/>
                              </a:cubicBezTo>
                              <a:lnTo>
                                <a:pt x="1090" y="572"/>
                              </a:lnTo>
                              <a:cubicBezTo>
                                <a:pt x="1095" y="570"/>
                                <a:pt x="1101" y="569"/>
                                <a:pt x="1107" y="569"/>
                              </a:cubicBezTo>
                              <a:lnTo>
                                <a:pt x="1107" y="569"/>
                              </a:lnTo>
                              <a:cubicBezTo>
                                <a:pt x="1114" y="569"/>
                                <a:pt x="1120" y="570"/>
                                <a:pt x="1125" y="572"/>
                              </a:cubicBezTo>
                              <a:lnTo>
                                <a:pt x="1125" y="572"/>
                              </a:lnTo>
                              <a:cubicBezTo>
                                <a:pt x="1131" y="575"/>
                                <a:pt x="1135" y="578"/>
                                <a:pt x="1138" y="584"/>
                              </a:cubicBezTo>
                              <a:lnTo>
                                <a:pt x="1138" y="584"/>
                              </a:lnTo>
                              <a:cubicBezTo>
                                <a:pt x="1141" y="589"/>
                                <a:pt x="1143" y="596"/>
                                <a:pt x="1143" y="604"/>
                              </a:cubicBezTo>
                              <a:lnTo>
                                <a:pt x="1143" y="607"/>
                              </a:lnTo>
                              <a:lnTo>
                                <a:pt x="1136" y="607"/>
                              </a:lnTo>
                              <a:lnTo>
                                <a:pt x="1136" y="607"/>
                              </a:lnTo>
                              <a:cubicBezTo>
                                <a:pt x="1131" y="607"/>
                                <a:pt x="1125" y="607"/>
                                <a:pt x="1119" y="608"/>
                              </a:cubicBezTo>
                              <a:lnTo>
                                <a:pt x="1119" y="608"/>
                              </a:lnTo>
                              <a:cubicBezTo>
                                <a:pt x="1113" y="608"/>
                                <a:pt x="1106" y="609"/>
                                <a:pt x="1098" y="610"/>
                              </a:cubicBezTo>
                              <a:lnTo>
                                <a:pt x="1098" y="610"/>
                              </a:lnTo>
                              <a:cubicBezTo>
                                <a:pt x="1091" y="611"/>
                                <a:pt x="1084" y="613"/>
                                <a:pt x="1077" y="615"/>
                              </a:cubicBezTo>
                              <a:lnTo>
                                <a:pt x="1077" y="615"/>
                              </a:lnTo>
                              <a:cubicBezTo>
                                <a:pt x="1069" y="618"/>
                                <a:pt x="1062" y="621"/>
                                <a:pt x="1057" y="625"/>
                              </a:cubicBezTo>
                              <a:lnTo>
                                <a:pt x="1057" y="625"/>
                              </a:lnTo>
                              <a:cubicBezTo>
                                <a:pt x="1051" y="629"/>
                                <a:pt x="1046" y="634"/>
                                <a:pt x="1043" y="641"/>
                              </a:cubicBezTo>
                              <a:lnTo>
                                <a:pt x="1043" y="641"/>
                              </a:lnTo>
                              <a:cubicBezTo>
                                <a:pt x="1039" y="647"/>
                                <a:pt x="1038" y="655"/>
                                <a:pt x="1038" y="664"/>
                              </a:cubicBezTo>
                              <a:close/>
                              <a:moveTo>
                                <a:pt x="1069" y="662"/>
                              </a:moveTo>
                              <a:lnTo>
                                <a:pt x="1069" y="662"/>
                              </a:lnTo>
                              <a:cubicBezTo>
                                <a:pt x="1069" y="656"/>
                                <a:pt x="1071" y="652"/>
                                <a:pt x="1074" y="648"/>
                              </a:cubicBezTo>
                              <a:lnTo>
                                <a:pt x="1074" y="648"/>
                              </a:lnTo>
                              <a:cubicBezTo>
                                <a:pt x="1077" y="644"/>
                                <a:pt x="1081" y="641"/>
                                <a:pt x="1086" y="638"/>
                              </a:cubicBezTo>
                              <a:lnTo>
                                <a:pt x="1086" y="638"/>
                              </a:lnTo>
                              <a:cubicBezTo>
                                <a:pt x="1091" y="636"/>
                                <a:pt x="1096" y="634"/>
                                <a:pt x="1102" y="633"/>
                              </a:cubicBezTo>
                              <a:lnTo>
                                <a:pt x="1102" y="633"/>
                              </a:lnTo>
                              <a:cubicBezTo>
                                <a:pt x="1108" y="632"/>
                                <a:pt x="1114" y="631"/>
                                <a:pt x="1119" y="631"/>
                              </a:cubicBezTo>
                              <a:lnTo>
                                <a:pt x="1119" y="631"/>
                              </a:lnTo>
                              <a:cubicBezTo>
                                <a:pt x="1125" y="631"/>
                                <a:pt x="1130" y="631"/>
                                <a:pt x="1135" y="631"/>
                              </a:cubicBezTo>
                              <a:lnTo>
                                <a:pt x="1143" y="631"/>
                              </a:lnTo>
                              <a:lnTo>
                                <a:pt x="1143" y="636"/>
                              </a:lnTo>
                              <a:lnTo>
                                <a:pt x="1143" y="636"/>
                              </a:lnTo>
                              <a:cubicBezTo>
                                <a:pt x="1143" y="643"/>
                                <a:pt x="1142" y="649"/>
                                <a:pt x="1140" y="655"/>
                              </a:cubicBezTo>
                              <a:lnTo>
                                <a:pt x="1140" y="655"/>
                              </a:lnTo>
                              <a:cubicBezTo>
                                <a:pt x="1138" y="661"/>
                                <a:pt x="1135" y="666"/>
                                <a:pt x="1131" y="671"/>
                              </a:cubicBezTo>
                              <a:lnTo>
                                <a:pt x="1131" y="671"/>
                              </a:lnTo>
                              <a:cubicBezTo>
                                <a:pt x="1128" y="676"/>
                                <a:pt x="1123" y="680"/>
                                <a:pt x="1118" y="683"/>
                              </a:cubicBezTo>
                              <a:lnTo>
                                <a:pt x="1118" y="683"/>
                              </a:lnTo>
                              <a:cubicBezTo>
                                <a:pt x="1112" y="686"/>
                                <a:pt x="1106" y="688"/>
                                <a:pt x="1100" y="688"/>
                              </a:cubicBezTo>
                              <a:lnTo>
                                <a:pt x="1100" y="688"/>
                              </a:lnTo>
                              <a:cubicBezTo>
                                <a:pt x="1093" y="688"/>
                                <a:pt x="1088" y="687"/>
                                <a:pt x="1083" y="684"/>
                              </a:cubicBezTo>
                              <a:lnTo>
                                <a:pt x="1083" y="684"/>
                              </a:lnTo>
                              <a:cubicBezTo>
                                <a:pt x="1079" y="682"/>
                                <a:pt x="1075" y="679"/>
                                <a:pt x="1073" y="675"/>
                              </a:cubicBezTo>
                              <a:lnTo>
                                <a:pt x="1073" y="675"/>
                              </a:lnTo>
                              <a:cubicBezTo>
                                <a:pt x="1071" y="671"/>
                                <a:pt x="1069" y="667"/>
                                <a:pt x="1069" y="662"/>
                              </a:cubicBezTo>
                              <a:close/>
                              <a:moveTo>
                                <a:pt x="1221" y="709"/>
                              </a:moveTo>
                              <a:lnTo>
                                <a:pt x="1250" y="709"/>
                              </a:lnTo>
                              <a:lnTo>
                                <a:pt x="1250" y="697"/>
                              </a:lnTo>
                              <a:lnTo>
                                <a:pt x="1250" y="697"/>
                              </a:lnTo>
                              <a:cubicBezTo>
                                <a:pt x="1250" y="694"/>
                                <a:pt x="1250" y="691"/>
                                <a:pt x="1250" y="689"/>
                              </a:cubicBezTo>
                              <a:lnTo>
                                <a:pt x="1250" y="689"/>
                              </a:lnTo>
                              <a:cubicBezTo>
                                <a:pt x="1249" y="686"/>
                                <a:pt x="1249" y="685"/>
                                <a:pt x="1249" y="685"/>
                              </a:cubicBezTo>
                              <a:lnTo>
                                <a:pt x="1250" y="685"/>
                              </a:lnTo>
                              <a:lnTo>
                                <a:pt x="1250" y="685"/>
                              </a:lnTo>
                              <a:cubicBezTo>
                                <a:pt x="1250" y="685"/>
                                <a:pt x="1251" y="686"/>
                                <a:pt x="1252" y="688"/>
                              </a:cubicBezTo>
                              <a:lnTo>
                                <a:pt x="1252" y="688"/>
                              </a:lnTo>
                              <a:cubicBezTo>
                                <a:pt x="1253" y="690"/>
                                <a:pt x="1255" y="692"/>
                                <a:pt x="1257" y="695"/>
                              </a:cubicBezTo>
                              <a:lnTo>
                                <a:pt x="1257" y="695"/>
                              </a:lnTo>
                              <a:cubicBezTo>
                                <a:pt x="1260" y="698"/>
                                <a:pt x="1263" y="700"/>
                                <a:pt x="1267" y="703"/>
                              </a:cubicBezTo>
                              <a:lnTo>
                                <a:pt x="1267" y="703"/>
                              </a:lnTo>
                              <a:cubicBezTo>
                                <a:pt x="1271" y="706"/>
                                <a:pt x="1276" y="708"/>
                                <a:pt x="1281" y="710"/>
                              </a:cubicBezTo>
                              <a:lnTo>
                                <a:pt x="1281" y="710"/>
                              </a:lnTo>
                              <a:cubicBezTo>
                                <a:pt x="1287" y="712"/>
                                <a:pt x="1293" y="713"/>
                                <a:pt x="1301" y="713"/>
                              </a:cubicBezTo>
                              <a:lnTo>
                                <a:pt x="1301" y="713"/>
                              </a:lnTo>
                              <a:cubicBezTo>
                                <a:pt x="1311" y="713"/>
                                <a:pt x="1321" y="711"/>
                                <a:pt x="1330" y="707"/>
                              </a:cubicBezTo>
                              <a:lnTo>
                                <a:pt x="1330" y="707"/>
                              </a:lnTo>
                              <a:cubicBezTo>
                                <a:pt x="1339" y="703"/>
                                <a:pt x="1347" y="697"/>
                                <a:pt x="1354" y="690"/>
                              </a:cubicBezTo>
                              <a:lnTo>
                                <a:pt x="1354" y="690"/>
                              </a:lnTo>
                              <a:cubicBezTo>
                                <a:pt x="1361" y="682"/>
                                <a:pt x="1366" y="674"/>
                                <a:pt x="1369" y="663"/>
                              </a:cubicBezTo>
                              <a:lnTo>
                                <a:pt x="1369" y="663"/>
                              </a:lnTo>
                              <a:cubicBezTo>
                                <a:pt x="1373" y="653"/>
                                <a:pt x="1375" y="641"/>
                                <a:pt x="1375" y="627"/>
                              </a:cubicBezTo>
                              <a:lnTo>
                                <a:pt x="1375" y="627"/>
                              </a:lnTo>
                              <a:cubicBezTo>
                                <a:pt x="1375" y="615"/>
                                <a:pt x="1373" y="603"/>
                                <a:pt x="1370" y="593"/>
                              </a:cubicBezTo>
                              <a:lnTo>
                                <a:pt x="1370" y="593"/>
                              </a:lnTo>
                              <a:cubicBezTo>
                                <a:pt x="1367" y="583"/>
                                <a:pt x="1362" y="574"/>
                                <a:pt x="1356" y="567"/>
                              </a:cubicBezTo>
                              <a:lnTo>
                                <a:pt x="1356" y="567"/>
                              </a:lnTo>
                              <a:cubicBezTo>
                                <a:pt x="1349" y="559"/>
                                <a:pt x="1341" y="553"/>
                                <a:pt x="1332" y="549"/>
                              </a:cubicBezTo>
                              <a:lnTo>
                                <a:pt x="1332" y="549"/>
                              </a:lnTo>
                              <a:cubicBezTo>
                                <a:pt x="1324" y="545"/>
                                <a:pt x="1314" y="543"/>
                                <a:pt x="1303" y="543"/>
                              </a:cubicBezTo>
                              <a:lnTo>
                                <a:pt x="1303" y="543"/>
                              </a:lnTo>
                              <a:cubicBezTo>
                                <a:pt x="1296" y="543"/>
                                <a:pt x="1289" y="544"/>
                                <a:pt x="1283" y="546"/>
                              </a:cubicBezTo>
                              <a:lnTo>
                                <a:pt x="1283" y="546"/>
                              </a:lnTo>
                              <a:cubicBezTo>
                                <a:pt x="1277" y="548"/>
                                <a:pt x="1273" y="550"/>
                                <a:pt x="1269" y="553"/>
                              </a:cubicBezTo>
                              <a:lnTo>
                                <a:pt x="1269" y="553"/>
                              </a:lnTo>
                              <a:cubicBezTo>
                                <a:pt x="1265" y="555"/>
                                <a:pt x="1261" y="558"/>
                                <a:pt x="1259" y="561"/>
                              </a:cubicBezTo>
                              <a:lnTo>
                                <a:pt x="1259" y="561"/>
                              </a:lnTo>
                              <a:cubicBezTo>
                                <a:pt x="1256" y="563"/>
                                <a:pt x="1254" y="566"/>
                                <a:pt x="1253" y="568"/>
                              </a:cubicBezTo>
                              <a:lnTo>
                                <a:pt x="1253" y="568"/>
                              </a:lnTo>
                              <a:cubicBezTo>
                                <a:pt x="1252" y="569"/>
                                <a:pt x="1252" y="570"/>
                                <a:pt x="1252" y="570"/>
                              </a:cubicBezTo>
                              <a:lnTo>
                                <a:pt x="1251" y="570"/>
                              </a:lnTo>
                              <a:lnTo>
                                <a:pt x="1251" y="570"/>
                              </a:lnTo>
                              <a:cubicBezTo>
                                <a:pt x="1251" y="570"/>
                                <a:pt x="1251" y="569"/>
                                <a:pt x="1251" y="567"/>
                              </a:cubicBezTo>
                              <a:lnTo>
                                <a:pt x="1251" y="567"/>
                              </a:lnTo>
                              <a:cubicBezTo>
                                <a:pt x="1251" y="564"/>
                                <a:pt x="1251" y="561"/>
                                <a:pt x="1252" y="557"/>
                              </a:cubicBezTo>
                              <a:lnTo>
                                <a:pt x="1252" y="482"/>
                              </a:lnTo>
                              <a:lnTo>
                                <a:pt x="1221" y="482"/>
                              </a:lnTo>
                              <a:lnTo>
                                <a:pt x="1221" y="709"/>
                              </a:lnTo>
                              <a:close/>
                              <a:moveTo>
                                <a:pt x="1251" y="628"/>
                              </a:moveTo>
                              <a:lnTo>
                                <a:pt x="1251" y="628"/>
                              </a:lnTo>
                              <a:cubicBezTo>
                                <a:pt x="1251" y="618"/>
                                <a:pt x="1252" y="609"/>
                                <a:pt x="1254" y="602"/>
                              </a:cubicBezTo>
                              <a:lnTo>
                                <a:pt x="1254" y="602"/>
                              </a:lnTo>
                              <a:cubicBezTo>
                                <a:pt x="1257" y="594"/>
                                <a:pt x="1260" y="588"/>
                                <a:pt x="1265" y="584"/>
                              </a:cubicBezTo>
                              <a:lnTo>
                                <a:pt x="1265" y="584"/>
                              </a:lnTo>
                              <a:cubicBezTo>
                                <a:pt x="1269" y="579"/>
                                <a:pt x="1274" y="576"/>
                                <a:pt x="1280" y="573"/>
                              </a:cubicBezTo>
                              <a:lnTo>
                                <a:pt x="1280" y="573"/>
                              </a:lnTo>
                              <a:cubicBezTo>
                                <a:pt x="1285" y="571"/>
                                <a:pt x="1291" y="570"/>
                                <a:pt x="1297" y="570"/>
                              </a:cubicBezTo>
                              <a:lnTo>
                                <a:pt x="1297" y="570"/>
                              </a:lnTo>
                              <a:cubicBezTo>
                                <a:pt x="1306" y="570"/>
                                <a:pt x="1314" y="573"/>
                                <a:pt x="1321" y="577"/>
                              </a:cubicBezTo>
                              <a:lnTo>
                                <a:pt x="1321" y="577"/>
                              </a:lnTo>
                              <a:cubicBezTo>
                                <a:pt x="1328" y="582"/>
                                <a:pt x="1333" y="589"/>
                                <a:pt x="1337" y="597"/>
                              </a:cubicBezTo>
                              <a:lnTo>
                                <a:pt x="1337" y="597"/>
                              </a:lnTo>
                              <a:cubicBezTo>
                                <a:pt x="1341" y="606"/>
                                <a:pt x="1343" y="616"/>
                                <a:pt x="1343" y="628"/>
                              </a:cubicBezTo>
                              <a:lnTo>
                                <a:pt x="1343" y="628"/>
                              </a:lnTo>
                              <a:cubicBezTo>
                                <a:pt x="1343" y="637"/>
                                <a:pt x="1341" y="646"/>
                                <a:pt x="1339" y="653"/>
                              </a:cubicBezTo>
                              <a:lnTo>
                                <a:pt x="1339" y="653"/>
                              </a:lnTo>
                              <a:cubicBezTo>
                                <a:pt x="1337" y="660"/>
                                <a:pt x="1333" y="666"/>
                                <a:pt x="1329" y="671"/>
                              </a:cubicBezTo>
                              <a:lnTo>
                                <a:pt x="1329" y="671"/>
                              </a:lnTo>
                              <a:cubicBezTo>
                                <a:pt x="1325" y="676"/>
                                <a:pt x="1320" y="680"/>
                                <a:pt x="1314" y="682"/>
                              </a:cubicBezTo>
                              <a:lnTo>
                                <a:pt x="1314" y="682"/>
                              </a:lnTo>
                              <a:cubicBezTo>
                                <a:pt x="1309" y="685"/>
                                <a:pt x="1303" y="686"/>
                                <a:pt x="1296" y="686"/>
                              </a:cubicBezTo>
                              <a:lnTo>
                                <a:pt x="1296" y="686"/>
                              </a:lnTo>
                              <a:cubicBezTo>
                                <a:pt x="1288" y="686"/>
                                <a:pt x="1282" y="685"/>
                                <a:pt x="1276" y="681"/>
                              </a:cubicBezTo>
                              <a:lnTo>
                                <a:pt x="1276" y="681"/>
                              </a:lnTo>
                              <a:cubicBezTo>
                                <a:pt x="1270" y="678"/>
                                <a:pt x="1266" y="674"/>
                                <a:pt x="1262" y="668"/>
                              </a:cubicBezTo>
                              <a:lnTo>
                                <a:pt x="1262" y="668"/>
                              </a:lnTo>
                              <a:cubicBezTo>
                                <a:pt x="1258" y="663"/>
                                <a:pt x="1255" y="657"/>
                                <a:pt x="1253" y="650"/>
                              </a:cubicBezTo>
                              <a:lnTo>
                                <a:pt x="1253" y="650"/>
                              </a:lnTo>
                              <a:cubicBezTo>
                                <a:pt x="1252" y="643"/>
                                <a:pt x="1251" y="635"/>
                                <a:pt x="1251" y="628"/>
                              </a:cubicBezTo>
                              <a:close/>
                              <a:moveTo>
                                <a:pt x="1412" y="514"/>
                              </a:moveTo>
                              <a:lnTo>
                                <a:pt x="1444" y="514"/>
                              </a:lnTo>
                              <a:lnTo>
                                <a:pt x="1444" y="482"/>
                              </a:lnTo>
                              <a:lnTo>
                                <a:pt x="1412" y="482"/>
                              </a:lnTo>
                              <a:lnTo>
                                <a:pt x="1412" y="514"/>
                              </a:lnTo>
                              <a:close/>
                              <a:moveTo>
                                <a:pt x="1413" y="709"/>
                              </a:moveTo>
                              <a:lnTo>
                                <a:pt x="1444" y="709"/>
                              </a:lnTo>
                              <a:lnTo>
                                <a:pt x="1444" y="547"/>
                              </a:lnTo>
                              <a:lnTo>
                                <a:pt x="1413" y="547"/>
                              </a:lnTo>
                              <a:lnTo>
                                <a:pt x="1413" y="709"/>
                              </a:lnTo>
                              <a:close/>
                              <a:moveTo>
                                <a:pt x="1492" y="709"/>
                              </a:moveTo>
                              <a:lnTo>
                                <a:pt x="1524" y="709"/>
                              </a:lnTo>
                              <a:lnTo>
                                <a:pt x="1524" y="633"/>
                              </a:lnTo>
                              <a:lnTo>
                                <a:pt x="1524" y="633"/>
                              </a:lnTo>
                              <a:cubicBezTo>
                                <a:pt x="1524" y="629"/>
                                <a:pt x="1524" y="625"/>
                                <a:pt x="1524" y="621"/>
                              </a:cubicBezTo>
                              <a:lnTo>
                                <a:pt x="1524" y="621"/>
                              </a:lnTo>
                              <a:cubicBezTo>
                                <a:pt x="1525" y="617"/>
                                <a:pt x="1525" y="614"/>
                                <a:pt x="1526" y="611"/>
                              </a:cubicBezTo>
                              <a:lnTo>
                                <a:pt x="1526" y="611"/>
                              </a:lnTo>
                              <a:cubicBezTo>
                                <a:pt x="1529" y="603"/>
                                <a:pt x="1532" y="596"/>
                                <a:pt x="1537" y="590"/>
                              </a:cubicBezTo>
                              <a:lnTo>
                                <a:pt x="1537" y="590"/>
                              </a:lnTo>
                              <a:cubicBezTo>
                                <a:pt x="1542" y="584"/>
                                <a:pt x="1548" y="580"/>
                                <a:pt x="1555" y="576"/>
                              </a:cubicBezTo>
                              <a:lnTo>
                                <a:pt x="1555" y="576"/>
                              </a:lnTo>
                              <a:cubicBezTo>
                                <a:pt x="1562" y="573"/>
                                <a:pt x="1569" y="571"/>
                                <a:pt x="1577" y="571"/>
                              </a:cubicBezTo>
                              <a:lnTo>
                                <a:pt x="1577" y="571"/>
                              </a:lnTo>
                              <a:cubicBezTo>
                                <a:pt x="1584" y="571"/>
                                <a:pt x="1589" y="572"/>
                                <a:pt x="1593" y="575"/>
                              </a:cubicBezTo>
                              <a:lnTo>
                                <a:pt x="1593" y="575"/>
                              </a:lnTo>
                              <a:cubicBezTo>
                                <a:pt x="1597" y="577"/>
                                <a:pt x="1600" y="579"/>
                                <a:pt x="1602" y="583"/>
                              </a:cubicBezTo>
                              <a:lnTo>
                                <a:pt x="1602" y="583"/>
                              </a:lnTo>
                              <a:cubicBezTo>
                                <a:pt x="1604" y="587"/>
                                <a:pt x="1606" y="591"/>
                                <a:pt x="1607" y="596"/>
                              </a:cubicBezTo>
                              <a:lnTo>
                                <a:pt x="1607" y="596"/>
                              </a:lnTo>
                              <a:cubicBezTo>
                                <a:pt x="1608" y="601"/>
                                <a:pt x="1608" y="606"/>
                                <a:pt x="1608" y="612"/>
                              </a:cubicBezTo>
                              <a:lnTo>
                                <a:pt x="1608" y="709"/>
                              </a:lnTo>
                              <a:lnTo>
                                <a:pt x="1640" y="709"/>
                              </a:lnTo>
                              <a:lnTo>
                                <a:pt x="1640" y="605"/>
                              </a:lnTo>
                              <a:lnTo>
                                <a:pt x="1640" y="605"/>
                              </a:lnTo>
                              <a:cubicBezTo>
                                <a:pt x="1640" y="584"/>
                                <a:pt x="1635" y="569"/>
                                <a:pt x="1625" y="559"/>
                              </a:cubicBezTo>
                              <a:lnTo>
                                <a:pt x="1625" y="559"/>
                              </a:lnTo>
                              <a:cubicBezTo>
                                <a:pt x="1616" y="548"/>
                                <a:pt x="1602" y="543"/>
                                <a:pt x="1583" y="543"/>
                              </a:cubicBezTo>
                              <a:lnTo>
                                <a:pt x="1583" y="543"/>
                              </a:lnTo>
                              <a:cubicBezTo>
                                <a:pt x="1575" y="543"/>
                                <a:pt x="1567" y="544"/>
                                <a:pt x="1560" y="547"/>
                              </a:cubicBezTo>
                              <a:lnTo>
                                <a:pt x="1560" y="547"/>
                              </a:lnTo>
                              <a:cubicBezTo>
                                <a:pt x="1553" y="549"/>
                                <a:pt x="1547" y="552"/>
                                <a:pt x="1542" y="556"/>
                              </a:cubicBezTo>
                              <a:lnTo>
                                <a:pt x="1542" y="556"/>
                              </a:lnTo>
                              <a:cubicBezTo>
                                <a:pt x="1537" y="560"/>
                                <a:pt x="1533" y="564"/>
                                <a:pt x="1530" y="568"/>
                              </a:cubicBezTo>
                              <a:lnTo>
                                <a:pt x="1530" y="568"/>
                              </a:lnTo>
                              <a:cubicBezTo>
                                <a:pt x="1527" y="573"/>
                                <a:pt x="1524" y="576"/>
                                <a:pt x="1523" y="580"/>
                              </a:cubicBezTo>
                              <a:lnTo>
                                <a:pt x="1522" y="580"/>
                              </a:lnTo>
                              <a:lnTo>
                                <a:pt x="1522" y="580"/>
                              </a:lnTo>
                              <a:cubicBezTo>
                                <a:pt x="1522" y="580"/>
                                <a:pt x="1522" y="579"/>
                                <a:pt x="1522" y="578"/>
                              </a:cubicBezTo>
                              <a:lnTo>
                                <a:pt x="1522" y="578"/>
                              </a:lnTo>
                              <a:cubicBezTo>
                                <a:pt x="1523" y="577"/>
                                <a:pt x="1523" y="576"/>
                                <a:pt x="1523" y="574"/>
                              </a:cubicBezTo>
                              <a:lnTo>
                                <a:pt x="1523" y="574"/>
                              </a:lnTo>
                              <a:cubicBezTo>
                                <a:pt x="1523" y="572"/>
                                <a:pt x="1523" y="570"/>
                                <a:pt x="1523" y="568"/>
                              </a:cubicBezTo>
                              <a:lnTo>
                                <a:pt x="1523" y="547"/>
                              </a:lnTo>
                              <a:lnTo>
                                <a:pt x="1492" y="547"/>
                              </a:lnTo>
                              <a:lnTo>
                                <a:pt x="1492" y="709"/>
                              </a:lnTo>
                              <a:close/>
                              <a:moveTo>
                                <a:pt x="1555" y="523"/>
                              </a:moveTo>
                              <a:lnTo>
                                <a:pt x="1581" y="523"/>
                              </a:lnTo>
                              <a:lnTo>
                                <a:pt x="1611" y="482"/>
                              </a:lnTo>
                              <a:lnTo>
                                <a:pt x="1578" y="482"/>
                              </a:lnTo>
                              <a:lnTo>
                                <a:pt x="1555" y="523"/>
                              </a:lnTo>
                              <a:close/>
                              <a:moveTo>
                                <a:pt x="1673" y="689"/>
                              </a:moveTo>
                              <a:lnTo>
                                <a:pt x="1673" y="689"/>
                              </a:lnTo>
                              <a:cubicBezTo>
                                <a:pt x="1673" y="689"/>
                                <a:pt x="1674" y="690"/>
                                <a:pt x="1675" y="692"/>
                              </a:cubicBezTo>
                              <a:lnTo>
                                <a:pt x="1675" y="692"/>
                              </a:lnTo>
                              <a:cubicBezTo>
                                <a:pt x="1677" y="693"/>
                                <a:pt x="1680" y="695"/>
                                <a:pt x="1683" y="698"/>
                              </a:cubicBezTo>
                              <a:lnTo>
                                <a:pt x="1683" y="698"/>
                              </a:lnTo>
                              <a:cubicBezTo>
                                <a:pt x="1686" y="700"/>
                                <a:pt x="1690" y="702"/>
                                <a:pt x="1695" y="705"/>
                              </a:cubicBezTo>
                              <a:lnTo>
                                <a:pt x="1695" y="705"/>
                              </a:lnTo>
                              <a:cubicBezTo>
                                <a:pt x="1700" y="707"/>
                                <a:pt x="1706" y="709"/>
                                <a:pt x="1713" y="710"/>
                              </a:cubicBezTo>
                              <a:lnTo>
                                <a:pt x="1713" y="710"/>
                              </a:lnTo>
                              <a:cubicBezTo>
                                <a:pt x="1719" y="712"/>
                                <a:pt x="1726" y="713"/>
                                <a:pt x="1734" y="713"/>
                              </a:cubicBezTo>
                              <a:lnTo>
                                <a:pt x="1734" y="713"/>
                              </a:lnTo>
                              <a:cubicBezTo>
                                <a:pt x="1746" y="713"/>
                                <a:pt x="1756" y="711"/>
                                <a:pt x="1765" y="707"/>
                              </a:cubicBezTo>
                              <a:lnTo>
                                <a:pt x="1765" y="707"/>
                              </a:lnTo>
                              <a:cubicBezTo>
                                <a:pt x="1774" y="703"/>
                                <a:pt x="1781" y="697"/>
                                <a:pt x="1786" y="690"/>
                              </a:cubicBezTo>
                              <a:lnTo>
                                <a:pt x="1786" y="690"/>
                              </a:lnTo>
                              <a:cubicBezTo>
                                <a:pt x="1791" y="683"/>
                                <a:pt x="1793" y="675"/>
                                <a:pt x="1793" y="666"/>
                              </a:cubicBezTo>
                              <a:lnTo>
                                <a:pt x="1793" y="666"/>
                              </a:lnTo>
                              <a:cubicBezTo>
                                <a:pt x="1793" y="659"/>
                                <a:pt x="1792" y="652"/>
                                <a:pt x="1789" y="647"/>
                              </a:cubicBezTo>
                              <a:lnTo>
                                <a:pt x="1789" y="647"/>
                              </a:lnTo>
                              <a:cubicBezTo>
                                <a:pt x="1786" y="641"/>
                                <a:pt x="1782" y="636"/>
                                <a:pt x="1777" y="632"/>
                              </a:cubicBezTo>
                              <a:lnTo>
                                <a:pt x="1777" y="632"/>
                              </a:lnTo>
                              <a:cubicBezTo>
                                <a:pt x="1771" y="628"/>
                                <a:pt x="1766" y="625"/>
                                <a:pt x="1760" y="622"/>
                              </a:cubicBezTo>
                              <a:lnTo>
                                <a:pt x="1760" y="622"/>
                              </a:lnTo>
                              <a:cubicBezTo>
                                <a:pt x="1754" y="620"/>
                                <a:pt x="1748" y="617"/>
                                <a:pt x="1742" y="615"/>
                              </a:cubicBezTo>
                              <a:lnTo>
                                <a:pt x="1742" y="615"/>
                              </a:lnTo>
                              <a:cubicBezTo>
                                <a:pt x="1736" y="613"/>
                                <a:pt x="1731" y="610"/>
                                <a:pt x="1726" y="608"/>
                              </a:cubicBezTo>
                              <a:lnTo>
                                <a:pt x="1726" y="608"/>
                              </a:lnTo>
                              <a:cubicBezTo>
                                <a:pt x="1721" y="606"/>
                                <a:pt x="1717" y="603"/>
                                <a:pt x="1714" y="600"/>
                              </a:cubicBezTo>
                              <a:lnTo>
                                <a:pt x="1714" y="600"/>
                              </a:lnTo>
                              <a:cubicBezTo>
                                <a:pt x="1711" y="597"/>
                                <a:pt x="1710" y="594"/>
                                <a:pt x="1709" y="590"/>
                              </a:cubicBezTo>
                              <a:lnTo>
                                <a:pt x="1709" y="590"/>
                              </a:lnTo>
                              <a:cubicBezTo>
                                <a:pt x="1710" y="585"/>
                                <a:pt x="1711" y="581"/>
                                <a:pt x="1713" y="578"/>
                              </a:cubicBezTo>
                              <a:lnTo>
                                <a:pt x="1713" y="578"/>
                              </a:lnTo>
                              <a:cubicBezTo>
                                <a:pt x="1716" y="575"/>
                                <a:pt x="1719" y="573"/>
                                <a:pt x="1723" y="572"/>
                              </a:cubicBezTo>
                              <a:lnTo>
                                <a:pt x="1723" y="572"/>
                              </a:lnTo>
                              <a:cubicBezTo>
                                <a:pt x="1727" y="570"/>
                                <a:pt x="1731" y="570"/>
                                <a:pt x="1736" y="570"/>
                              </a:cubicBezTo>
                              <a:lnTo>
                                <a:pt x="1736" y="570"/>
                              </a:lnTo>
                              <a:cubicBezTo>
                                <a:pt x="1742" y="570"/>
                                <a:pt x="1748" y="571"/>
                                <a:pt x="1753" y="572"/>
                              </a:cubicBezTo>
                              <a:lnTo>
                                <a:pt x="1753" y="572"/>
                              </a:lnTo>
                              <a:cubicBezTo>
                                <a:pt x="1758" y="573"/>
                                <a:pt x="1762" y="575"/>
                                <a:pt x="1765" y="577"/>
                              </a:cubicBezTo>
                              <a:lnTo>
                                <a:pt x="1765" y="577"/>
                              </a:lnTo>
                              <a:cubicBezTo>
                                <a:pt x="1769" y="579"/>
                                <a:pt x="1771" y="580"/>
                                <a:pt x="1773" y="582"/>
                              </a:cubicBezTo>
                              <a:lnTo>
                                <a:pt x="1773" y="582"/>
                              </a:lnTo>
                              <a:cubicBezTo>
                                <a:pt x="1776" y="583"/>
                                <a:pt x="1777" y="584"/>
                                <a:pt x="1777" y="584"/>
                              </a:cubicBezTo>
                              <a:lnTo>
                                <a:pt x="1789" y="561"/>
                              </a:lnTo>
                              <a:lnTo>
                                <a:pt x="1789" y="561"/>
                              </a:lnTo>
                              <a:cubicBezTo>
                                <a:pt x="1789" y="561"/>
                                <a:pt x="1788" y="560"/>
                                <a:pt x="1787" y="559"/>
                              </a:cubicBezTo>
                              <a:lnTo>
                                <a:pt x="1787" y="559"/>
                              </a:lnTo>
                              <a:cubicBezTo>
                                <a:pt x="1786" y="558"/>
                                <a:pt x="1784" y="556"/>
                                <a:pt x="1781" y="555"/>
                              </a:cubicBezTo>
                              <a:lnTo>
                                <a:pt x="1781" y="555"/>
                              </a:lnTo>
                              <a:cubicBezTo>
                                <a:pt x="1778" y="553"/>
                                <a:pt x="1774" y="551"/>
                                <a:pt x="1770" y="549"/>
                              </a:cubicBezTo>
                              <a:lnTo>
                                <a:pt x="1770" y="549"/>
                              </a:lnTo>
                              <a:cubicBezTo>
                                <a:pt x="1766" y="548"/>
                                <a:pt x="1761" y="546"/>
                                <a:pt x="1755" y="545"/>
                              </a:cubicBezTo>
                              <a:lnTo>
                                <a:pt x="1755" y="545"/>
                              </a:lnTo>
                              <a:cubicBezTo>
                                <a:pt x="1750" y="544"/>
                                <a:pt x="1743" y="543"/>
                                <a:pt x="1736" y="543"/>
                              </a:cubicBezTo>
                              <a:lnTo>
                                <a:pt x="1736" y="543"/>
                              </a:lnTo>
                              <a:cubicBezTo>
                                <a:pt x="1728" y="543"/>
                                <a:pt x="1721" y="544"/>
                                <a:pt x="1714" y="546"/>
                              </a:cubicBezTo>
                              <a:lnTo>
                                <a:pt x="1714" y="546"/>
                              </a:lnTo>
                              <a:cubicBezTo>
                                <a:pt x="1707" y="548"/>
                                <a:pt x="1700" y="551"/>
                                <a:pt x="1695" y="555"/>
                              </a:cubicBezTo>
                              <a:lnTo>
                                <a:pt x="1695" y="555"/>
                              </a:lnTo>
                              <a:cubicBezTo>
                                <a:pt x="1690" y="559"/>
                                <a:pt x="1686" y="564"/>
                                <a:pt x="1683" y="569"/>
                              </a:cubicBezTo>
                              <a:lnTo>
                                <a:pt x="1683" y="569"/>
                              </a:lnTo>
                              <a:cubicBezTo>
                                <a:pt x="1680" y="575"/>
                                <a:pt x="1678" y="582"/>
                                <a:pt x="1678" y="589"/>
                              </a:cubicBezTo>
                              <a:lnTo>
                                <a:pt x="1678" y="589"/>
                              </a:lnTo>
                              <a:cubicBezTo>
                                <a:pt x="1678" y="596"/>
                                <a:pt x="1680" y="603"/>
                                <a:pt x="1683" y="608"/>
                              </a:cubicBezTo>
                              <a:lnTo>
                                <a:pt x="1683" y="608"/>
                              </a:lnTo>
                              <a:cubicBezTo>
                                <a:pt x="1686" y="613"/>
                                <a:pt x="1689" y="618"/>
                                <a:pt x="1694" y="622"/>
                              </a:cubicBezTo>
                              <a:lnTo>
                                <a:pt x="1694" y="622"/>
                              </a:lnTo>
                              <a:cubicBezTo>
                                <a:pt x="1699" y="626"/>
                                <a:pt x="1705" y="629"/>
                                <a:pt x="1711" y="632"/>
                              </a:cubicBezTo>
                              <a:lnTo>
                                <a:pt x="1711" y="632"/>
                              </a:lnTo>
                              <a:cubicBezTo>
                                <a:pt x="1716" y="634"/>
                                <a:pt x="1722" y="637"/>
                                <a:pt x="1728" y="640"/>
                              </a:cubicBezTo>
                              <a:lnTo>
                                <a:pt x="1728" y="640"/>
                              </a:lnTo>
                              <a:cubicBezTo>
                                <a:pt x="1734" y="642"/>
                                <a:pt x="1739" y="645"/>
                                <a:pt x="1744" y="647"/>
                              </a:cubicBezTo>
                              <a:lnTo>
                                <a:pt x="1744" y="647"/>
                              </a:lnTo>
                              <a:cubicBezTo>
                                <a:pt x="1749" y="650"/>
                                <a:pt x="1753" y="652"/>
                                <a:pt x="1756" y="655"/>
                              </a:cubicBezTo>
                              <a:lnTo>
                                <a:pt x="1756" y="655"/>
                              </a:lnTo>
                              <a:cubicBezTo>
                                <a:pt x="1759" y="658"/>
                                <a:pt x="1761" y="662"/>
                                <a:pt x="1761" y="666"/>
                              </a:cubicBezTo>
                              <a:lnTo>
                                <a:pt x="1761" y="666"/>
                              </a:lnTo>
                              <a:cubicBezTo>
                                <a:pt x="1761" y="670"/>
                                <a:pt x="1759" y="674"/>
                                <a:pt x="1757" y="677"/>
                              </a:cubicBezTo>
                              <a:lnTo>
                                <a:pt x="1757" y="677"/>
                              </a:lnTo>
                              <a:cubicBezTo>
                                <a:pt x="1754" y="680"/>
                                <a:pt x="1751" y="682"/>
                                <a:pt x="1747" y="684"/>
                              </a:cubicBezTo>
                              <a:lnTo>
                                <a:pt x="1747" y="684"/>
                              </a:lnTo>
                              <a:cubicBezTo>
                                <a:pt x="1743" y="685"/>
                                <a:pt x="1739" y="686"/>
                                <a:pt x="1734" y="686"/>
                              </a:cubicBezTo>
                              <a:lnTo>
                                <a:pt x="1734" y="686"/>
                              </a:lnTo>
                              <a:cubicBezTo>
                                <a:pt x="1728" y="686"/>
                                <a:pt x="1723" y="685"/>
                                <a:pt x="1718" y="684"/>
                              </a:cubicBezTo>
                              <a:lnTo>
                                <a:pt x="1718" y="684"/>
                              </a:lnTo>
                              <a:cubicBezTo>
                                <a:pt x="1714" y="683"/>
                                <a:pt x="1709" y="681"/>
                                <a:pt x="1706" y="679"/>
                              </a:cubicBezTo>
                              <a:lnTo>
                                <a:pt x="1706" y="679"/>
                              </a:lnTo>
                              <a:cubicBezTo>
                                <a:pt x="1702" y="678"/>
                                <a:pt x="1699" y="676"/>
                                <a:pt x="1696" y="674"/>
                              </a:cubicBezTo>
                              <a:lnTo>
                                <a:pt x="1696" y="674"/>
                              </a:lnTo>
                              <a:cubicBezTo>
                                <a:pt x="1693" y="672"/>
                                <a:pt x="1691" y="670"/>
                                <a:pt x="1690" y="669"/>
                              </a:cubicBezTo>
                              <a:lnTo>
                                <a:pt x="1690" y="669"/>
                              </a:lnTo>
                              <a:cubicBezTo>
                                <a:pt x="1689" y="668"/>
                                <a:pt x="1688" y="667"/>
                                <a:pt x="1688" y="667"/>
                              </a:cubicBezTo>
                              <a:lnTo>
                                <a:pt x="1673" y="689"/>
                              </a:lnTo>
                              <a:close/>
                              <a:moveTo>
                                <a:pt x="1830" y="709"/>
                              </a:moveTo>
                              <a:lnTo>
                                <a:pt x="1860" y="709"/>
                              </a:lnTo>
                              <a:lnTo>
                                <a:pt x="1860" y="632"/>
                              </a:lnTo>
                              <a:lnTo>
                                <a:pt x="1884" y="632"/>
                              </a:lnTo>
                              <a:lnTo>
                                <a:pt x="1933" y="709"/>
                              </a:lnTo>
                              <a:lnTo>
                                <a:pt x="1969" y="709"/>
                              </a:lnTo>
                              <a:lnTo>
                                <a:pt x="1909" y="619"/>
                              </a:lnTo>
                              <a:lnTo>
                                <a:pt x="1909" y="618"/>
                              </a:lnTo>
                              <a:lnTo>
                                <a:pt x="1963" y="547"/>
                              </a:lnTo>
                              <a:lnTo>
                                <a:pt x="1928" y="547"/>
                              </a:lnTo>
                              <a:lnTo>
                                <a:pt x="1883" y="606"/>
                              </a:lnTo>
                              <a:lnTo>
                                <a:pt x="1860" y="606"/>
                              </a:lnTo>
                              <a:lnTo>
                                <a:pt x="1860" y="482"/>
                              </a:lnTo>
                              <a:lnTo>
                                <a:pt x="1830" y="482"/>
                              </a:lnTo>
                              <a:lnTo>
                                <a:pt x="1830" y="709"/>
                              </a:lnTo>
                              <a:close/>
                              <a:moveTo>
                                <a:pt x="1998" y="514"/>
                              </a:moveTo>
                              <a:lnTo>
                                <a:pt x="2029" y="514"/>
                              </a:lnTo>
                              <a:lnTo>
                                <a:pt x="2029" y="482"/>
                              </a:lnTo>
                              <a:lnTo>
                                <a:pt x="1998" y="482"/>
                              </a:lnTo>
                              <a:lnTo>
                                <a:pt x="1998" y="514"/>
                              </a:lnTo>
                              <a:close/>
                              <a:moveTo>
                                <a:pt x="1998" y="709"/>
                              </a:moveTo>
                              <a:lnTo>
                                <a:pt x="2029" y="709"/>
                              </a:lnTo>
                              <a:lnTo>
                                <a:pt x="2029" y="547"/>
                              </a:lnTo>
                              <a:lnTo>
                                <a:pt x="1998" y="547"/>
                              </a:lnTo>
                              <a:lnTo>
                                <a:pt x="1998" y="709"/>
                              </a:lnTo>
                              <a:close/>
                              <a:moveTo>
                                <a:pt x="2067" y="627"/>
                              </a:moveTo>
                              <a:lnTo>
                                <a:pt x="2067" y="627"/>
                              </a:lnTo>
                              <a:cubicBezTo>
                                <a:pt x="2067" y="640"/>
                                <a:pt x="2069" y="652"/>
                                <a:pt x="2073" y="662"/>
                              </a:cubicBezTo>
                              <a:lnTo>
                                <a:pt x="2073" y="662"/>
                              </a:lnTo>
                              <a:cubicBezTo>
                                <a:pt x="2077" y="672"/>
                                <a:pt x="2083" y="681"/>
                                <a:pt x="2091" y="688"/>
                              </a:cubicBezTo>
                              <a:lnTo>
                                <a:pt x="2091" y="688"/>
                              </a:lnTo>
                              <a:cubicBezTo>
                                <a:pt x="2098" y="696"/>
                                <a:pt x="2107" y="702"/>
                                <a:pt x="2118" y="706"/>
                              </a:cubicBezTo>
                              <a:lnTo>
                                <a:pt x="2118" y="706"/>
                              </a:lnTo>
                              <a:cubicBezTo>
                                <a:pt x="2128" y="711"/>
                                <a:pt x="2140" y="713"/>
                                <a:pt x="2152" y="713"/>
                              </a:cubicBezTo>
                              <a:lnTo>
                                <a:pt x="2152" y="713"/>
                              </a:lnTo>
                              <a:cubicBezTo>
                                <a:pt x="2160" y="713"/>
                                <a:pt x="2167" y="712"/>
                                <a:pt x="2174" y="710"/>
                              </a:cubicBezTo>
                              <a:lnTo>
                                <a:pt x="2174" y="710"/>
                              </a:lnTo>
                              <a:cubicBezTo>
                                <a:pt x="2180" y="709"/>
                                <a:pt x="2186" y="707"/>
                                <a:pt x="2191" y="705"/>
                              </a:cubicBezTo>
                              <a:lnTo>
                                <a:pt x="2191" y="705"/>
                              </a:lnTo>
                              <a:cubicBezTo>
                                <a:pt x="2196" y="702"/>
                                <a:pt x="2201" y="700"/>
                                <a:pt x="2205" y="698"/>
                              </a:cubicBezTo>
                              <a:lnTo>
                                <a:pt x="2205" y="698"/>
                              </a:lnTo>
                              <a:cubicBezTo>
                                <a:pt x="2209" y="696"/>
                                <a:pt x="2211" y="694"/>
                                <a:pt x="2213" y="692"/>
                              </a:cubicBezTo>
                              <a:lnTo>
                                <a:pt x="2213" y="692"/>
                              </a:lnTo>
                              <a:cubicBezTo>
                                <a:pt x="2215" y="691"/>
                                <a:pt x="2216" y="690"/>
                                <a:pt x="2216" y="690"/>
                              </a:cubicBezTo>
                              <a:lnTo>
                                <a:pt x="2203" y="667"/>
                              </a:lnTo>
                              <a:lnTo>
                                <a:pt x="2203" y="667"/>
                              </a:lnTo>
                              <a:cubicBezTo>
                                <a:pt x="2203" y="667"/>
                                <a:pt x="2202" y="668"/>
                                <a:pt x="2201" y="669"/>
                              </a:cubicBezTo>
                              <a:lnTo>
                                <a:pt x="2201" y="669"/>
                              </a:lnTo>
                              <a:cubicBezTo>
                                <a:pt x="2199" y="670"/>
                                <a:pt x="2196" y="672"/>
                                <a:pt x="2193" y="674"/>
                              </a:cubicBezTo>
                              <a:lnTo>
                                <a:pt x="2193" y="674"/>
                              </a:lnTo>
                              <a:cubicBezTo>
                                <a:pt x="2190" y="676"/>
                                <a:pt x="2187" y="678"/>
                                <a:pt x="2183" y="679"/>
                              </a:cubicBezTo>
                              <a:lnTo>
                                <a:pt x="2183" y="679"/>
                              </a:lnTo>
                              <a:cubicBezTo>
                                <a:pt x="2179" y="681"/>
                                <a:pt x="2175" y="683"/>
                                <a:pt x="2170" y="684"/>
                              </a:cubicBezTo>
                              <a:lnTo>
                                <a:pt x="2170" y="684"/>
                              </a:lnTo>
                              <a:cubicBezTo>
                                <a:pt x="2165" y="685"/>
                                <a:pt x="2160" y="686"/>
                                <a:pt x="2154" y="686"/>
                              </a:cubicBezTo>
                              <a:lnTo>
                                <a:pt x="2154" y="686"/>
                              </a:lnTo>
                              <a:cubicBezTo>
                                <a:pt x="2147" y="686"/>
                                <a:pt x="2140" y="685"/>
                                <a:pt x="2134" y="683"/>
                              </a:cubicBezTo>
                              <a:lnTo>
                                <a:pt x="2134" y="683"/>
                              </a:lnTo>
                              <a:cubicBezTo>
                                <a:pt x="2127" y="680"/>
                                <a:pt x="2122" y="677"/>
                                <a:pt x="2117" y="673"/>
                              </a:cubicBezTo>
                              <a:lnTo>
                                <a:pt x="2117" y="673"/>
                              </a:lnTo>
                              <a:cubicBezTo>
                                <a:pt x="2111" y="668"/>
                                <a:pt x="2107" y="663"/>
                                <a:pt x="2104" y="656"/>
                              </a:cubicBezTo>
                              <a:lnTo>
                                <a:pt x="2104" y="656"/>
                              </a:lnTo>
                              <a:cubicBezTo>
                                <a:pt x="2101" y="649"/>
                                <a:pt x="2099" y="642"/>
                                <a:pt x="2099" y="632"/>
                              </a:cubicBezTo>
                              <a:lnTo>
                                <a:pt x="2217" y="632"/>
                              </a:lnTo>
                              <a:lnTo>
                                <a:pt x="2217" y="632"/>
                              </a:lnTo>
                              <a:cubicBezTo>
                                <a:pt x="2217" y="632"/>
                                <a:pt x="2218" y="631"/>
                                <a:pt x="2218" y="629"/>
                              </a:cubicBezTo>
                              <a:lnTo>
                                <a:pt x="2218" y="629"/>
                              </a:lnTo>
                              <a:cubicBezTo>
                                <a:pt x="2218" y="628"/>
                                <a:pt x="2218" y="626"/>
                                <a:pt x="2218" y="624"/>
                              </a:cubicBezTo>
                              <a:lnTo>
                                <a:pt x="2218" y="624"/>
                              </a:lnTo>
                              <a:cubicBezTo>
                                <a:pt x="2218" y="622"/>
                                <a:pt x="2218" y="620"/>
                                <a:pt x="2218" y="619"/>
                              </a:cubicBezTo>
                              <a:lnTo>
                                <a:pt x="2218" y="619"/>
                              </a:lnTo>
                              <a:cubicBezTo>
                                <a:pt x="2218" y="608"/>
                                <a:pt x="2217" y="598"/>
                                <a:pt x="2214" y="589"/>
                              </a:cubicBezTo>
                              <a:lnTo>
                                <a:pt x="2214" y="589"/>
                              </a:lnTo>
                              <a:cubicBezTo>
                                <a:pt x="2211" y="580"/>
                                <a:pt x="2207" y="572"/>
                                <a:pt x="2201" y="565"/>
                              </a:cubicBezTo>
                              <a:lnTo>
                                <a:pt x="2201" y="565"/>
                              </a:lnTo>
                              <a:cubicBezTo>
                                <a:pt x="2194" y="558"/>
                                <a:pt x="2186" y="553"/>
                                <a:pt x="2178" y="549"/>
                              </a:cubicBezTo>
                              <a:lnTo>
                                <a:pt x="2178" y="549"/>
                              </a:lnTo>
                              <a:cubicBezTo>
                                <a:pt x="2169" y="545"/>
                                <a:pt x="2159" y="543"/>
                                <a:pt x="2148" y="543"/>
                              </a:cubicBezTo>
                              <a:lnTo>
                                <a:pt x="2148" y="543"/>
                              </a:lnTo>
                              <a:cubicBezTo>
                                <a:pt x="2136" y="543"/>
                                <a:pt x="2126" y="545"/>
                                <a:pt x="2116" y="549"/>
                              </a:cubicBezTo>
                              <a:lnTo>
                                <a:pt x="2116" y="549"/>
                              </a:lnTo>
                              <a:cubicBezTo>
                                <a:pt x="2106" y="553"/>
                                <a:pt x="2098" y="559"/>
                                <a:pt x="2090" y="566"/>
                              </a:cubicBezTo>
                              <a:lnTo>
                                <a:pt x="2090" y="566"/>
                              </a:lnTo>
                              <a:cubicBezTo>
                                <a:pt x="2083" y="573"/>
                                <a:pt x="2077" y="582"/>
                                <a:pt x="2073" y="593"/>
                              </a:cubicBezTo>
                              <a:lnTo>
                                <a:pt x="2073" y="593"/>
                              </a:lnTo>
                              <a:cubicBezTo>
                                <a:pt x="2069" y="603"/>
                                <a:pt x="2067" y="615"/>
                                <a:pt x="2067" y="627"/>
                              </a:cubicBezTo>
                              <a:close/>
                              <a:moveTo>
                                <a:pt x="2100" y="609"/>
                              </a:moveTo>
                              <a:lnTo>
                                <a:pt x="2100" y="609"/>
                              </a:lnTo>
                              <a:cubicBezTo>
                                <a:pt x="2101" y="600"/>
                                <a:pt x="2104" y="592"/>
                                <a:pt x="2109" y="586"/>
                              </a:cubicBezTo>
                              <a:lnTo>
                                <a:pt x="2109" y="586"/>
                              </a:lnTo>
                              <a:cubicBezTo>
                                <a:pt x="2113" y="580"/>
                                <a:pt x="2119" y="576"/>
                                <a:pt x="2125" y="572"/>
                              </a:cubicBezTo>
                              <a:lnTo>
                                <a:pt x="2125" y="572"/>
                              </a:lnTo>
                              <a:cubicBezTo>
                                <a:pt x="2132" y="569"/>
                                <a:pt x="2139" y="568"/>
                                <a:pt x="2147" y="568"/>
                              </a:cubicBezTo>
                              <a:lnTo>
                                <a:pt x="2147" y="568"/>
                              </a:lnTo>
                              <a:cubicBezTo>
                                <a:pt x="2154" y="568"/>
                                <a:pt x="2160" y="569"/>
                                <a:pt x="2166" y="572"/>
                              </a:cubicBezTo>
                              <a:lnTo>
                                <a:pt x="2166" y="572"/>
                              </a:lnTo>
                              <a:cubicBezTo>
                                <a:pt x="2172" y="575"/>
                                <a:pt x="2176" y="580"/>
                                <a:pt x="2180" y="586"/>
                              </a:cubicBezTo>
                              <a:lnTo>
                                <a:pt x="2180" y="586"/>
                              </a:lnTo>
                              <a:cubicBezTo>
                                <a:pt x="2184" y="592"/>
                                <a:pt x="2186" y="599"/>
                                <a:pt x="2186" y="609"/>
                              </a:cubicBezTo>
                              <a:lnTo>
                                <a:pt x="2100" y="6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1313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3451807" name="Freeform 5"/>
                      <wps:cNvSpPr>
                        <a:spLocks noEditPoints="1"/>
                      </wps:cNvSpPr>
                      <wps:spPr bwMode="auto">
                        <a:xfrm>
                          <a:off x="1054191" y="218440"/>
                          <a:ext cx="1280795" cy="103505"/>
                        </a:xfrm>
                        <a:custGeom>
                          <a:avLst/>
                          <a:gdLst>
                            <a:gd name="T0" fmla="*/ 152 w 3571"/>
                            <a:gd name="T1" fmla="*/ 224 h 299"/>
                            <a:gd name="T2" fmla="*/ 71 w 3571"/>
                            <a:gd name="T3" fmla="*/ 65 h 299"/>
                            <a:gd name="T4" fmla="*/ 102 w 3571"/>
                            <a:gd name="T5" fmla="*/ 222 h 299"/>
                            <a:gd name="T6" fmla="*/ 70 w 3571"/>
                            <a:gd name="T7" fmla="*/ 272 h 299"/>
                            <a:gd name="T8" fmla="*/ 37 w 3571"/>
                            <a:gd name="T9" fmla="*/ 117 h 299"/>
                            <a:gd name="T10" fmla="*/ 96 w 3571"/>
                            <a:gd name="T11" fmla="*/ 200 h 299"/>
                            <a:gd name="T12" fmla="*/ 364 w 3571"/>
                            <a:gd name="T13" fmla="*/ 149 h 299"/>
                            <a:gd name="T14" fmla="*/ 221 w 3571"/>
                            <a:gd name="T15" fmla="*/ 149 h 299"/>
                            <a:gd name="T16" fmla="*/ 328 w 3571"/>
                            <a:gd name="T17" fmla="*/ 173 h 299"/>
                            <a:gd name="T18" fmla="*/ 651 w 3571"/>
                            <a:gd name="T19" fmla="*/ 171 h 299"/>
                            <a:gd name="T20" fmla="*/ 621 w 3571"/>
                            <a:gd name="T21" fmla="*/ 38 h 299"/>
                            <a:gd name="T22" fmla="*/ 1048 w 3571"/>
                            <a:gd name="T23" fmla="*/ 212 h 299"/>
                            <a:gd name="T24" fmla="*/ 963 w 3571"/>
                            <a:gd name="T25" fmla="*/ 6 h 299"/>
                            <a:gd name="T26" fmla="*/ 994 w 3571"/>
                            <a:gd name="T27" fmla="*/ 206 h 299"/>
                            <a:gd name="T28" fmla="*/ 1017 w 3571"/>
                            <a:gd name="T29" fmla="*/ 36 h 299"/>
                            <a:gd name="T30" fmla="*/ 1147 w 3571"/>
                            <a:gd name="T31" fmla="*/ 204 h 299"/>
                            <a:gd name="T32" fmla="*/ 1251 w 3571"/>
                            <a:gd name="T33" fmla="*/ 39 h 299"/>
                            <a:gd name="T34" fmla="*/ 1113 w 3571"/>
                            <a:gd name="T35" fmla="*/ 43 h 299"/>
                            <a:gd name="T36" fmla="*/ 1223 w 3571"/>
                            <a:gd name="T37" fmla="*/ 68 h 299"/>
                            <a:gd name="T38" fmla="*/ 1112 w 3571"/>
                            <a:gd name="T39" fmla="*/ 222 h 299"/>
                            <a:gd name="T40" fmla="*/ 1558 w 3571"/>
                            <a:gd name="T41" fmla="*/ 31 h 299"/>
                            <a:gd name="T42" fmla="*/ 1768 w 3571"/>
                            <a:gd name="T43" fmla="*/ 137 h 299"/>
                            <a:gd name="T44" fmla="*/ 1614 w 3571"/>
                            <a:gd name="T45" fmla="*/ 77 h 299"/>
                            <a:gd name="T46" fmla="*/ 1731 w 3571"/>
                            <a:gd name="T47" fmla="*/ 151 h 299"/>
                            <a:gd name="T48" fmla="*/ 1628 w 3571"/>
                            <a:gd name="T49" fmla="*/ 227 h 299"/>
                            <a:gd name="T50" fmla="*/ 1665 w 3571"/>
                            <a:gd name="T51" fmla="*/ 36 h 299"/>
                            <a:gd name="T52" fmla="*/ 1710 w 3571"/>
                            <a:gd name="T53" fmla="*/ 121 h 299"/>
                            <a:gd name="T54" fmla="*/ 1948 w 3571"/>
                            <a:gd name="T55" fmla="*/ 190 h 299"/>
                            <a:gd name="T56" fmla="*/ 1890 w 3571"/>
                            <a:gd name="T57" fmla="*/ 32 h 299"/>
                            <a:gd name="T58" fmla="*/ 1905 w 3571"/>
                            <a:gd name="T59" fmla="*/ 132 h 299"/>
                            <a:gd name="T60" fmla="*/ 1831 w 3571"/>
                            <a:gd name="T61" fmla="*/ 189 h 299"/>
                            <a:gd name="T62" fmla="*/ 2181 w 3571"/>
                            <a:gd name="T63" fmla="*/ 183 h 299"/>
                            <a:gd name="T64" fmla="*/ 2248 w 3571"/>
                            <a:gd name="T65" fmla="*/ 54 h 299"/>
                            <a:gd name="T66" fmla="*/ 2310 w 3571"/>
                            <a:gd name="T67" fmla="*/ 195 h 299"/>
                            <a:gd name="T68" fmla="*/ 2481 w 3571"/>
                            <a:gd name="T69" fmla="*/ 231 h 299"/>
                            <a:gd name="T70" fmla="*/ 2535 w 3571"/>
                            <a:gd name="T71" fmla="*/ 94 h 299"/>
                            <a:gd name="T72" fmla="*/ 2433 w 3571"/>
                            <a:gd name="T73" fmla="*/ 104 h 299"/>
                            <a:gd name="T74" fmla="*/ 2466 w 3571"/>
                            <a:gd name="T75" fmla="*/ 132 h 299"/>
                            <a:gd name="T76" fmla="*/ 2503 w 3571"/>
                            <a:gd name="T77" fmla="*/ 153 h 299"/>
                            <a:gd name="T78" fmla="*/ 2619 w 3571"/>
                            <a:gd name="T79" fmla="*/ 231 h 299"/>
                            <a:gd name="T80" fmla="*/ 2676 w 3571"/>
                            <a:gd name="T81" fmla="*/ 67 h 299"/>
                            <a:gd name="T82" fmla="*/ 2695 w 3571"/>
                            <a:gd name="T83" fmla="*/ 211 h 299"/>
                            <a:gd name="T84" fmla="*/ 2811 w 3571"/>
                            <a:gd name="T85" fmla="*/ 169 h 299"/>
                            <a:gd name="T86" fmla="*/ 2759 w 3571"/>
                            <a:gd name="T87" fmla="*/ 92 h 299"/>
                            <a:gd name="T88" fmla="*/ 2759 w 3571"/>
                            <a:gd name="T89" fmla="*/ 65 h 299"/>
                            <a:gd name="T90" fmla="*/ 2767 w 3571"/>
                            <a:gd name="T91" fmla="*/ 169 h 299"/>
                            <a:gd name="T92" fmla="*/ 2713 w 3571"/>
                            <a:gd name="T93" fmla="*/ 191 h 299"/>
                            <a:gd name="T94" fmla="*/ 2895 w 3571"/>
                            <a:gd name="T95" fmla="*/ 190 h 299"/>
                            <a:gd name="T96" fmla="*/ 2840 w 3571"/>
                            <a:gd name="T97" fmla="*/ 231 h 299"/>
                            <a:gd name="T98" fmla="*/ 3110 w 3571"/>
                            <a:gd name="T99" fmla="*/ 206 h 299"/>
                            <a:gd name="T100" fmla="*/ 3057 w 3571"/>
                            <a:gd name="T101" fmla="*/ 67 h 299"/>
                            <a:gd name="T102" fmla="*/ 3093 w 3571"/>
                            <a:gd name="T103" fmla="*/ 94 h 299"/>
                            <a:gd name="T104" fmla="*/ 3005 w 3571"/>
                            <a:gd name="T105" fmla="*/ 186 h 299"/>
                            <a:gd name="T106" fmla="*/ 3098 w 3571"/>
                            <a:gd name="T107" fmla="*/ 193 h 299"/>
                            <a:gd name="T108" fmla="*/ 3293 w 3571"/>
                            <a:gd name="T109" fmla="*/ 109 h 299"/>
                            <a:gd name="T110" fmla="*/ 3348 w 3571"/>
                            <a:gd name="T111" fmla="*/ 200 h 299"/>
                            <a:gd name="T112" fmla="*/ 3239 w 3571"/>
                            <a:gd name="T113" fmla="*/ 200 h 299"/>
                            <a:gd name="T114" fmla="*/ 3491 w 3571"/>
                            <a:gd name="T115" fmla="*/ 235 h 299"/>
                            <a:gd name="T116" fmla="*/ 3571 w 3571"/>
                            <a:gd name="T117" fmla="*/ 128 h 299"/>
                            <a:gd name="T118" fmla="*/ 3462 w 3571"/>
                            <a:gd name="T119" fmla="*/ 104 h 299"/>
                            <a:gd name="T120" fmla="*/ 3496 w 3571"/>
                            <a:gd name="T121" fmla="*/ 132 h 299"/>
                            <a:gd name="T122" fmla="*/ 3517 w 3571"/>
                            <a:gd name="T123" fmla="*/ 153 h 2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3571" h="299">
                              <a:moveTo>
                                <a:pt x="25" y="260"/>
                              </a:moveTo>
                              <a:lnTo>
                                <a:pt x="15" y="285"/>
                              </a:lnTo>
                              <a:lnTo>
                                <a:pt x="15" y="285"/>
                              </a:lnTo>
                              <a:cubicBezTo>
                                <a:pt x="20" y="288"/>
                                <a:pt x="26" y="290"/>
                                <a:pt x="32" y="292"/>
                              </a:cubicBezTo>
                              <a:lnTo>
                                <a:pt x="32" y="292"/>
                              </a:lnTo>
                              <a:cubicBezTo>
                                <a:pt x="38" y="294"/>
                                <a:pt x="44" y="296"/>
                                <a:pt x="51" y="297"/>
                              </a:cubicBezTo>
                              <a:lnTo>
                                <a:pt x="51" y="297"/>
                              </a:lnTo>
                              <a:cubicBezTo>
                                <a:pt x="57" y="298"/>
                                <a:pt x="64" y="299"/>
                                <a:pt x="70" y="299"/>
                              </a:cubicBezTo>
                              <a:lnTo>
                                <a:pt x="70" y="299"/>
                              </a:lnTo>
                              <a:cubicBezTo>
                                <a:pt x="78" y="299"/>
                                <a:pt x="86" y="298"/>
                                <a:pt x="95" y="296"/>
                              </a:cubicBezTo>
                              <a:lnTo>
                                <a:pt x="95" y="296"/>
                              </a:lnTo>
                              <a:cubicBezTo>
                                <a:pt x="103" y="295"/>
                                <a:pt x="111" y="292"/>
                                <a:pt x="117" y="288"/>
                              </a:cubicBezTo>
                              <a:lnTo>
                                <a:pt x="117" y="288"/>
                              </a:lnTo>
                              <a:cubicBezTo>
                                <a:pt x="124" y="285"/>
                                <a:pt x="130" y="280"/>
                                <a:pt x="136" y="274"/>
                              </a:cubicBezTo>
                              <a:lnTo>
                                <a:pt x="136" y="274"/>
                              </a:lnTo>
                              <a:cubicBezTo>
                                <a:pt x="141" y="268"/>
                                <a:pt x="145" y="260"/>
                                <a:pt x="148" y="252"/>
                              </a:cubicBezTo>
                              <a:lnTo>
                                <a:pt x="148" y="252"/>
                              </a:lnTo>
                              <a:cubicBezTo>
                                <a:pt x="151" y="244"/>
                                <a:pt x="152" y="235"/>
                                <a:pt x="152" y="224"/>
                              </a:cubicBezTo>
                              <a:lnTo>
                                <a:pt x="152" y="69"/>
                              </a:lnTo>
                              <a:lnTo>
                                <a:pt x="123" y="69"/>
                              </a:lnTo>
                              <a:lnTo>
                                <a:pt x="123" y="84"/>
                              </a:lnTo>
                              <a:lnTo>
                                <a:pt x="123" y="84"/>
                              </a:lnTo>
                              <a:cubicBezTo>
                                <a:pt x="123" y="85"/>
                                <a:pt x="123" y="86"/>
                                <a:pt x="123" y="87"/>
                              </a:cubicBezTo>
                              <a:lnTo>
                                <a:pt x="123" y="87"/>
                              </a:lnTo>
                              <a:cubicBezTo>
                                <a:pt x="123" y="88"/>
                                <a:pt x="123" y="89"/>
                                <a:pt x="123" y="89"/>
                              </a:cubicBezTo>
                              <a:lnTo>
                                <a:pt x="122" y="89"/>
                              </a:lnTo>
                              <a:lnTo>
                                <a:pt x="122" y="89"/>
                              </a:lnTo>
                              <a:cubicBezTo>
                                <a:pt x="123" y="89"/>
                                <a:pt x="122" y="88"/>
                                <a:pt x="121" y="86"/>
                              </a:cubicBezTo>
                              <a:lnTo>
                                <a:pt x="121" y="86"/>
                              </a:lnTo>
                              <a:cubicBezTo>
                                <a:pt x="120" y="85"/>
                                <a:pt x="118" y="83"/>
                                <a:pt x="116" y="81"/>
                              </a:cubicBezTo>
                              <a:lnTo>
                                <a:pt x="116" y="81"/>
                              </a:lnTo>
                              <a:cubicBezTo>
                                <a:pt x="113" y="78"/>
                                <a:pt x="110" y="76"/>
                                <a:pt x="106" y="73"/>
                              </a:cubicBezTo>
                              <a:lnTo>
                                <a:pt x="106" y="73"/>
                              </a:lnTo>
                              <a:cubicBezTo>
                                <a:pt x="103" y="71"/>
                                <a:pt x="98" y="69"/>
                                <a:pt x="91" y="68"/>
                              </a:cubicBezTo>
                              <a:lnTo>
                                <a:pt x="91" y="68"/>
                              </a:lnTo>
                              <a:cubicBezTo>
                                <a:pt x="85" y="66"/>
                                <a:pt x="79" y="65"/>
                                <a:pt x="71" y="65"/>
                              </a:cubicBezTo>
                              <a:lnTo>
                                <a:pt x="71" y="65"/>
                              </a:lnTo>
                              <a:cubicBezTo>
                                <a:pt x="60" y="65"/>
                                <a:pt x="50" y="67"/>
                                <a:pt x="41" y="71"/>
                              </a:cubicBezTo>
                              <a:lnTo>
                                <a:pt x="41" y="71"/>
                              </a:lnTo>
                              <a:cubicBezTo>
                                <a:pt x="32" y="75"/>
                                <a:pt x="25" y="81"/>
                                <a:pt x="19" y="88"/>
                              </a:cubicBezTo>
                              <a:lnTo>
                                <a:pt x="19" y="88"/>
                              </a:lnTo>
                              <a:cubicBezTo>
                                <a:pt x="13" y="95"/>
                                <a:pt x="8" y="104"/>
                                <a:pt x="5" y="114"/>
                              </a:cubicBezTo>
                              <a:lnTo>
                                <a:pt x="5" y="114"/>
                              </a:lnTo>
                              <a:cubicBezTo>
                                <a:pt x="2" y="123"/>
                                <a:pt x="0" y="134"/>
                                <a:pt x="0" y="146"/>
                              </a:cubicBezTo>
                              <a:lnTo>
                                <a:pt x="0" y="146"/>
                              </a:lnTo>
                              <a:cubicBezTo>
                                <a:pt x="1" y="157"/>
                                <a:pt x="2" y="169"/>
                                <a:pt x="5" y="179"/>
                              </a:cubicBezTo>
                              <a:lnTo>
                                <a:pt x="5" y="179"/>
                              </a:lnTo>
                              <a:cubicBezTo>
                                <a:pt x="9" y="189"/>
                                <a:pt x="13" y="198"/>
                                <a:pt x="20" y="205"/>
                              </a:cubicBezTo>
                              <a:lnTo>
                                <a:pt x="20" y="205"/>
                              </a:lnTo>
                              <a:cubicBezTo>
                                <a:pt x="26" y="213"/>
                                <a:pt x="33" y="219"/>
                                <a:pt x="42" y="223"/>
                              </a:cubicBezTo>
                              <a:lnTo>
                                <a:pt x="42" y="223"/>
                              </a:lnTo>
                              <a:cubicBezTo>
                                <a:pt x="51" y="227"/>
                                <a:pt x="61" y="229"/>
                                <a:pt x="72" y="229"/>
                              </a:cubicBezTo>
                              <a:lnTo>
                                <a:pt x="72" y="229"/>
                              </a:lnTo>
                              <a:cubicBezTo>
                                <a:pt x="84" y="229"/>
                                <a:pt x="95" y="227"/>
                                <a:pt x="102" y="222"/>
                              </a:cubicBezTo>
                              <a:lnTo>
                                <a:pt x="102" y="222"/>
                              </a:lnTo>
                              <a:cubicBezTo>
                                <a:pt x="110" y="218"/>
                                <a:pt x="116" y="212"/>
                                <a:pt x="121" y="204"/>
                              </a:cubicBezTo>
                              <a:lnTo>
                                <a:pt x="122" y="204"/>
                              </a:lnTo>
                              <a:lnTo>
                                <a:pt x="122" y="204"/>
                              </a:lnTo>
                              <a:cubicBezTo>
                                <a:pt x="122" y="204"/>
                                <a:pt x="122" y="204"/>
                                <a:pt x="122" y="205"/>
                              </a:cubicBezTo>
                              <a:lnTo>
                                <a:pt x="122" y="205"/>
                              </a:lnTo>
                              <a:cubicBezTo>
                                <a:pt x="122" y="206"/>
                                <a:pt x="122" y="208"/>
                                <a:pt x="122" y="209"/>
                              </a:cubicBezTo>
                              <a:lnTo>
                                <a:pt x="122" y="209"/>
                              </a:lnTo>
                              <a:cubicBezTo>
                                <a:pt x="122" y="211"/>
                                <a:pt x="122" y="212"/>
                                <a:pt x="122" y="214"/>
                              </a:cubicBezTo>
                              <a:lnTo>
                                <a:pt x="122" y="226"/>
                              </a:lnTo>
                              <a:lnTo>
                                <a:pt x="122" y="226"/>
                              </a:lnTo>
                              <a:cubicBezTo>
                                <a:pt x="121" y="234"/>
                                <a:pt x="120" y="241"/>
                                <a:pt x="117" y="247"/>
                              </a:cubicBezTo>
                              <a:lnTo>
                                <a:pt x="117" y="247"/>
                              </a:lnTo>
                              <a:cubicBezTo>
                                <a:pt x="115" y="253"/>
                                <a:pt x="111" y="257"/>
                                <a:pt x="107" y="261"/>
                              </a:cubicBezTo>
                              <a:lnTo>
                                <a:pt x="107" y="261"/>
                              </a:lnTo>
                              <a:cubicBezTo>
                                <a:pt x="102" y="264"/>
                                <a:pt x="96" y="268"/>
                                <a:pt x="89" y="270"/>
                              </a:cubicBezTo>
                              <a:lnTo>
                                <a:pt x="89" y="270"/>
                              </a:lnTo>
                              <a:cubicBezTo>
                                <a:pt x="83" y="271"/>
                                <a:pt x="77" y="272"/>
                                <a:pt x="70" y="272"/>
                              </a:cubicBezTo>
                              <a:lnTo>
                                <a:pt x="70" y="272"/>
                              </a:lnTo>
                              <a:cubicBezTo>
                                <a:pt x="63" y="272"/>
                                <a:pt x="58" y="271"/>
                                <a:pt x="52" y="270"/>
                              </a:cubicBezTo>
                              <a:lnTo>
                                <a:pt x="52" y="270"/>
                              </a:lnTo>
                              <a:cubicBezTo>
                                <a:pt x="47" y="269"/>
                                <a:pt x="42" y="268"/>
                                <a:pt x="38" y="266"/>
                              </a:cubicBezTo>
                              <a:lnTo>
                                <a:pt x="38" y="266"/>
                              </a:lnTo>
                              <a:cubicBezTo>
                                <a:pt x="34" y="264"/>
                                <a:pt x="31" y="263"/>
                                <a:pt x="29" y="262"/>
                              </a:cubicBezTo>
                              <a:lnTo>
                                <a:pt x="29" y="262"/>
                              </a:lnTo>
                              <a:cubicBezTo>
                                <a:pt x="27" y="261"/>
                                <a:pt x="25" y="260"/>
                                <a:pt x="25" y="260"/>
                              </a:cubicBezTo>
                              <a:close/>
                              <a:moveTo>
                                <a:pt x="78" y="202"/>
                              </a:moveTo>
                              <a:lnTo>
                                <a:pt x="78" y="202"/>
                              </a:lnTo>
                              <a:cubicBezTo>
                                <a:pt x="69" y="202"/>
                                <a:pt x="60" y="200"/>
                                <a:pt x="53" y="195"/>
                              </a:cubicBezTo>
                              <a:lnTo>
                                <a:pt x="53" y="195"/>
                              </a:lnTo>
                              <a:cubicBezTo>
                                <a:pt x="46" y="190"/>
                                <a:pt x="41" y="184"/>
                                <a:pt x="37" y="175"/>
                              </a:cubicBezTo>
                              <a:lnTo>
                                <a:pt x="37" y="175"/>
                              </a:lnTo>
                              <a:cubicBezTo>
                                <a:pt x="34" y="167"/>
                                <a:pt x="32" y="156"/>
                                <a:pt x="32" y="145"/>
                              </a:cubicBezTo>
                              <a:lnTo>
                                <a:pt x="32" y="145"/>
                              </a:lnTo>
                              <a:cubicBezTo>
                                <a:pt x="32" y="134"/>
                                <a:pt x="33" y="125"/>
                                <a:pt x="37" y="117"/>
                              </a:cubicBezTo>
                              <a:lnTo>
                                <a:pt x="37" y="117"/>
                              </a:lnTo>
                              <a:cubicBezTo>
                                <a:pt x="40" y="109"/>
                                <a:pt x="45" y="103"/>
                                <a:pt x="52" y="98"/>
                              </a:cubicBezTo>
                              <a:lnTo>
                                <a:pt x="52" y="98"/>
                              </a:lnTo>
                              <a:cubicBezTo>
                                <a:pt x="58" y="94"/>
                                <a:pt x="66" y="92"/>
                                <a:pt x="76" y="92"/>
                              </a:cubicBezTo>
                              <a:lnTo>
                                <a:pt x="76" y="92"/>
                              </a:lnTo>
                              <a:cubicBezTo>
                                <a:pt x="82" y="92"/>
                                <a:pt x="88" y="93"/>
                                <a:pt x="93" y="94"/>
                              </a:cubicBezTo>
                              <a:lnTo>
                                <a:pt x="93" y="94"/>
                              </a:lnTo>
                              <a:cubicBezTo>
                                <a:pt x="100" y="96"/>
                                <a:pt x="105" y="99"/>
                                <a:pt x="109" y="103"/>
                              </a:cubicBezTo>
                              <a:lnTo>
                                <a:pt x="109" y="103"/>
                              </a:lnTo>
                              <a:cubicBezTo>
                                <a:pt x="113" y="107"/>
                                <a:pt x="116" y="113"/>
                                <a:pt x="119" y="120"/>
                              </a:cubicBezTo>
                              <a:lnTo>
                                <a:pt x="119" y="120"/>
                              </a:lnTo>
                              <a:cubicBezTo>
                                <a:pt x="121" y="127"/>
                                <a:pt x="122" y="135"/>
                                <a:pt x="122" y="146"/>
                              </a:cubicBezTo>
                              <a:lnTo>
                                <a:pt x="122" y="146"/>
                              </a:lnTo>
                              <a:cubicBezTo>
                                <a:pt x="122" y="156"/>
                                <a:pt x="121" y="166"/>
                                <a:pt x="119" y="173"/>
                              </a:cubicBezTo>
                              <a:lnTo>
                                <a:pt x="119" y="173"/>
                              </a:lnTo>
                              <a:cubicBezTo>
                                <a:pt x="116" y="180"/>
                                <a:pt x="113" y="186"/>
                                <a:pt x="109" y="190"/>
                              </a:cubicBezTo>
                              <a:lnTo>
                                <a:pt x="109" y="190"/>
                              </a:lnTo>
                              <a:cubicBezTo>
                                <a:pt x="105" y="195"/>
                                <a:pt x="101" y="198"/>
                                <a:pt x="96" y="200"/>
                              </a:cubicBezTo>
                              <a:lnTo>
                                <a:pt x="96" y="200"/>
                              </a:lnTo>
                              <a:cubicBezTo>
                                <a:pt x="89" y="201"/>
                                <a:pt x="84" y="202"/>
                                <a:pt x="78" y="202"/>
                              </a:cubicBezTo>
                              <a:close/>
                              <a:moveTo>
                                <a:pt x="189" y="149"/>
                              </a:moveTo>
                              <a:lnTo>
                                <a:pt x="189" y="149"/>
                              </a:lnTo>
                              <a:cubicBezTo>
                                <a:pt x="189" y="162"/>
                                <a:pt x="191" y="174"/>
                                <a:pt x="196" y="184"/>
                              </a:cubicBezTo>
                              <a:lnTo>
                                <a:pt x="196" y="184"/>
                              </a:lnTo>
                              <a:cubicBezTo>
                                <a:pt x="200" y="194"/>
                                <a:pt x="207" y="203"/>
                                <a:pt x="214" y="211"/>
                              </a:cubicBezTo>
                              <a:lnTo>
                                <a:pt x="214" y="211"/>
                              </a:lnTo>
                              <a:cubicBezTo>
                                <a:pt x="222" y="218"/>
                                <a:pt x="232" y="224"/>
                                <a:pt x="243" y="228"/>
                              </a:cubicBezTo>
                              <a:lnTo>
                                <a:pt x="243" y="228"/>
                              </a:lnTo>
                              <a:cubicBezTo>
                                <a:pt x="254" y="233"/>
                                <a:pt x="265" y="235"/>
                                <a:pt x="277" y="235"/>
                              </a:cubicBezTo>
                              <a:lnTo>
                                <a:pt x="277" y="235"/>
                              </a:lnTo>
                              <a:cubicBezTo>
                                <a:pt x="289" y="235"/>
                                <a:pt x="300" y="233"/>
                                <a:pt x="311" y="228"/>
                              </a:cubicBezTo>
                              <a:lnTo>
                                <a:pt x="311" y="228"/>
                              </a:lnTo>
                              <a:cubicBezTo>
                                <a:pt x="321" y="224"/>
                                <a:pt x="330" y="218"/>
                                <a:pt x="338" y="211"/>
                              </a:cubicBezTo>
                              <a:lnTo>
                                <a:pt x="338" y="211"/>
                              </a:lnTo>
                              <a:cubicBezTo>
                                <a:pt x="346" y="203"/>
                                <a:pt x="353" y="194"/>
                                <a:pt x="357" y="184"/>
                              </a:cubicBezTo>
                              <a:lnTo>
                                <a:pt x="357" y="184"/>
                              </a:lnTo>
                              <a:cubicBezTo>
                                <a:pt x="361" y="174"/>
                                <a:pt x="364" y="162"/>
                                <a:pt x="364" y="149"/>
                              </a:cubicBezTo>
                              <a:lnTo>
                                <a:pt x="364" y="149"/>
                              </a:lnTo>
                              <a:cubicBezTo>
                                <a:pt x="364" y="137"/>
                                <a:pt x="361" y="126"/>
                                <a:pt x="357" y="115"/>
                              </a:cubicBezTo>
                              <a:lnTo>
                                <a:pt x="357" y="115"/>
                              </a:lnTo>
                              <a:cubicBezTo>
                                <a:pt x="353" y="105"/>
                                <a:pt x="346" y="96"/>
                                <a:pt x="338" y="89"/>
                              </a:cubicBezTo>
                              <a:lnTo>
                                <a:pt x="338" y="89"/>
                              </a:lnTo>
                              <a:cubicBezTo>
                                <a:pt x="330" y="81"/>
                                <a:pt x="321" y="75"/>
                                <a:pt x="311" y="71"/>
                              </a:cubicBezTo>
                              <a:lnTo>
                                <a:pt x="311" y="71"/>
                              </a:lnTo>
                              <a:cubicBezTo>
                                <a:pt x="300" y="67"/>
                                <a:pt x="289" y="65"/>
                                <a:pt x="277" y="65"/>
                              </a:cubicBezTo>
                              <a:lnTo>
                                <a:pt x="277" y="65"/>
                              </a:lnTo>
                              <a:cubicBezTo>
                                <a:pt x="265" y="65"/>
                                <a:pt x="254" y="67"/>
                                <a:pt x="243" y="71"/>
                              </a:cubicBezTo>
                              <a:lnTo>
                                <a:pt x="243" y="71"/>
                              </a:lnTo>
                              <a:cubicBezTo>
                                <a:pt x="232" y="75"/>
                                <a:pt x="222" y="81"/>
                                <a:pt x="214" y="89"/>
                              </a:cubicBezTo>
                              <a:lnTo>
                                <a:pt x="214" y="89"/>
                              </a:lnTo>
                              <a:cubicBezTo>
                                <a:pt x="207" y="96"/>
                                <a:pt x="200" y="105"/>
                                <a:pt x="196" y="115"/>
                              </a:cubicBezTo>
                              <a:lnTo>
                                <a:pt x="196" y="115"/>
                              </a:lnTo>
                              <a:cubicBezTo>
                                <a:pt x="191" y="126"/>
                                <a:pt x="189" y="137"/>
                                <a:pt x="189" y="149"/>
                              </a:cubicBezTo>
                              <a:close/>
                              <a:moveTo>
                                <a:pt x="221" y="149"/>
                              </a:moveTo>
                              <a:lnTo>
                                <a:pt x="221" y="149"/>
                              </a:lnTo>
                              <a:cubicBezTo>
                                <a:pt x="221" y="141"/>
                                <a:pt x="222" y="133"/>
                                <a:pt x="225" y="126"/>
                              </a:cubicBezTo>
                              <a:lnTo>
                                <a:pt x="225" y="126"/>
                              </a:lnTo>
                              <a:cubicBezTo>
                                <a:pt x="228" y="119"/>
                                <a:pt x="232" y="113"/>
                                <a:pt x="238" y="108"/>
                              </a:cubicBezTo>
                              <a:lnTo>
                                <a:pt x="238" y="108"/>
                              </a:lnTo>
                              <a:cubicBezTo>
                                <a:pt x="243" y="103"/>
                                <a:pt x="249" y="99"/>
                                <a:pt x="255" y="96"/>
                              </a:cubicBezTo>
                              <a:lnTo>
                                <a:pt x="255" y="96"/>
                              </a:lnTo>
                              <a:cubicBezTo>
                                <a:pt x="262" y="93"/>
                                <a:pt x="269" y="92"/>
                                <a:pt x="277" y="92"/>
                              </a:cubicBezTo>
                              <a:lnTo>
                                <a:pt x="277" y="92"/>
                              </a:lnTo>
                              <a:cubicBezTo>
                                <a:pt x="285" y="92"/>
                                <a:pt x="292" y="93"/>
                                <a:pt x="298" y="96"/>
                              </a:cubicBezTo>
                              <a:lnTo>
                                <a:pt x="298" y="96"/>
                              </a:lnTo>
                              <a:cubicBezTo>
                                <a:pt x="305" y="99"/>
                                <a:pt x="311" y="103"/>
                                <a:pt x="316" y="108"/>
                              </a:cubicBezTo>
                              <a:lnTo>
                                <a:pt x="316" y="108"/>
                              </a:lnTo>
                              <a:cubicBezTo>
                                <a:pt x="321" y="113"/>
                                <a:pt x="325" y="119"/>
                                <a:pt x="328" y="126"/>
                              </a:cubicBezTo>
                              <a:lnTo>
                                <a:pt x="328" y="126"/>
                              </a:lnTo>
                              <a:cubicBezTo>
                                <a:pt x="331" y="133"/>
                                <a:pt x="332" y="141"/>
                                <a:pt x="332" y="149"/>
                              </a:cubicBezTo>
                              <a:lnTo>
                                <a:pt x="332" y="149"/>
                              </a:lnTo>
                              <a:cubicBezTo>
                                <a:pt x="332" y="158"/>
                                <a:pt x="331" y="166"/>
                                <a:pt x="328" y="173"/>
                              </a:cubicBezTo>
                              <a:lnTo>
                                <a:pt x="328" y="173"/>
                              </a:lnTo>
                              <a:cubicBezTo>
                                <a:pt x="325" y="180"/>
                                <a:pt x="321" y="187"/>
                                <a:pt x="316" y="192"/>
                              </a:cubicBezTo>
                              <a:lnTo>
                                <a:pt x="316" y="192"/>
                              </a:lnTo>
                              <a:cubicBezTo>
                                <a:pt x="311" y="197"/>
                                <a:pt x="305" y="201"/>
                                <a:pt x="298" y="204"/>
                              </a:cubicBezTo>
                              <a:lnTo>
                                <a:pt x="298" y="204"/>
                              </a:lnTo>
                              <a:cubicBezTo>
                                <a:pt x="292" y="207"/>
                                <a:pt x="285" y="208"/>
                                <a:pt x="277" y="208"/>
                              </a:cubicBezTo>
                              <a:lnTo>
                                <a:pt x="277" y="208"/>
                              </a:lnTo>
                              <a:cubicBezTo>
                                <a:pt x="269" y="208"/>
                                <a:pt x="262" y="207"/>
                                <a:pt x="255" y="204"/>
                              </a:cubicBezTo>
                              <a:lnTo>
                                <a:pt x="255" y="204"/>
                              </a:lnTo>
                              <a:cubicBezTo>
                                <a:pt x="249" y="201"/>
                                <a:pt x="243" y="197"/>
                                <a:pt x="238" y="192"/>
                              </a:cubicBezTo>
                              <a:lnTo>
                                <a:pt x="238" y="192"/>
                              </a:lnTo>
                              <a:cubicBezTo>
                                <a:pt x="232" y="187"/>
                                <a:pt x="228" y="180"/>
                                <a:pt x="225" y="173"/>
                              </a:cubicBezTo>
                              <a:lnTo>
                                <a:pt x="225" y="173"/>
                              </a:lnTo>
                              <a:cubicBezTo>
                                <a:pt x="222" y="166"/>
                                <a:pt x="221" y="158"/>
                                <a:pt x="221" y="149"/>
                              </a:cubicBezTo>
                              <a:close/>
                              <a:moveTo>
                                <a:pt x="510" y="171"/>
                              </a:moveTo>
                              <a:lnTo>
                                <a:pt x="620" y="171"/>
                              </a:lnTo>
                              <a:lnTo>
                                <a:pt x="620" y="231"/>
                              </a:lnTo>
                              <a:lnTo>
                                <a:pt x="651" y="231"/>
                              </a:lnTo>
                              <a:lnTo>
                                <a:pt x="651" y="171"/>
                              </a:lnTo>
                              <a:lnTo>
                                <a:pt x="682" y="171"/>
                              </a:lnTo>
                              <a:lnTo>
                                <a:pt x="682" y="143"/>
                              </a:lnTo>
                              <a:lnTo>
                                <a:pt x="651" y="143"/>
                              </a:lnTo>
                              <a:lnTo>
                                <a:pt x="651" y="4"/>
                              </a:lnTo>
                              <a:lnTo>
                                <a:pt x="615" y="4"/>
                              </a:lnTo>
                              <a:lnTo>
                                <a:pt x="510" y="150"/>
                              </a:lnTo>
                              <a:lnTo>
                                <a:pt x="510" y="171"/>
                              </a:lnTo>
                              <a:close/>
                              <a:moveTo>
                                <a:pt x="546" y="143"/>
                              </a:moveTo>
                              <a:lnTo>
                                <a:pt x="546" y="142"/>
                              </a:lnTo>
                              <a:lnTo>
                                <a:pt x="609" y="57"/>
                              </a:lnTo>
                              <a:lnTo>
                                <a:pt x="609" y="57"/>
                              </a:lnTo>
                              <a:cubicBezTo>
                                <a:pt x="611" y="54"/>
                                <a:pt x="613" y="51"/>
                                <a:pt x="615" y="48"/>
                              </a:cubicBezTo>
                              <a:lnTo>
                                <a:pt x="615" y="48"/>
                              </a:lnTo>
                              <a:cubicBezTo>
                                <a:pt x="616" y="45"/>
                                <a:pt x="618" y="43"/>
                                <a:pt x="619" y="41"/>
                              </a:cubicBezTo>
                              <a:lnTo>
                                <a:pt x="619" y="41"/>
                              </a:lnTo>
                              <a:cubicBezTo>
                                <a:pt x="620" y="39"/>
                                <a:pt x="620" y="38"/>
                                <a:pt x="620" y="38"/>
                              </a:cubicBezTo>
                              <a:lnTo>
                                <a:pt x="621" y="38"/>
                              </a:lnTo>
                              <a:lnTo>
                                <a:pt x="621" y="38"/>
                              </a:lnTo>
                              <a:cubicBezTo>
                                <a:pt x="621" y="38"/>
                                <a:pt x="621" y="39"/>
                                <a:pt x="621" y="41"/>
                              </a:cubicBezTo>
                              <a:lnTo>
                                <a:pt x="621" y="41"/>
                              </a:lnTo>
                              <a:cubicBezTo>
                                <a:pt x="620" y="44"/>
                                <a:pt x="620" y="46"/>
                                <a:pt x="620" y="50"/>
                              </a:cubicBezTo>
                              <a:lnTo>
                                <a:pt x="620" y="50"/>
                              </a:lnTo>
                              <a:cubicBezTo>
                                <a:pt x="620" y="53"/>
                                <a:pt x="620" y="58"/>
                                <a:pt x="620" y="61"/>
                              </a:cubicBezTo>
                              <a:lnTo>
                                <a:pt x="620" y="143"/>
                              </a:lnTo>
                              <a:lnTo>
                                <a:pt x="546" y="143"/>
                              </a:lnTo>
                              <a:close/>
                              <a:moveTo>
                                <a:pt x="697" y="263"/>
                              </a:moveTo>
                              <a:lnTo>
                                <a:pt x="722" y="263"/>
                              </a:lnTo>
                              <a:lnTo>
                                <a:pt x="748" y="198"/>
                              </a:lnTo>
                              <a:lnTo>
                                <a:pt x="717" y="198"/>
                              </a:lnTo>
                              <a:lnTo>
                                <a:pt x="697" y="263"/>
                              </a:lnTo>
                              <a:close/>
                              <a:moveTo>
                                <a:pt x="994" y="235"/>
                              </a:moveTo>
                              <a:lnTo>
                                <a:pt x="994" y="235"/>
                              </a:lnTo>
                              <a:cubicBezTo>
                                <a:pt x="1006" y="235"/>
                                <a:pt x="1016" y="233"/>
                                <a:pt x="1025" y="229"/>
                              </a:cubicBezTo>
                              <a:lnTo>
                                <a:pt x="1025" y="229"/>
                              </a:lnTo>
                              <a:cubicBezTo>
                                <a:pt x="1034" y="225"/>
                                <a:pt x="1042" y="220"/>
                                <a:pt x="1048" y="212"/>
                              </a:cubicBezTo>
                              <a:lnTo>
                                <a:pt x="1048" y="212"/>
                              </a:lnTo>
                              <a:cubicBezTo>
                                <a:pt x="1054" y="205"/>
                                <a:pt x="1059" y="197"/>
                                <a:pt x="1063" y="187"/>
                              </a:cubicBezTo>
                              <a:lnTo>
                                <a:pt x="1063" y="187"/>
                              </a:lnTo>
                              <a:cubicBezTo>
                                <a:pt x="1066" y="178"/>
                                <a:pt x="1069" y="167"/>
                                <a:pt x="1071" y="154"/>
                              </a:cubicBezTo>
                              <a:lnTo>
                                <a:pt x="1071" y="154"/>
                              </a:lnTo>
                              <a:cubicBezTo>
                                <a:pt x="1073" y="143"/>
                                <a:pt x="1073" y="130"/>
                                <a:pt x="1073" y="117"/>
                              </a:cubicBezTo>
                              <a:lnTo>
                                <a:pt x="1073" y="117"/>
                              </a:lnTo>
                              <a:cubicBezTo>
                                <a:pt x="1073" y="104"/>
                                <a:pt x="1073" y="92"/>
                                <a:pt x="1071" y="80"/>
                              </a:cubicBezTo>
                              <a:lnTo>
                                <a:pt x="1071" y="80"/>
                              </a:lnTo>
                              <a:cubicBezTo>
                                <a:pt x="1069" y="69"/>
                                <a:pt x="1066" y="58"/>
                                <a:pt x="1063" y="48"/>
                              </a:cubicBezTo>
                              <a:lnTo>
                                <a:pt x="1063" y="48"/>
                              </a:lnTo>
                              <a:cubicBezTo>
                                <a:pt x="1059" y="38"/>
                                <a:pt x="1054" y="30"/>
                                <a:pt x="1048" y="23"/>
                              </a:cubicBezTo>
                              <a:lnTo>
                                <a:pt x="1048" y="23"/>
                              </a:lnTo>
                              <a:cubicBezTo>
                                <a:pt x="1042" y="16"/>
                                <a:pt x="1034" y="10"/>
                                <a:pt x="1025" y="6"/>
                              </a:cubicBezTo>
                              <a:lnTo>
                                <a:pt x="1025" y="6"/>
                              </a:lnTo>
                              <a:cubicBezTo>
                                <a:pt x="1016" y="2"/>
                                <a:pt x="1006" y="0"/>
                                <a:pt x="994" y="0"/>
                              </a:cubicBezTo>
                              <a:lnTo>
                                <a:pt x="994" y="0"/>
                              </a:lnTo>
                              <a:cubicBezTo>
                                <a:pt x="982" y="0"/>
                                <a:pt x="971" y="2"/>
                                <a:pt x="963" y="6"/>
                              </a:cubicBezTo>
                              <a:lnTo>
                                <a:pt x="963" y="6"/>
                              </a:lnTo>
                              <a:cubicBezTo>
                                <a:pt x="954" y="10"/>
                                <a:pt x="946" y="16"/>
                                <a:pt x="939" y="23"/>
                              </a:cubicBezTo>
                              <a:lnTo>
                                <a:pt x="939" y="23"/>
                              </a:lnTo>
                              <a:cubicBezTo>
                                <a:pt x="933" y="30"/>
                                <a:pt x="928" y="38"/>
                                <a:pt x="924" y="48"/>
                              </a:cubicBezTo>
                              <a:lnTo>
                                <a:pt x="924" y="48"/>
                              </a:lnTo>
                              <a:cubicBezTo>
                                <a:pt x="920" y="58"/>
                                <a:pt x="918" y="69"/>
                                <a:pt x="916" y="80"/>
                              </a:cubicBezTo>
                              <a:lnTo>
                                <a:pt x="916" y="80"/>
                              </a:lnTo>
                              <a:cubicBezTo>
                                <a:pt x="914" y="92"/>
                                <a:pt x="914" y="104"/>
                                <a:pt x="914" y="117"/>
                              </a:cubicBezTo>
                              <a:lnTo>
                                <a:pt x="914" y="117"/>
                              </a:lnTo>
                              <a:cubicBezTo>
                                <a:pt x="914" y="130"/>
                                <a:pt x="914" y="143"/>
                                <a:pt x="916" y="154"/>
                              </a:cubicBezTo>
                              <a:lnTo>
                                <a:pt x="916" y="154"/>
                              </a:lnTo>
                              <a:cubicBezTo>
                                <a:pt x="918" y="167"/>
                                <a:pt x="920" y="178"/>
                                <a:pt x="924" y="187"/>
                              </a:cubicBezTo>
                              <a:lnTo>
                                <a:pt x="924" y="187"/>
                              </a:lnTo>
                              <a:cubicBezTo>
                                <a:pt x="928" y="197"/>
                                <a:pt x="933" y="205"/>
                                <a:pt x="939" y="212"/>
                              </a:cubicBezTo>
                              <a:lnTo>
                                <a:pt x="939" y="212"/>
                              </a:lnTo>
                              <a:cubicBezTo>
                                <a:pt x="946" y="220"/>
                                <a:pt x="954" y="225"/>
                                <a:pt x="963" y="229"/>
                              </a:cubicBezTo>
                              <a:lnTo>
                                <a:pt x="963" y="229"/>
                              </a:lnTo>
                              <a:cubicBezTo>
                                <a:pt x="971" y="233"/>
                                <a:pt x="982" y="235"/>
                                <a:pt x="994" y="235"/>
                              </a:cubicBezTo>
                              <a:close/>
                              <a:moveTo>
                                <a:pt x="994" y="206"/>
                              </a:moveTo>
                              <a:lnTo>
                                <a:pt x="994" y="206"/>
                              </a:lnTo>
                              <a:cubicBezTo>
                                <a:pt x="985" y="206"/>
                                <a:pt x="977" y="203"/>
                                <a:pt x="971" y="199"/>
                              </a:cubicBezTo>
                              <a:lnTo>
                                <a:pt x="971" y="199"/>
                              </a:lnTo>
                              <a:cubicBezTo>
                                <a:pt x="965" y="195"/>
                                <a:pt x="960" y="188"/>
                                <a:pt x="956" y="180"/>
                              </a:cubicBezTo>
                              <a:lnTo>
                                <a:pt x="956" y="180"/>
                              </a:lnTo>
                              <a:cubicBezTo>
                                <a:pt x="953" y="172"/>
                                <a:pt x="950" y="163"/>
                                <a:pt x="949" y="152"/>
                              </a:cubicBezTo>
                              <a:lnTo>
                                <a:pt x="949" y="152"/>
                              </a:lnTo>
                              <a:cubicBezTo>
                                <a:pt x="947" y="141"/>
                                <a:pt x="947" y="130"/>
                                <a:pt x="947" y="117"/>
                              </a:cubicBezTo>
                              <a:lnTo>
                                <a:pt x="947" y="117"/>
                              </a:lnTo>
                              <a:cubicBezTo>
                                <a:pt x="947" y="105"/>
                                <a:pt x="947" y="94"/>
                                <a:pt x="949" y="83"/>
                              </a:cubicBezTo>
                              <a:lnTo>
                                <a:pt x="949" y="83"/>
                              </a:lnTo>
                              <a:cubicBezTo>
                                <a:pt x="950" y="73"/>
                                <a:pt x="953" y="63"/>
                                <a:pt x="956" y="56"/>
                              </a:cubicBezTo>
                              <a:lnTo>
                                <a:pt x="956" y="56"/>
                              </a:lnTo>
                              <a:cubicBezTo>
                                <a:pt x="960" y="47"/>
                                <a:pt x="965" y="40"/>
                                <a:pt x="971" y="36"/>
                              </a:cubicBezTo>
                              <a:lnTo>
                                <a:pt x="971" y="36"/>
                              </a:lnTo>
                              <a:cubicBezTo>
                                <a:pt x="977" y="32"/>
                                <a:pt x="985" y="29"/>
                                <a:pt x="994" y="29"/>
                              </a:cubicBezTo>
                              <a:lnTo>
                                <a:pt x="994" y="29"/>
                              </a:lnTo>
                              <a:cubicBezTo>
                                <a:pt x="1003" y="29"/>
                                <a:pt x="1011" y="32"/>
                                <a:pt x="1017" y="36"/>
                              </a:cubicBezTo>
                              <a:lnTo>
                                <a:pt x="1017" y="36"/>
                              </a:lnTo>
                              <a:cubicBezTo>
                                <a:pt x="1023" y="40"/>
                                <a:pt x="1028" y="47"/>
                                <a:pt x="1031" y="56"/>
                              </a:cubicBezTo>
                              <a:lnTo>
                                <a:pt x="1031" y="56"/>
                              </a:lnTo>
                              <a:cubicBezTo>
                                <a:pt x="1035" y="63"/>
                                <a:pt x="1037" y="73"/>
                                <a:pt x="1039" y="83"/>
                              </a:cubicBezTo>
                              <a:lnTo>
                                <a:pt x="1039" y="83"/>
                              </a:lnTo>
                              <a:cubicBezTo>
                                <a:pt x="1041" y="94"/>
                                <a:pt x="1041" y="105"/>
                                <a:pt x="1041" y="117"/>
                              </a:cubicBezTo>
                              <a:lnTo>
                                <a:pt x="1041" y="117"/>
                              </a:lnTo>
                              <a:cubicBezTo>
                                <a:pt x="1041" y="130"/>
                                <a:pt x="1041" y="141"/>
                                <a:pt x="1039" y="152"/>
                              </a:cubicBezTo>
                              <a:lnTo>
                                <a:pt x="1039" y="152"/>
                              </a:lnTo>
                              <a:cubicBezTo>
                                <a:pt x="1037" y="163"/>
                                <a:pt x="1035" y="172"/>
                                <a:pt x="1031" y="180"/>
                              </a:cubicBezTo>
                              <a:lnTo>
                                <a:pt x="1031" y="180"/>
                              </a:lnTo>
                              <a:cubicBezTo>
                                <a:pt x="1028" y="188"/>
                                <a:pt x="1023" y="195"/>
                                <a:pt x="1017" y="199"/>
                              </a:cubicBezTo>
                              <a:lnTo>
                                <a:pt x="1017" y="199"/>
                              </a:lnTo>
                              <a:cubicBezTo>
                                <a:pt x="1011" y="203"/>
                                <a:pt x="1003" y="206"/>
                                <a:pt x="994" y="206"/>
                              </a:cubicBezTo>
                              <a:close/>
                              <a:moveTo>
                                <a:pt x="1114" y="231"/>
                              </a:moveTo>
                              <a:lnTo>
                                <a:pt x="1259" y="231"/>
                              </a:lnTo>
                              <a:lnTo>
                                <a:pt x="1259" y="204"/>
                              </a:lnTo>
                              <a:lnTo>
                                <a:pt x="1147" y="204"/>
                              </a:lnTo>
                              <a:lnTo>
                                <a:pt x="1147" y="204"/>
                              </a:lnTo>
                              <a:cubicBezTo>
                                <a:pt x="1147" y="197"/>
                                <a:pt x="1149" y="191"/>
                                <a:pt x="1152" y="186"/>
                              </a:cubicBezTo>
                              <a:lnTo>
                                <a:pt x="1152" y="186"/>
                              </a:lnTo>
                              <a:cubicBezTo>
                                <a:pt x="1155" y="181"/>
                                <a:pt x="1159" y="176"/>
                                <a:pt x="1164" y="171"/>
                              </a:cubicBezTo>
                              <a:lnTo>
                                <a:pt x="1164" y="171"/>
                              </a:lnTo>
                              <a:cubicBezTo>
                                <a:pt x="1169" y="166"/>
                                <a:pt x="1175" y="162"/>
                                <a:pt x="1181" y="156"/>
                              </a:cubicBezTo>
                              <a:lnTo>
                                <a:pt x="1181" y="156"/>
                              </a:lnTo>
                              <a:cubicBezTo>
                                <a:pt x="1188" y="152"/>
                                <a:pt x="1194" y="147"/>
                                <a:pt x="1201" y="143"/>
                              </a:cubicBezTo>
                              <a:lnTo>
                                <a:pt x="1201" y="143"/>
                              </a:lnTo>
                              <a:cubicBezTo>
                                <a:pt x="1208" y="138"/>
                                <a:pt x="1215" y="133"/>
                                <a:pt x="1221" y="128"/>
                              </a:cubicBezTo>
                              <a:lnTo>
                                <a:pt x="1221" y="128"/>
                              </a:lnTo>
                              <a:cubicBezTo>
                                <a:pt x="1228" y="123"/>
                                <a:pt x="1234" y="117"/>
                                <a:pt x="1239" y="111"/>
                              </a:cubicBezTo>
                              <a:lnTo>
                                <a:pt x="1239" y="111"/>
                              </a:lnTo>
                              <a:cubicBezTo>
                                <a:pt x="1244" y="105"/>
                                <a:pt x="1248" y="98"/>
                                <a:pt x="1251" y="91"/>
                              </a:cubicBezTo>
                              <a:lnTo>
                                <a:pt x="1251" y="91"/>
                              </a:lnTo>
                              <a:cubicBezTo>
                                <a:pt x="1254" y="84"/>
                                <a:pt x="1256" y="75"/>
                                <a:pt x="1256" y="66"/>
                              </a:cubicBezTo>
                              <a:lnTo>
                                <a:pt x="1256" y="66"/>
                              </a:lnTo>
                              <a:cubicBezTo>
                                <a:pt x="1256" y="56"/>
                                <a:pt x="1254" y="46"/>
                                <a:pt x="1251" y="39"/>
                              </a:cubicBezTo>
                              <a:lnTo>
                                <a:pt x="1251" y="39"/>
                              </a:lnTo>
                              <a:cubicBezTo>
                                <a:pt x="1247" y="31"/>
                                <a:pt x="1242" y="24"/>
                                <a:pt x="1236" y="18"/>
                              </a:cubicBezTo>
                              <a:lnTo>
                                <a:pt x="1236" y="18"/>
                              </a:lnTo>
                              <a:cubicBezTo>
                                <a:pt x="1230" y="12"/>
                                <a:pt x="1221" y="8"/>
                                <a:pt x="1212" y="5"/>
                              </a:cubicBezTo>
                              <a:lnTo>
                                <a:pt x="1212" y="5"/>
                              </a:lnTo>
                              <a:cubicBezTo>
                                <a:pt x="1204" y="2"/>
                                <a:pt x="1194" y="0"/>
                                <a:pt x="1184" y="0"/>
                              </a:cubicBezTo>
                              <a:lnTo>
                                <a:pt x="1184" y="0"/>
                              </a:lnTo>
                              <a:cubicBezTo>
                                <a:pt x="1175" y="0"/>
                                <a:pt x="1168" y="2"/>
                                <a:pt x="1161" y="4"/>
                              </a:cubicBezTo>
                              <a:lnTo>
                                <a:pt x="1161" y="4"/>
                              </a:lnTo>
                              <a:cubicBezTo>
                                <a:pt x="1154" y="6"/>
                                <a:pt x="1148" y="8"/>
                                <a:pt x="1143" y="11"/>
                              </a:cubicBezTo>
                              <a:lnTo>
                                <a:pt x="1143" y="11"/>
                              </a:lnTo>
                              <a:cubicBezTo>
                                <a:pt x="1138" y="15"/>
                                <a:pt x="1133" y="18"/>
                                <a:pt x="1129" y="22"/>
                              </a:cubicBezTo>
                              <a:lnTo>
                                <a:pt x="1129" y="22"/>
                              </a:lnTo>
                              <a:cubicBezTo>
                                <a:pt x="1126" y="25"/>
                                <a:pt x="1122" y="29"/>
                                <a:pt x="1120" y="32"/>
                              </a:cubicBezTo>
                              <a:lnTo>
                                <a:pt x="1120" y="32"/>
                              </a:lnTo>
                              <a:cubicBezTo>
                                <a:pt x="1118" y="35"/>
                                <a:pt x="1116" y="38"/>
                                <a:pt x="1115" y="40"/>
                              </a:cubicBezTo>
                              <a:lnTo>
                                <a:pt x="1115" y="40"/>
                              </a:lnTo>
                              <a:cubicBezTo>
                                <a:pt x="1113" y="42"/>
                                <a:pt x="1113" y="43"/>
                                <a:pt x="1113" y="43"/>
                              </a:cubicBezTo>
                              <a:lnTo>
                                <a:pt x="1136" y="60"/>
                              </a:lnTo>
                              <a:lnTo>
                                <a:pt x="1136" y="60"/>
                              </a:lnTo>
                              <a:cubicBezTo>
                                <a:pt x="1136" y="60"/>
                                <a:pt x="1137" y="59"/>
                                <a:pt x="1138" y="57"/>
                              </a:cubicBezTo>
                              <a:lnTo>
                                <a:pt x="1138" y="57"/>
                              </a:lnTo>
                              <a:cubicBezTo>
                                <a:pt x="1139" y="54"/>
                                <a:pt x="1141" y="51"/>
                                <a:pt x="1144" y="49"/>
                              </a:cubicBezTo>
                              <a:lnTo>
                                <a:pt x="1144" y="49"/>
                              </a:lnTo>
                              <a:cubicBezTo>
                                <a:pt x="1146" y="46"/>
                                <a:pt x="1149" y="43"/>
                                <a:pt x="1153" y="40"/>
                              </a:cubicBezTo>
                              <a:lnTo>
                                <a:pt x="1153" y="40"/>
                              </a:lnTo>
                              <a:cubicBezTo>
                                <a:pt x="1157" y="37"/>
                                <a:pt x="1161" y="35"/>
                                <a:pt x="1166" y="33"/>
                              </a:cubicBezTo>
                              <a:lnTo>
                                <a:pt x="1166" y="33"/>
                              </a:lnTo>
                              <a:cubicBezTo>
                                <a:pt x="1170" y="31"/>
                                <a:pt x="1176" y="30"/>
                                <a:pt x="1182" y="30"/>
                              </a:cubicBezTo>
                              <a:lnTo>
                                <a:pt x="1182" y="30"/>
                              </a:lnTo>
                              <a:cubicBezTo>
                                <a:pt x="1190" y="30"/>
                                <a:pt x="1197" y="32"/>
                                <a:pt x="1203" y="35"/>
                              </a:cubicBezTo>
                              <a:lnTo>
                                <a:pt x="1203" y="35"/>
                              </a:lnTo>
                              <a:cubicBezTo>
                                <a:pt x="1209" y="38"/>
                                <a:pt x="1213" y="42"/>
                                <a:pt x="1217" y="48"/>
                              </a:cubicBezTo>
                              <a:lnTo>
                                <a:pt x="1217" y="48"/>
                              </a:lnTo>
                              <a:cubicBezTo>
                                <a:pt x="1220" y="53"/>
                                <a:pt x="1223" y="61"/>
                                <a:pt x="1223" y="68"/>
                              </a:cubicBezTo>
                              <a:lnTo>
                                <a:pt x="1223" y="68"/>
                              </a:lnTo>
                              <a:cubicBezTo>
                                <a:pt x="1223" y="75"/>
                                <a:pt x="1220" y="81"/>
                                <a:pt x="1217" y="86"/>
                              </a:cubicBezTo>
                              <a:lnTo>
                                <a:pt x="1217" y="86"/>
                              </a:lnTo>
                              <a:cubicBezTo>
                                <a:pt x="1214" y="92"/>
                                <a:pt x="1210" y="97"/>
                                <a:pt x="1205" y="102"/>
                              </a:cubicBezTo>
                              <a:lnTo>
                                <a:pt x="1205" y="102"/>
                              </a:lnTo>
                              <a:cubicBezTo>
                                <a:pt x="1200" y="107"/>
                                <a:pt x="1194" y="111"/>
                                <a:pt x="1187" y="116"/>
                              </a:cubicBezTo>
                              <a:lnTo>
                                <a:pt x="1187" y="116"/>
                              </a:lnTo>
                              <a:cubicBezTo>
                                <a:pt x="1181" y="121"/>
                                <a:pt x="1174" y="125"/>
                                <a:pt x="1167" y="130"/>
                              </a:cubicBezTo>
                              <a:lnTo>
                                <a:pt x="1167" y="130"/>
                              </a:lnTo>
                              <a:cubicBezTo>
                                <a:pt x="1160" y="135"/>
                                <a:pt x="1153" y="140"/>
                                <a:pt x="1147" y="146"/>
                              </a:cubicBezTo>
                              <a:lnTo>
                                <a:pt x="1147" y="146"/>
                              </a:lnTo>
                              <a:cubicBezTo>
                                <a:pt x="1140" y="151"/>
                                <a:pt x="1134" y="157"/>
                                <a:pt x="1129" y="165"/>
                              </a:cubicBezTo>
                              <a:lnTo>
                                <a:pt x="1129" y="165"/>
                              </a:lnTo>
                              <a:cubicBezTo>
                                <a:pt x="1124" y="171"/>
                                <a:pt x="1120" y="179"/>
                                <a:pt x="1117" y="187"/>
                              </a:cubicBezTo>
                              <a:lnTo>
                                <a:pt x="1117" y="187"/>
                              </a:lnTo>
                              <a:cubicBezTo>
                                <a:pt x="1114" y="195"/>
                                <a:pt x="1112" y="204"/>
                                <a:pt x="1112" y="214"/>
                              </a:cubicBezTo>
                              <a:lnTo>
                                <a:pt x="1112" y="214"/>
                              </a:lnTo>
                              <a:cubicBezTo>
                                <a:pt x="1112" y="216"/>
                                <a:pt x="1112" y="219"/>
                                <a:pt x="1112" y="222"/>
                              </a:cubicBezTo>
                              <a:lnTo>
                                <a:pt x="1112" y="222"/>
                              </a:lnTo>
                              <a:cubicBezTo>
                                <a:pt x="1113" y="225"/>
                                <a:pt x="1113" y="228"/>
                                <a:pt x="1114" y="231"/>
                              </a:cubicBezTo>
                              <a:close/>
                              <a:moveTo>
                                <a:pt x="1306" y="153"/>
                              </a:moveTo>
                              <a:lnTo>
                                <a:pt x="1400" y="153"/>
                              </a:lnTo>
                              <a:lnTo>
                                <a:pt x="1400" y="126"/>
                              </a:lnTo>
                              <a:lnTo>
                                <a:pt x="1306" y="126"/>
                              </a:lnTo>
                              <a:lnTo>
                                <a:pt x="1306" y="153"/>
                              </a:lnTo>
                              <a:close/>
                              <a:moveTo>
                                <a:pt x="1456" y="231"/>
                              </a:moveTo>
                              <a:lnTo>
                                <a:pt x="1489" y="231"/>
                              </a:lnTo>
                              <a:lnTo>
                                <a:pt x="1591" y="26"/>
                              </a:lnTo>
                              <a:lnTo>
                                <a:pt x="1591" y="4"/>
                              </a:lnTo>
                              <a:lnTo>
                                <a:pt x="1440" y="4"/>
                              </a:lnTo>
                              <a:lnTo>
                                <a:pt x="1440" y="32"/>
                              </a:lnTo>
                              <a:lnTo>
                                <a:pt x="1541" y="32"/>
                              </a:lnTo>
                              <a:lnTo>
                                <a:pt x="1541" y="32"/>
                              </a:lnTo>
                              <a:cubicBezTo>
                                <a:pt x="1547" y="32"/>
                                <a:pt x="1551" y="31"/>
                                <a:pt x="1554" y="31"/>
                              </a:cubicBezTo>
                              <a:lnTo>
                                <a:pt x="1554" y="31"/>
                              </a:lnTo>
                              <a:cubicBezTo>
                                <a:pt x="1557" y="31"/>
                                <a:pt x="1558" y="31"/>
                                <a:pt x="1558" y="31"/>
                              </a:cubicBezTo>
                              <a:lnTo>
                                <a:pt x="1558" y="31"/>
                              </a:lnTo>
                              <a:lnTo>
                                <a:pt x="1558" y="31"/>
                              </a:lnTo>
                              <a:cubicBezTo>
                                <a:pt x="1558" y="31"/>
                                <a:pt x="1557" y="32"/>
                                <a:pt x="1556" y="34"/>
                              </a:cubicBezTo>
                              <a:lnTo>
                                <a:pt x="1556" y="34"/>
                              </a:lnTo>
                              <a:cubicBezTo>
                                <a:pt x="1555" y="35"/>
                                <a:pt x="1553" y="38"/>
                                <a:pt x="1551" y="41"/>
                              </a:cubicBezTo>
                              <a:lnTo>
                                <a:pt x="1551" y="41"/>
                              </a:lnTo>
                              <a:cubicBezTo>
                                <a:pt x="1549" y="44"/>
                                <a:pt x="1547" y="48"/>
                                <a:pt x="1545" y="52"/>
                              </a:cubicBezTo>
                              <a:lnTo>
                                <a:pt x="1456" y="231"/>
                              </a:lnTo>
                              <a:close/>
                              <a:moveTo>
                                <a:pt x="1670" y="235"/>
                              </a:moveTo>
                              <a:lnTo>
                                <a:pt x="1670" y="235"/>
                              </a:lnTo>
                              <a:cubicBezTo>
                                <a:pt x="1682" y="235"/>
                                <a:pt x="1692" y="233"/>
                                <a:pt x="1702" y="229"/>
                              </a:cubicBezTo>
                              <a:lnTo>
                                <a:pt x="1702" y="229"/>
                              </a:lnTo>
                              <a:cubicBezTo>
                                <a:pt x="1711" y="226"/>
                                <a:pt x="1720" y="221"/>
                                <a:pt x="1727" y="215"/>
                              </a:cubicBezTo>
                              <a:lnTo>
                                <a:pt x="1727" y="215"/>
                              </a:lnTo>
                              <a:cubicBezTo>
                                <a:pt x="1735" y="209"/>
                                <a:pt x="1741" y="201"/>
                                <a:pt x="1747" y="193"/>
                              </a:cubicBezTo>
                              <a:lnTo>
                                <a:pt x="1747" y="193"/>
                              </a:lnTo>
                              <a:cubicBezTo>
                                <a:pt x="1752" y="185"/>
                                <a:pt x="1757" y="176"/>
                                <a:pt x="1760" y="167"/>
                              </a:cubicBezTo>
                              <a:lnTo>
                                <a:pt x="1760" y="167"/>
                              </a:lnTo>
                              <a:cubicBezTo>
                                <a:pt x="1764" y="156"/>
                                <a:pt x="1767" y="147"/>
                                <a:pt x="1768" y="137"/>
                              </a:cubicBezTo>
                              <a:lnTo>
                                <a:pt x="1768" y="137"/>
                              </a:lnTo>
                              <a:cubicBezTo>
                                <a:pt x="1770" y="127"/>
                                <a:pt x="1771" y="117"/>
                                <a:pt x="1771" y="107"/>
                              </a:cubicBezTo>
                              <a:lnTo>
                                <a:pt x="1771" y="107"/>
                              </a:lnTo>
                              <a:cubicBezTo>
                                <a:pt x="1771" y="91"/>
                                <a:pt x="1769" y="77"/>
                                <a:pt x="1765" y="64"/>
                              </a:cubicBezTo>
                              <a:lnTo>
                                <a:pt x="1765" y="64"/>
                              </a:lnTo>
                              <a:cubicBezTo>
                                <a:pt x="1761" y="50"/>
                                <a:pt x="1755" y="39"/>
                                <a:pt x="1747" y="29"/>
                              </a:cubicBezTo>
                              <a:lnTo>
                                <a:pt x="1747" y="29"/>
                              </a:lnTo>
                              <a:cubicBezTo>
                                <a:pt x="1739" y="20"/>
                                <a:pt x="1731" y="13"/>
                                <a:pt x="1720" y="8"/>
                              </a:cubicBezTo>
                              <a:lnTo>
                                <a:pt x="1720" y="8"/>
                              </a:lnTo>
                              <a:cubicBezTo>
                                <a:pt x="1710" y="3"/>
                                <a:pt x="1699" y="0"/>
                                <a:pt x="1687" y="0"/>
                              </a:cubicBezTo>
                              <a:lnTo>
                                <a:pt x="1687" y="0"/>
                              </a:lnTo>
                              <a:cubicBezTo>
                                <a:pt x="1677" y="0"/>
                                <a:pt x="1667" y="2"/>
                                <a:pt x="1658" y="6"/>
                              </a:cubicBezTo>
                              <a:lnTo>
                                <a:pt x="1658" y="6"/>
                              </a:lnTo>
                              <a:cubicBezTo>
                                <a:pt x="1649" y="10"/>
                                <a:pt x="1641" y="15"/>
                                <a:pt x="1634" y="21"/>
                              </a:cubicBezTo>
                              <a:lnTo>
                                <a:pt x="1634" y="21"/>
                              </a:lnTo>
                              <a:cubicBezTo>
                                <a:pt x="1628" y="28"/>
                                <a:pt x="1623" y="36"/>
                                <a:pt x="1619" y="45"/>
                              </a:cubicBezTo>
                              <a:lnTo>
                                <a:pt x="1619" y="45"/>
                              </a:lnTo>
                              <a:cubicBezTo>
                                <a:pt x="1616" y="54"/>
                                <a:pt x="1614" y="65"/>
                                <a:pt x="1614" y="77"/>
                              </a:cubicBezTo>
                              <a:lnTo>
                                <a:pt x="1614" y="77"/>
                              </a:lnTo>
                              <a:cubicBezTo>
                                <a:pt x="1614" y="87"/>
                                <a:pt x="1616" y="97"/>
                                <a:pt x="1619" y="106"/>
                              </a:cubicBezTo>
                              <a:lnTo>
                                <a:pt x="1619" y="106"/>
                              </a:lnTo>
                              <a:cubicBezTo>
                                <a:pt x="1622" y="115"/>
                                <a:pt x="1627" y="122"/>
                                <a:pt x="1633" y="129"/>
                              </a:cubicBezTo>
                              <a:lnTo>
                                <a:pt x="1633" y="129"/>
                              </a:lnTo>
                              <a:cubicBezTo>
                                <a:pt x="1640" y="136"/>
                                <a:pt x="1648" y="141"/>
                                <a:pt x="1657" y="145"/>
                              </a:cubicBezTo>
                              <a:lnTo>
                                <a:pt x="1657" y="145"/>
                              </a:lnTo>
                              <a:cubicBezTo>
                                <a:pt x="1665" y="148"/>
                                <a:pt x="1675" y="150"/>
                                <a:pt x="1686" y="150"/>
                              </a:cubicBezTo>
                              <a:lnTo>
                                <a:pt x="1686" y="150"/>
                              </a:lnTo>
                              <a:cubicBezTo>
                                <a:pt x="1692" y="150"/>
                                <a:pt x="1699" y="149"/>
                                <a:pt x="1705" y="148"/>
                              </a:cubicBezTo>
                              <a:lnTo>
                                <a:pt x="1705" y="148"/>
                              </a:lnTo>
                              <a:cubicBezTo>
                                <a:pt x="1712" y="146"/>
                                <a:pt x="1718" y="144"/>
                                <a:pt x="1723" y="140"/>
                              </a:cubicBezTo>
                              <a:lnTo>
                                <a:pt x="1723" y="140"/>
                              </a:lnTo>
                              <a:cubicBezTo>
                                <a:pt x="1728" y="137"/>
                                <a:pt x="1732" y="134"/>
                                <a:pt x="1735" y="129"/>
                              </a:cubicBezTo>
                              <a:lnTo>
                                <a:pt x="1736" y="129"/>
                              </a:lnTo>
                              <a:lnTo>
                                <a:pt x="1736" y="129"/>
                              </a:lnTo>
                              <a:cubicBezTo>
                                <a:pt x="1735" y="137"/>
                                <a:pt x="1734" y="144"/>
                                <a:pt x="1731" y="151"/>
                              </a:cubicBezTo>
                              <a:lnTo>
                                <a:pt x="1731" y="151"/>
                              </a:lnTo>
                              <a:cubicBezTo>
                                <a:pt x="1729" y="159"/>
                                <a:pt x="1726" y="167"/>
                                <a:pt x="1722" y="173"/>
                              </a:cubicBezTo>
                              <a:lnTo>
                                <a:pt x="1722" y="173"/>
                              </a:lnTo>
                              <a:cubicBezTo>
                                <a:pt x="1718" y="179"/>
                                <a:pt x="1714" y="185"/>
                                <a:pt x="1709" y="190"/>
                              </a:cubicBezTo>
                              <a:lnTo>
                                <a:pt x="1709" y="190"/>
                              </a:lnTo>
                              <a:cubicBezTo>
                                <a:pt x="1704" y="195"/>
                                <a:pt x="1698" y="199"/>
                                <a:pt x="1691" y="202"/>
                              </a:cubicBezTo>
                              <a:lnTo>
                                <a:pt x="1691" y="202"/>
                              </a:lnTo>
                              <a:cubicBezTo>
                                <a:pt x="1684" y="204"/>
                                <a:pt x="1677" y="206"/>
                                <a:pt x="1669" y="206"/>
                              </a:cubicBezTo>
                              <a:lnTo>
                                <a:pt x="1669" y="206"/>
                              </a:lnTo>
                              <a:cubicBezTo>
                                <a:pt x="1664" y="206"/>
                                <a:pt x="1660" y="205"/>
                                <a:pt x="1656" y="205"/>
                              </a:cubicBezTo>
                              <a:lnTo>
                                <a:pt x="1656" y="205"/>
                              </a:lnTo>
                              <a:cubicBezTo>
                                <a:pt x="1652" y="204"/>
                                <a:pt x="1649" y="203"/>
                                <a:pt x="1646" y="202"/>
                              </a:cubicBezTo>
                              <a:lnTo>
                                <a:pt x="1646" y="202"/>
                              </a:lnTo>
                              <a:cubicBezTo>
                                <a:pt x="1642" y="201"/>
                                <a:pt x="1640" y="200"/>
                                <a:pt x="1638" y="199"/>
                              </a:cubicBezTo>
                              <a:lnTo>
                                <a:pt x="1638" y="199"/>
                              </a:lnTo>
                              <a:cubicBezTo>
                                <a:pt x="1636" y="199"/>
                                <a:pt x="1636" y="198"/>
                                <a:pt x="1635" y="198"/>
                              </a:cubicBezTo>
                              <a:lnTo>
                                <a:pt x="1625" y="226"/>
                              </a:lnTo>
                              <a:lnTo>
                                <a:pt x="1625" y="226"/>
                              </a:lnTo>
                              <a:cubicBezTo>
                                <a:pt x="1625" y="226"/>
                                <a:pt x="1626" y="226"/>
                                <a:pt x="1628" y="227"/>
                              </a:cubicBezTo>
                              <a:lnTo>
                                <a:pt x="1628" y="227"/>
                              </a:lnTo>
                              <a:cubicBezTo>
                                <a:pt x="1630" y="228"/>
                                <a:pt x="1633" y="229"/>
                                <a:pt x="1637" y="230"/>
                              </a:cubicBezTo>
                              <a:lnTo>
                                <a:pt x="1637" y="230"/>
                              </a:lnTo>
                              <a:cubicBezTo>
                                <a:pt x="1641" y="231"/>
                                <a:pt x="1646" y="232"/>
                                <a:pt x="1652" y="233"/>
                              </a:cubicBezTo>
                              <a:lnTo>
                                <a:pt x="1652" y="233"/>
                              </a:lnTo>
                              <a:cubicBezTo>
                                <a:pt x="1657" y="234"/>
                                <a:pt x="1663" y="235"/>
                                <a:pt x="1670" y="235"/>
                              </a:cubicBezTo>
                              <a:close/>
                              <a:moveTo>
                                <a:pt x="1692" y="124"/>
                              </a:moveTo>
                              <a:lnTo>
                                <a:pt x="1692" y="124"/>
                              </a:lnTo>
                              <a:cubicBezTo>
                                <a:pt x="1682" y="124"/>
                                <a:pt x="1674" y="122"/>
                                <a:pt x="1667" y="118"/>
                              </a:cubicBezTo>
                              <a:lnTo>
                                <a:pt x="1667" y="118"/>
                              </a:lnTo>
                              <a:cubicBezTo>
                                <a:pt x="1660" y="114"/>
                                <a:pt x="1655" y="108"/>
                                <a:pt x="1652" y="101"/>
                              </a:cubicBezTo>
                              <a:lnTo>
                                <a:pt x="1652" y="101"/>
                              </a:lnTo>
                              <a:cubicBezTo>
                                <a:pt x="1648" y="94"/>
                                <a:pt x="1646" y="86"/>
                                <a:pt x="1646" y="77"/>
                              </a:cubicBezTo>
                              <a:lnTo>
                                <a:pt x="1646" y="77"/>
                              </a:lnTo>
                              <a:cubicBezTo>
                                <a:pt x="1646" y="68"/>
                                <a:pt x="1648" y="60"/>
                                <a:pt x="1651" y="52"/>
                              </a:cubicBezTo>
                              <a:lnTo>
                                <a:pt x="1651" y="52"/>
                              </a:lnTo>
                              <a:cubicBezTo>
                                <a:pt x="1654" y="45"/>
                                <a:pt x="1659" y="40"/>
                                <a:pt x="1665" y="36"/>
                              </a:cubicBezTo>
                              <a:lnTo>
                                <a:pt x="1665" y="36"/>
                              </a:lnTo>
                              <a:cubicBezTo>
                                <a:pt x="1671" y="31"/>
                                <a:pt x="1679" y="29"/>
                                <a:pt x="1687" y="29"/>
                              </a:cubicBezTo>
                              <a:lnTo>
                                <a:pt x="1687" y="29"/>
                              </a:lnTo>
                              <a:cubicBezTo>
                                <a:pt x="1693" y="29"/>
                                <a:pt x="1699" y="31"/>
                                <a:pt x="1704" y="33"/>
                              </a:cubicBezTo>
                              <a:lnTo>
                                <a:pt x="1704" y="33"/>
                              </a:lnTo>
                              <a:cubicBezTo>
                                <a:pt x="1709" y="35"/>
                                <a:pt x="1713" y="39"/>
                                <a:pt x="1718" y="43"/>
                              </a:cubicBezTo>
                              <a:lnTo>
                                <a:pt x="1718" y="43"/>
                              </a:lnTo>
                              <a:cubicBezTo>
                                <a:pt x="1722" y="47"/>
                                <a:pt x="1725" y="52"/>
                                <a:pt x="1728" y="58"/>
                              </a:cubicBezTo>
                              <a:lnTo>
                                <a:pt x="1728" y="58"/>
                              </a:lnTo>
                              <a:cubicBezTo>
                                <a:pt x="1731" y="63"/>
                                <a:pt x="1734" y="69"/>
                                <a:pt x="1736" y="75"/>
                              </a:cubicBezTo>
                              <a:lnTo>
                                <a:pt x="1736" y="75"/>
                              </a:lnTo>
                              <a:cubicBezTo>
                                <a:pt x="1737" y="81"/>
                                <a:pt x="1738" y="87"/>
                                <a:pt x="1738" y="92"/>
                              </a:cubicBezTo>
                              <a:lnTo>
                                <a:pt x="1738" y="92"/>
                              </a:lnTo>
                              <a:cubicBezTo>
                                <a:pt x="1738" y="96"/>
                                <a:pt x="1737" y="100"/>
                                <a:pt x="1734" y="104"/>
                              </a:cubicBezTo>
                              <a:lnTo>
                                <a:pt x="1734" y="104"/>
                              </a:lnTo>
                              <a:cubicBezTo>
                                <a:pt x="1732" y="108"/>
                                <a:pt x="1729" y="111"/>
                                <a:pt x="1725" y="114"/>
                              </a:cubicBezTo>
                              <a:lnTo>
                                <a:pt x="1725" y="114"/>
                              </a:lnTo>
                              <a:cubicBezTo>
                                <a:pt x="1720" y="117"/>
                                <a:pt x="1716" y="119"/>
                                <a:pt x="1710" y="121"/>
                              </a:cubicBezTo>
                              <a:lnTo>
                                <a:pt x="1710" y="121"/>
                              </a:lnTo>
                              <a:cubicBezTo>
                                <a:pt x="1705" y="123"/>
                                <a:pt x="1699" y="124"/>
                                <a:pt x="1692" y="124"/>
                              </a:cubicBezTo>
                              <a:close/>
                              <a:moveTo>
                                <a:pt x="1804" y="204"/>
                              </a:moveTo>
                              <a:lnTo>
                                <a:pt x="1804" y="204"/>
                              </a:lnTo>
                              <a:cubicBezTo>
                                <a:pt x="1804" y="204"/>
                                <a:pt x="1805" y="205"/>
                                <a:pt x="1807" y="207"/>
                              </a:cubicBezTo>
                              <a:lnTo>
                                <a:pt x="1807" y="207"/>
                              </a:lnTo>
                              <a:cubicBezTo>
                                <a:pt x="1809" y="209"/>
                                <a:pt x="1812" y="212"/>
                                <a:pt x="1816" y="215"/>
                              </a:cubicBezTo>
                              <a:lnTo>
                                <a:pt x="1816" y="215"/>
                              </a:lnTo>
                              <a:cubicBezTo>
                                <a:pt x="1820" y="218"/>
                                <a:pt x="1825" y="221"/>
                                <a:pt x="1831" y="224"/>
                              </a:cubicBezTo>
                              <a:lnTo>
                                <a:pt x="1831" y="224"/>
                              </a:lnTo>
                              <a:cubicBezTo>
                                <a:pt x="1837" y="227"/>
                                <a:pt x="1844" y="230"/>
                                <a:pt x="1851" y="232"/>
                              </a:cubicBezTo>
                              <a:lnTo>
                                <a:pt x="1851" y="232"/>
                              </a:lnTo>
                              <a:cubicBezTo>
                                <a:pt x="1859" y="234"/>
                                <a:pt x="1867" y="235"/>
                                <a:pt x="1877" y="235"/>
                              </a:cubicBezTo>
                              <a:lnTo>
                                <a:pt x="1877" y="235"/>
                              </a:lnTo>
                              <a:cubicBezTo>
                                <a:pt x="1888" y="235"/>
                                <a:pt x="1899" y="233"/>
                                <a:pt x="1908" y="229"/>
                              </a:cubicBezTo>
                              <a:lnTo>
                                <a:pt x="1908" y="229"/>
                              </a:lnTo>
                              <a:cubicBezTo>
                                <a:pt x="1917" y="225"/>
                                <a:pt x="1925" y="220"/>
                                <a:pt x="1933" y="213"/>
                              </a:cubicBezTo>
                              <a:lnTo>
                                <a:pt x="1933" y="213"/>
                              </a:lnTo>
                              <a:cubicBezTo>
                                <a:pt x="1940" y="206"/>
                                <a:pt x="1945" y="199"/>
                                <a:pt x="1948" y="190"/>
                              </a:cubicBezTo>
                              <a:lnTo>
                                <a:pt x="1948" y="190"/>
                              </a:lnTo>
                              <a:cubicBezTo>
                                <a:pt x="1952" y="181"/>
                                <a:pt x="1954" y="172"/>
                                <a:pt x="1954" y="163"/>
                              </a:cubicBezTo>
                              <a:lnTo>
                                <a:pt x="1954" y="163"/>
                              </a:lnTo>
                              <a:cubicBezTo>
                                <a:pt x="1954" y="153"/>
                                <a:pt x="1953" y="145"/>
                                <a:pt x="1950" y="138"/>
                              </a:cubicBezTo>
                              <a:lnTo>
                                <a:pt x="1950" y="138"/>
                              </a:lnTo>
                              <a:cubicBezTo>
                                <a:pt x="1947" y="131"/>
                                <a:pt x="1944" y="125"/>
                                <a:pt x="1939" y="120"/>
                              </a:cubicBezTo>
                              <a:lnTo>
                                <a:pt x="1939" y="120"/>
                              </a:lnTo>
                              <a:cubicBezTo>
                                <a:pt x="1935" y="115"/>
                                <a:pt x="1930" y="111"/>
                                <a:pt x="1923" y="108"/>
                              </a:cubicBezTo>
                              <a:lnTo>
                                <a:pt x="1923" y="108"/>
                              </a:lnTo>
                              <a:cubicBezTo>
                                <a:pt x="1917" y="104"/>
                                <a:pt x="1911" y="101"/>
                                <a:pt x="1905" y="99"/>
                              </a:cubicBezTo>
                              <a:lnTo>
                                <a:pt x="1905" y="99"/>
                              </a:lnTo>
                              <a:cubicBezTo>
                                <a:pt x="1899" y="98"/>
                                <a:pt x="1893" y="96"/>
                                <a:pt x="1887" y="96"/>
                              </a:cubicBezTo>
                              <a:lnTo>
                                <a:pt x="1949" y="24"/>
                              </a:lnTo>
                              <a:lnTo>
                                <a:pt x="1949" y="4"/>
                              </a:lnTo>
                              <a:lnTo>
                                <a:pt x="1814" y="4"/>
                              </a:lnTo>
                              <a:lnTo>
                                <a:pt x="1814" y="32"/>
                              </a:lnTo>
                              <a:lnTo>
                                <a:pt x="1890" y="32"/>
                              </a:lnTo>
                              <a:lnTo>
                                <a:pt x="1890" y="32"/>
                              </a:lnTo>
                              <a:cubicBezTo>
                                <a:pt x="1896" y="32"/>
                                <a:pt x="1901" y="31"/>
                                <a:pt x="1904" y="31"/>
                              </a:cubicBezTo>
                              <a:lnTo>
                                <a:pt x="1904" y="31"/>
                              </a:lnTo>
                              <a:cubicBezTo>
                                <a:pt x="1907" y="31"/>
                                <a:pt x="1909" y="31"/>
                                <a:pt x="1909" y="31"/>
                              </a:cubicBezTo>
                              <a:lnTo>
                                <a:pt x="1909" y="31"/>
                              </a:lnTo>
                              <a:lnTo>
                                <a:pt x="1909" y="31"/>
                              </a:lnTo>
                              <a:cubicBezTo>
                                <a:pt x="1909" y="31"/>
                                <a:pt x="1908" y="32"/>
                                <a:pt x="1907" y="33"/>
                              </a:cubicBezTo>
                              <a:lnTo>
                                <a:pt x="1907" y="33"/>
                              </a:lnTo>
                              <a:cubicBezTo>
                                <a:pt x="1906" y="34"/>
                                <a:pt x="1904" y="36"/>
                                <a:pt x="1902" y="38"/>
                              </a:cubicBezTo>
                              <a:lnTo>
                                <a:pt x="1902" y="38"/>
                              </a:lnTo>
                              <a:cubicBezTo>
                                <a:pt x="1900" y="40"/>
                                <a:pt x="1898" y="43"/>
                                <a:pt x="1895" y="46"/>
                              </a:cubicBezTo>
                              <a:lnTo>
                                <a:pt x="1846" y="105"/>
                              </a:lnTo>
                              <a:lnTo>
                                <a:pt x="1853" y="121"/>
                              </a:lnTo>
                              <a:lnTo>
                                <a:pt x="1869" y="121"/>
                              </a:lnTo>
                              <a:lnTo>
                                <a:pt x="1869" y="121"/>
                              </a:lnTo>
                              <a:cubicBezTo>
                                <a:pt x="1876" y="121"/>
                                <a:pt x="1882" y="122"/>
                                <a:pt x="1889" y="124"/>
                              </a:cubicBezTo>
                              <a:lnTo>
                                <a:pt x="1889" y="124"/>
                              </a:lnTo>
                              <a:cubicBezTo>
                                <a:pt x="1895" y="126"/>
                                <a:pt x="1901" y="128"/>
                                <a:pt x="1905" y="132"/>
                              </a:cubicBezTo>
                              <a:lnTo>
                                <a:pt x="1905" y="132"/>
                              </a:lnTo>
                              <a:cubicBezTo>
                                <a:pt x="1910" y="135"/>
                                <a:pt x="1914" y="139"/>
                                <a:pt x="1917" y="145"/>
                              </a:cubicBezTo>
                              <a:lnTo>
                                <a:pt x="1917" y="145"/>
                              </a:lnTo>
                              <a:cubicBezTo>
                                <a:pt x="1920" y="150"/>
                                <a:pt x="1921" y="156"/>
                                <a:pt x="1921" y="164"/>
                              </a:cubicBezTo>
                              <a:lnTo>
                                <a:pt x="1921" y="164"/>
                              </a:lnTo>
                              <a:cubicBezTo>
                                <a:pt x="1921" y="170"/>
                                <a:pt x="1920" y="175"/>
                                <a:pt x="1918" y="180"/>
                              </a:cubicBezTo>
                              <a:lnTo>
                                <a:pt x="1918" y="180"/>
                              </a:lnTo>
                              <a:cubicBezTo>
                                <a:pt x="1915" y="185"/>
                                <a:pt x="1912" y="190"/>
                                <a:pt x="1908" y="193"/>
                              </a:cubicBezTo>
                              <a:lnTo>
                                <a:pt x="1908" y="193"/>
                              </a:lnTo>
                              <a:cubicBezTo>
                                <a:pt x="1903" y="197"/>
                                <a:pt x="1899" y="200"/>
                                <a:pt x="1893" y="202"/>
                              </a:cubicBezTo>
                              <a:lnTo>
                                <a:pt x="1893" y="202"/>
                              </a:lnTo>
                              <a:cubicBezTo>
                                <a:pt x="1888" y="204"/>
                                <a:pt x="1882" y="205"/>
                                <a:pt x="1875" y="205"/>
                              </a:cubicBezTo>
                              <a:lnTo>
                                <a:pt x="1875" y="205"/>
                              </a:lnTo>
                              <a:cubicBezTo>
                                <a:pt x="1869" y="205"/>
                                <a:pt x="1863" y="204"/>
                                <a:pt x="1857" y="202"/>
                              </a:cubicBezTo>
                              <a:lnTo>
                                <a:pt x="1857" y="202"/>
                              </a:lnTo>
                              <a:cubicBezTo>
                                <a:pt x="1852" y="201"/>
                                <a:pt x="1847" y="199"/>
                                <a:pt x="1842" y="196"/>
                              </a:cubicBezTo>
                              <a:lnTo>
                                <a:pt x="1842" y="196"/>
                              </a:lnTo>
                              <a:cubicBezTo>
                                <a:pt x="1838" y="194"/>
                                <a:pt x="1834" y="191"/>
                                <a:pt x="1831" y="189"/>
                              </a:cubicBezTo>
                              <a:lnTo>
                                <a:pt x="1831" y="189"/>
                              </a:lnTo>
                              <a:cubicBezTo>
                                <a:pt x="1827" y="187"/>
                                <a:pt x="1825" y="185"/>
                                <a:pt x="1823" y="183"/>
                              </a:cubicBezTo>
                              <a:lnTo>
                                <a:pt x="1823" y="183"/>
                              </a:lnTo>
                              <a:cubicBezTo>
                                <a:pt x="1822" y="181"/>
                                <a:pt x="1821" y="180"/>
                                <a:pt x="1821" y="180"/>
                              </a:cubicBezTo>
                              <a:lnTo>
                                <a:pt x="1804" y="204"/>
                              </a:lnTo>
                              <a:close/>
                              <a:moveTo>
                                <a:pt x="2233" y="4"/>
                              </a:moveTo>
                              <a:lnTo>
                                <a:pt x="2188" y="171"/>
                              </a:lnTo>
                              <a:lnTo>
                                <a:pt x="2188" y="171"/>
                              </a:lnTo>
                              <a:cubicBezTo>
                                <a:pt x="2187" y="175"/>
                                <a:pt x="2187" y="179"/>
                                <a:pt x="2186" y="183"/>
                              </a:cubicBezTo>
                              <a:lnTo>
                                <a:pt x="2186" y="183"/>
                              </a:lnTo>
                              <a:cubicBezTo>
                                <a:pt x="2185" y="186"/>
                                <a:pt x="2185" y="189"/>
                                <a:pt x="2184" y="192"/>
                              </a:cubicBezTo>
                              <a:lnTo>
                                <a:pt x="2184" y="192"/>
                              </a:lnTo>
                              <a:cubicBezTo>
                                <a:pt x="2184" y="194"/>
                                <a:pt x="2184" y="195"/>
                                <a:pt x="2184" y="195"/>
                              </a:cubicBezTo>
                              <a:lnTo>
                                <a:pt x="2183" y="195"/>
                              </a:lnTo>
                              <a:lnTo>
                                <a:pt x="2183" y="195"/>
                              </a:lnTo>
                              <a:cubicBezTo>
                                <a:pt x="2183" y="195"/>
                                <a:pt x="2183" y="194"/>
                                <a:pt x="2183" y="191"/>
                              </a:cubicBezTo>
                              <a:lnTo>
                                <a:pt x="2183" y="191"/>
                              </a:lnTo>
                              <a:cubicBezTo>
                                <a:pt x="2182" y="189"/>
                                <a:pt x="2182" y="186"/>
                                <a:pt x="2181" y="183"/>
                              </a:cubicBezTo>
                              <a:lnTo>
                                <a:pt x="2181" y="183"/>
                              </a:lnTo>
                              <a:cubicBezTo>
                                <a:pt x="2181" y="179"/>
                                <a:pt x="2180" y="175"/>
                                <a:pt x="2179" y="171"/>
                              </a:cubicBezTo>
                              <a:lnTo>
                                <a:pt x="2139" y="4"/>
                              </a:lnTo>
                              <a:lnTo>
                                <a:pt x="2107" y="4"/>
                              </a:lnTo>
                              <a:lnTo>
                                <a:pt x="2164" y="231"/>
                              </a:lnTo>
                              <a:lnTo>
                                <a:pt x="2201" y="231"/>
                              </a:lnTo>
                              <a:lnTo>
                                <a:pt x="2240" y="84"/>
                              </a:lnTo>
                              <a:lnTo>
                                <a:pt x="2240" y="84"/>
                              </a:lnTo>
                              <a:cubicBezTo>
                                <a:pt x="2241" y="80"/>
                                <a:pt x="2242" y="77"/>
                                <a:pt x="2243" y="73"/>
                              </a:cubicBezTo>
                              <a:lnTo>
                                <a:pt x="2243" y="73"/>
                              </a:lnTo>
                              <a:cubicBezTo>
                                <a:pt x="2244" y="69"/>
                                <a:pt x="2245" y="66"/>
                                <a:pt x="2245" y="63"/>
                              </a:cubicBezTo>
                              <a:lnTo>
                                <a:pt x="2245" y="63"/>
                              </a:lnTo>
                              <a:cubicBezTo>
                                <a:pt x="2246" y="60"/>
                                <a:pt x="2246" y="57"/>
                                <a:pt x="2247" y="54"/>
                              </a:cubicBezTo>
                              <a:lnTo>
                                <a:pt x="2247" y="54"/>
                              </a:lnTo>
                              <a:cubicBezTo>
                                <a:pt x="2247" y="52"/>
                                <a:pt x="2247" y="51"/>
                                <a:pt x="2247" y="51"/>
                              </a:cubicBezTo>
                              <a:lnTo>
                                <a:pt x="2248" y="51"/>
                              </a:lnTo>
                              <a:lnTo>
                                <a:pt x="2248" y="51"/>
                              </a:lnTo>
                              <a:cubicBezTo>
                                <a:pt x="2248" y="51"/>
                                <a:pt x="2248" y="52"/>
                                <a:pt x="2248" y="54"/>
                              </a:cubicBezTo>
                              <a:lnTo>
                                <a:pt x="2248" y="54"/>
                              </a:lnTo>
                              <a:cubicBezTo>
                                <a:pt x="2249" y="57"/>
                                <a:pt x="2249" y="60"/>
                                <a:pt x="2250" y="63"/>
                              </a:cubicBezTo>
                              <a:lnTo>
                                <a:pt x="2250" y="63"/>
                              </a:lnTo>
                              <a:cubicBezTo>
                                <a:pt x="2250" y="66"/>
                                <a:pt x="2251" y="69"/>
                                <a:pt x="2252" y="73"/>
                              </a:cubicBezTo>
                              <a:lnTo>
                                <a:pt x="2252" y="73"/>
                              </a:lnTo>
                              <a:cubicBezTo>
                                <a:pt x="2253" y="77"/>
                                <a:pt x="2253" y="80"/>
                                <a:pt x="2254" y="84"/>
                              </a:cubicBezTo>
                              <a:lnTo>
                                <a:pt x="2293" y="231"/>
                              </a:lnTo>
                              <a:lnTo>
                                <a:pt x="2330" y="231"/>
                              </a:lnTo>
                              <a:lnTo>
                                <a:pt x="2390" y="4"/>
                              </a:lnTo>
                              <a:lnTo>
                                <a:pt x="2357" y="4"/>
                              </a:lnTo>
                              <a:lnTo>
                                <a:pt x="2315" y="171"/>
                              </a:lnTo>
                              <a:lnTo>
                                <a:pt x="2315" y="171"/>
                              </a:lnTo>
                              <a:cubicBezTo>
                                <a:pt x="2314" y="175"/>
                                <a:pt x="2313" y="179"/>
                                <a:pt x="2312" y="183"/>
                              </a:cubicBezTo>
                              <a:lnTo>
                                <a:pt x="2312" y="183"/>
                              </a:lnTo>
                              <a:cubicBezTo>
                                <a:pt x="2312" y="186"/>
                                <a:pt x="2311" y="189"/>
                                <a:pt x="2311" y="191"/>
                              </a:cubicBezTo>
                              <a:lnTo>
                                <a:pt x="2311" y="191"/>
                              </a:lnTo>
                              <a:cubicBezTo>
                                <a:pt x="2311" y="194"/>
                                <a:pt x="2311" y="195"/>
                                <a:pt x="2311" y="195"/>
                              </a:cubicBezTo>
                              <a:lnTo>
                                <a:pt x="2310" y="195"/>
                              </a:lnTo>
                              <a:lnTo>
                                <a:pt x="2310" y="195"/>
                              </a:lnTo>
                              <a:cubicBezTo>
                                <a:pt x="2310" y="195"/>
                                <a:pt x="2310" y="194"/>
                                <a:pt x="2310" y="192"/>
                              </a:cubicBezTo>
                              <a:lnTo>
                                <a:pt x="2310" y="192"/>
                              </a:lnTo>
                              <a:cubicBezTo>
                                <a:pt x="2309" y="189"/>
                                <a:pt x="2309" y="186"/>
                                <a:pt x="2308" y="183"/>
                              </a:cubicBezTo>
                              <a:lnTo>
                                <a:pt x="2308" y="183"/>
                              </a:lnTo>
                              <a:cubicBezTo>
                                <a:pt x="2307" y="179"/>
                                <a:pt x="2306" y="175"/>
                                <a:pt x="2305" y="171"/>
                              </a:cubicBezTo>
                              <a:lnTo>
                                <a:pt x="2261" y="4"/>
                              </a:lnTo>
                              <a:lnTo>
                                <a:pt x="2233" y="4"/>
                              </a:lnTo>
                              <a:close/>
                              <a:moveTo>
                                <a:pt x="2406" y="186"/>
                              </a:moveTo>
                              <a:lnTo>
                                <a:pt x="2406" y="186"/>
                              </a:lnTo>
                              <a:cubicBezTo>
                                <a:pt x="2406" y="194"/>
                                <a:pt x="2408" y="201"/>
                                <a:pt x="2411" y="207"/>
                              </a:cubicBezTo>
                              <a:lnTo>
                                <a:pt x="2411" y="207"/>
                              </a:lnTo>
                              <a:cubicBezTo>
                                <a:pt x="2414" y="213"/>
                                <a:pt x="2418" y="218"/>
                                <a:pt x="2423" y="222"/>
                              </a:cubicBezTo>
                              <a:lnTo>
                                <a:pt x="2423" y="222"/>
                              </a:lnTo>
                              <a:cubicBezTo>
                                <a:pt x="2428" y="226"/>
                                <a:pt x="2434" y="230"/>
                                <a:pt x="2441" y="232"/>
                              </a:cubicBezTo>
                              <a:lnTo>
                                <a:pt x="2441" y="232"/>
                              </a:lnTo>
                              <a:cubicBezTo>
                                <a:pt x="2447" y="234"/>
                                <a:pt x="2454" y="235"/>
                                <a:pt x="2461" y="235"/>
                              </a:cubicBezTo>
                              <a:lnTo>
                                <a:pt x="2461" y="235"/>
                              </a:lnTo>
                              <a:cubicBezTo>
                                <a:pt x="2468" y="235"/>
                                <a:pt x="2475" y="234"/>
                                <a:pt x="2481" y="231"/>
                              </a:cubicBezTo>
                              <a:lnTo>
                                <a:pt x="2481" y="231"/>
                              </a:lnTo>
                              <a:cubicBezTo>
                                <a:pt x="2487" y="229"/>
                                <a:pt x="2493" y="227"/>
                                <a:pt x="2497" y="224"/>
                              </a:cubicBezTo>
                              <a:lnTo>
                                <a:pt x="2497" y="224"/>
                              </a:lnTo>
                              <a:cubicBezTo>
                                <a:pt x="2501" y="220"/>
                                <a:pt x="2504" y="217"/>
                                <a:pt x="2506" y="214"/>
                              </a:cubicBezTo>
                              <a:lnTo>
                                <a:pt x="2506" y="214"/>
                              </a:lnTo>
                              <a:cubicBezTo>
                                <a:pt x="2509" y="211"/>
                                <a:pt x="2511" y="208"/>
                                <a:pt x="2512" y="206"/>
                              </a:cubicBezTo>
                              <a:lnTo>
                                <a:pt x="2512" y="206"/>
                              </a:lnTo>
                              <a:cubicBezTo>
                                <a:pt x="2513" y="204"/>
                                <a:pt x="2513" y="203"/>
                                <a:pt x="2513" y="203"/>
                              </a:cubicBezTo>
                              <a:lnTo>
                                <a:pt x="2514" y="203"/>
                              </a:lnTo>
                              <a:lnTo>
                                <a:pt x="2514" y="203"/>
                              </a:lnTo>
                              <a:cubicBezTo>
                                <a:pt x="2514" y="203"/>
                                <a:pt x="2514" y="204"/>
                                <a:pt x="2514" y="207"/>
                              </a:cubicBezTo>
                              <a:lnTo>
                                <a:pt x="2514" y="207"/>
                              </a:lnTo>
                              <a:cubicBezTo>
                                <a:pt x="2514" y="209"/>
                                <a:pt x="2513" y="212"/>
                                <a:pt x="2513" y="216"/>
                              </a:cubicBezTo>
                              <a:lnTo>
                                <a:pt x="2513" y="231"/>
                              </a:lnTo>
                              <a:lnTo>
                                <a:pt x="2542" y="231"/>
                              </a:lnTo>
                              <a:lnTo>
                                <a:pt x="2542" y="128"/>
                              </a:lnTo>
                              <a:lnTo>
                                <a:pt x="2542" y="128"/>
                              </a:lnTo>
                              <a:cubicBezTo>
                                <a:pt x="2542" y="115"/>
                                <a:pt x="2540" y="103"/>
                                <a:pt x="2535" y="94"/>
                              </a:cubicBezTo>
                              <a:lnTo>
                                <a:pt x="2535" y="94"/>
                              </a:lnTo>
                              <a:cubicBezTo>
                                <a:pt x="2530" y="84"/>
                                <a:pt x="2522" y="77"/>
                                <a:pt x="2513" y="72"/>
                              </a:cubicBezTo>
                              <a:lnTo>
                                <a:pt x="2513" y="72"/>
                              </a:lnTo>
                              <a:cubicBezTo>
                                <a:pt x="2503" y="67"/>
                                <a:pt x="2492" y="65"/>
                                <a:pt x="2477" y="65"/>
                              </a:cubicBezTo>
                              <a:lnTo>
                                <a:pt x="2477" y="65"/>
                              </a:lnTo>
                              <a:cubicBezTo>
                                <a:pt x="2470" y="65"/>
                                <a:pt x="2463" y="66"/>
                                <a:pt x="2457" y="67"/>
                              </a:cubicBezTo>
                              <a:lnTo>
                                <a:pt x="2457" y="67"/>
                              </a:lnTo>
                              <a:cubicBezTo>
                                <a:pt x="2451" y="68"/>
                                <a:pt x="2445" y="70"/>
                                <a:pt x="2440" y="72"/>
                              </a:cubicBezTo>
                              <a:lnTo>
                                <a:pt x="2440" y="72"/>
                              </a:lnTo>
                              <a:cubicBezTo>
                                <a:pt x="2435" y="74"/>
                                <a:pt x="2431" y="76"/>
                                <a:pt x="2428" y="77"/>
                              </a:cubicBezTo>
                              <a:lnTo>
                                <a:pt x="2428" y="77"/>
                              </a:lnTo>
                              <a:cubicBezTo>
                                <a:pt x="2424" y="79"/>
                                <a:pt x="2422" y="81"/>
                                <a:pt x="2420" y="82"/>
                              </a:cubicBezTo>
                              <a:lnTo>
                                <a:pt x="2420" y="82"/>
                              </a:lnTo>
                              <a:cubicBezTo>
                                <a:pt x="2418" y="83"/>
                                <a:pt x="2417" y="84"/>
                                <a:pt x="2417" y="84"/>
                              </a:cubicBezTo>
                              <a:lnTo>
                                <a:pt x="2430" y="107"/>
                              </a:lnTo>
                              <a:lnTo>
                                <a:pt x="2430" y="107"/>
                              </a:lnTo>
                              <a:cubicBezTo>
                                <a:pt x="2430" y="107"/>
                                <a:pt x="2431" y="106"/>
                                <a:pt x="2433" y="104"/>
                              </a:cubicBezTo>
                              <a:lnTo>
                                <a:pt x="2433" y="104"/>
                              </a:lnTo>
                              <a:cubicBezTo>
                                <a:pt x="2436" y="103"/>
                                <a:pt x="2439" y="101"/>
                                <a:pt x="2443" y="99"/>
                              </a:cubicBezTo>
                              <a:lnTo>
                                <a:pt x="2443" y="99"/>
                              </a:lnTo>
                              <a:cubicBezTo>
                                <a:pt x="2447" y="97"/>
                                <a:pt x="2452" y="95"/>
                                <a:pt x="2457" y="94"/>
                              </a:cubicBezTo>
                              <a:lnTo>
                                <a:pt x="2457" y="94"/>
                              </a:lnTo>
                              <a:cubicBezTo>
                                <a:pt x="2463" y="92"/>
                                <a:pt x="2469" y="91"/>
                                <a:pt x="2475" y="91"/>
                              </a:cubicBezTo>
                              <a:lnTo>
                                <a:pt x="2475" y="91"/>
                              </a:lnTo>
                              <a:cubicBezTo>
                                <a:pt x="2482" y="91"/>
                                <a:pt x="2488" y="92"/>
                                <a:pt x="2494" y="94"/>
                              </a:cubicBezTo>
                              <a:lnTo>
                                <a:pt x="2494" y="94"/>
                              </a:lnTo>
                              <a:cubicBezTo>
                                <a:pt x="2499" y="97"/>
                                <a:pt x="2503" y="100"/>
                                <a:pt x="2506" y="106"/>
                              </a:cubicBezTo>
                              <a:lnTo>
                                <a:pt x="2506" y="106"/>
                              </a:lnTo>
                              <a:cubicBezTo>
                                <a:pt x="2510" y="111"/>
                                <a:pt x="2511" y="118"/>
                                <a:pt x="2511" y="126"/>
                              </a:cubicBezTo>
                              <a:lnTo>
                                <a:pt x="2511" y="129"/>
                              </a:lnTo>
                              <a:lnTo>
                                <a:pt x="2504" y="129"/>
                              </a:lnTo>
                              <a:lnTo>
                                <a:pt x="2504" y="129"/>
                              </a:lnTo>
                              <a:cubicBezTo>
                                <a:pt x="2499" y="129"/>
                                <a:pt x="2494" y="129"/>
                                <a:pt x="2486" y="130"/>
                              </a:cubicBezTo>
                              <a:lnTo>
                                <a:pt x="2486" y="130"/>
                              </a:lnTo>
                              <a:cubicBezTo>
                                <a:pt x="2480" y="130"/>
                                <a:pt x="2473" y="131"/>
                                <a:pt x="2466" y="132"/>
                              </a:cubicBezTo>
                              <a:lnTo>
                                <a:pt x="2466" y="132"/>
                              </a:lnTo>
                              <a:cubicBezTo>
                                <a:pt x="2459" y="133"/>
                                <a:pt x="2451" y="135"/>
                                <a:pt x="2444" y="137"/>
                              </a:cubicBezTo>
                              <a:lnTo>
                                <a:pt x="2444" y="137"/>
                              </a:lnTo>
                              <a:cubicBezTo>
                                <a:pt x="2437" y="140"/>
                                <a:pt x="2431" y="143"/>
                                <a:pt x="2425" y="147"/>
                              </a:cubicBezTo>
                              <a:lnTo>
                                <a:pt x="2425" y="147"/>
                              </a:lnTo>
                              <a:cubicBezTo>
                                <a:pt x="2419" y="151"/>
                                <a:pt x="2415" y="156"/>
                                <a:pt x="2411" y="163"/>
                              </a:cubicBezTo>
                              <a:lnTo>
                                <a:pt x="2411" y="163"/>
                              </a:lnTo>
                              <a:cubicBezTo>
                                <a:pt x="2408" y="169"/>
                                <a:pt x="2406" y="177"/>
                                <a:pt x="2406" y="186"/>
                              </a:cubicBezTo>
                              <a:close/>
                              <a:moveTo>
                                <a:pt x="2437" y="184"/>
                              </a:moveTo>
                              <a:lnTo>
                                <a:pt x="2437" y="184"/>
                              </a:lnTo>
                              <a:cubicBezTo>
                                <a:pt x="2437" y="178"/>
                                <a:pt x="2439" y="174"/>
                                <a:pt x="2442" y="170"/>
                              </a:cubicBezTo>
                              <a:lnTo>
                                <a:pt x="2442" y="170"/>
                              </a:lnTo>
                              <a:cubicBezTo>
                                <a:pt x="2445" y="166"/>
                                <a:pt x="2449" y="163"/>
                                <a:pt x="2453" y="160"/>
                              </a:cubicBezTo>
                              <a:lnTo>
                                <a:pt x="2453" y="160"/>
                              </a:lnTo>
                              <a:cubicBezTo>
                                <a:pt x="2458" y="158"/>
                                <a:pt x="2464" y="156"/>
                                <a:pt x="2469" y="155"/>
                              </a:cubicBezTo>
                              <a:lnTo>
                                <a:pt x="2469" y="155"/>
                              </a:lnTo>
                              <a:cubicBezTo>
                                <a:pt x="2475" y="154"/>
                                <a:pt x="2481" y="153"/>
                                <a:pt x="2487" y="153"/>
                              </a:cubicBezTo>
                              <a:lnTo>
                                <a:pt x="2487" y="153"/>
                              </a:lnTo>
                              <a:cubicBezTo>
                                <a:pt x="2493" y="153"/>
                                <a:pt x="2499" y="153"/>
                                <a:pt x="2503" y="153"/>
                              </a:cubicBezTo>
                              <a:lnTo>
                                <a:pt x="2511" y="153"/>
                              </a:lnTo>
                              <a:lnTo>
                                <a:pt x="2511" y="158"/>
                              </a:lnTo>
                              <a:lnTo>
                                <a:pt x="2511" y="158"/>
                              </a:lnTo>
                              <a:cubicBezTo>
                                <a:pt x="2511" y="165"/>
                                <a:pt x="2510" y="171"/>
                                <a:pt x="2508" y="177"/>
                              </a:cubicBezTo>
                              <a:lnTo>
                                <a:pt x="2508" y="177"/>
                              </a:lnTo>
                              <a:cubicBezTo>
                                <a:pt x="2506" y="183"/>
                                <a:pt x="2503" y="188"/>
                                <a:pt x="2500" y="193"/>
                              </a:cubicBezTo>
                              <a:lnTo>
                                <a:pt x="2500" y="193"/>
                              </a:lnTo>
                              <a:cubicBezTo>
                                <a:pt x="2496" y="198"/>
                                <a:pt x="2490" y="202"/>
                                <a:pt x="2485" y="205"/>
                              </a:cubicBezTo>
                              <a:lnTo>
                                <a:pt x="2485" y="205"/>
                              </a:lnTo>
                              <a:cubicBezTo>
                                <a:pt x="2480" y="208"/>
                                <a:pt x="2474" y="210"/>
                                <a:pt x="2467" y="210"/>
                              </a:cubicBezTo>
                              <a:lnTo>
                                <a:pt x="2467" y="210"/>
                              </a:lnTo>
                              <a:cubicBezTo>
                                <a:pt x="2461" y="210"/>
                                <a:pt x="2455" y="209"/>
                                <a:pt x="2451" y="206"/>
                              </a:cubicBezTo>
                              <a:lnTo>
                                <a:pt x="2451" y="206"/>
                              </a:lnTo>
                              <a:cubicBezTo>
                                <a:pt x="2446" y="204"/>
                                <a:pt x="2443" y="201"/>
                                <a:pt x="2441" y="197"/>
                              </a:cubicBezTo>
                              <a:lnTo>
                                <a:pt x="2441" y="197"/>
                              </a:lnTo>
                              <a:cubicBezTo>
                                <a:pt x="2438" y="193"/>
                                <a:pt x="2437" y="189"/>
                                <a:pt x="2437" y="184"/>
                              </a:cubicBezTo>
                              <a:close/>
                              <a:moveTo>
                                <a:pt x="2588" y="231"/>
                              </a:moveTo>
                              <a:lnTo>
                                <a:pt x="2619" y="231"/>
                              </a:lnTo>
                              <a:lnTo>
                                <a:pt x="2619" y="165"/>
                              </a:lnTo>
                              <a:lnTo>
                                <a:pt x="2619" y="165"/>
                              </a:lnTo>
                              <a:cubicBezTo>
                                <a:pt x="2619" y="159"/>
                                <a:pt x="2619" y="154"/>
                                <a:pt x="2620" y="149"/>
                              </a:cubicBezTo>
                              <a:lnTo>
                                <a:pt x="2620" y="149"/>
                              </a:lnTo>
                              <a:cubicBezTo>
                                <a:pt x="2620" y="144"/>
                                <a:pt x="2621" y="140"/>
                                <a:pt x="2623" y="135"/>
                              </a:cubicBezTo>
                              <a:lnTo>
                                <a:pt x="2623" y="135"/>
                              </a:lnTo>
                              <a:cubicBezTo>
                                <a:pt x="2625" y="127"/>
                                <a:pt x="2629" y="120"/>
                                <a:pt x="2634" y="115"/>
                              </a:cubicBezTo>
                              <a:lnTo>
                                <a:pt x="2634" y="115"/>
                              </a:lnTo>
                              <a:cubicBezTo>
                                <a:pt x="2639" y="109"/>
                                <a:pt x="2644" y="105"/>
                                <a:pt x="2650" y="102"/>
                              </a:cubicBezTo>
                              <a:lnTo>
                                <a:pt x="2650" y="102"/>
                              </a:lnTo>
                              <a:cubicBezTo>
                                <a:pt x="2656" y="99"/>
                                <a:pt x="2662" y="97"/>
                                <a:pt x="2669" y="97"/>
                              </a:cubicBezTo>
                              <a:lnTo>
                                <a:pt x="2669" y="97"/>
                              </a:lnTo>
                              <a:cubicBezTo>
                                <a:pt x="2672" y="97"/>
                                <a:pt x="2674" y="97"/>
                                <a:pt x="2675" y="98"/>
                              </a:cubicBezTo>
                              <a:lnTo>
                                <a:pt x="2675" y="98"/>
                              </a:lnTo>
                              <a:cubicBezTo>
                                <a:pt x="2677" y="98"/>
                                <a:pt x="2678" y="98"/>
                                <a:pt x="2678" y="98"/>
                              </a:cubicBezTo>
                              <a:lnTo>
                                <a:pt x="2678" y="68"/>
                              </a:lnTo>
                              <a:lnTo>
                                <a:pt x="2678" y="68"/>
                              </a:lnTo>
                              <a:cubicBezTo>
                                <a:pt x="2678" y="68"/>
                                <a:pt x="2677" y="67"/>
                                <a:pt x="2676" y="67"/>
                              </a:cubicBezTo>
                              <a:lnTo>
                                <a:pt x="2676" y="67"/>
                              </a:lnTo>
                              <a:cubicBezTo>
                                <a:pt x="2674" y="67"/>
                                <a:pt x="2672" y="67"/>
                                <a:pt x="2670" y="67"/>
                              </a:cubicBezTo>
                              <a:lnTo>
                                <a:pt x="2670" y="67"/>
                              </a:lnTo>
                              <a:cubicBezTo>
                                <a:pt x="2662" y="67"/>
                                <a:pt x="2654" y="69"/>
                                <a:pt x="2647" y="73"/>
                              </a:cubicBezTo>
                              <a:lnTo>
                                <a:pt x="2647" y="73"/>
                              </a:lnTo>
                              <a:cubicBezTo>
                                <a:pt x="2641" y="76"/>
                                <a:pt x="2635" y="81"/>
                                <a:pt x="2629" y="88"/>
                              </a:cubicBezTo>
                              <a:lnTo>
                                <a:pt x="2629" y="88"/>
                              </a:lnTo>
                              <a:cubicBezTo>
                                <a:pt x="2624" y="94"/>
                                <a:pt x="2621" y="101"/>
                                <a:pt x="2618" y="109"/>
                              </a:cubicBezTo>
                              <a:lnTo>
                                <a:pt x="2617" y="109"/>
                              </a:lnTo>
                              <a:lnTo>
                                <a:pt x="2617" y="109"/>
                              </a:lnTo>
                              <a:cubicBezTo>
                                <a:pt x="2617" y="109"/>
                                <a:pt x="2618" y="108"/>
                                <a:pt x="2618" y="105"/>
                              </a:cubicBezTo>
                              <a:lnTo>
                                <a:pt x="2618" y="105"/>
                              </a:lnTo>
                              <a:cubicBezTo>
                                <a:pt x="2618" y="103"/>
                                <a:pt x="2618" y="100"/>
                                <a:pt x="2618" y="97"/>
                              </a:cubicBezTo>
                              <a:lnTo>
                                <a:pt x="2618" y="69"/>
                              </a:lnTo>
                              <a:lnTo>
                                <a:pt x="2588" y="69"/>
                              </a:lnTo>
                              <a:lnTo>
                                <a:pt x="2588" y="231"/>
                              </a:lnTo>
                              <a:close/>
                              <a:moveTo>
                                <a:pt x="2695" y="211"/>
                              </a:moveTo>
                              <a:lnTo>
                                <a:pt x="2695" y="211"/>
                              </a:lnTo>
                              <a:cubicBezTo>
                                <a:pt x="2695" y="211"/>
                                <a:pt x="2696" y="212"/>
                                <a:pt x="2698" y="214"/>
                              </a:cubicBezTo>
                              <a:lnTo>
                                <a:pt x="2698" y="214"/>
                              </a:lnTo>
                              <a:cubicBezTo>
                                <a:pt x="2700" y="215"/>
                                <a:pt x="2702" y="217"/>
                                <a:pt x="2706" y="220"/>
                              </a:cubicBezTo>
                              <a:lnTo>
                                <a:pt x="2706" y="220"/>
                              </a:lnTo>
                              <a:cubicBezTo>
                                <a:pt x="2709" y="222"/>
                                <a:pt x="2713" y="224"/>
                                <a:pt x="2718" y="227"/>
                              </a:cubicBezTo>
                              <a:lnTo>
                                <a:pt x="2718" y="227"/>
                              </a:lnTo>
                              <a:cubicBezTo>
                                <a:pt x="2723" y="229"/>
                                <a:pt x="2729" y="231"/>
                                <a:pt x="2735" y="232"/>
                              </a:cubicBezTo>
                              <a:lnTo>
                                <a:pt x="2735" y="232"/>
                              </a:lnTo>
                              <a:cubicBezTo>
                                <a:pt x="2742" y="234"/>
                                <a:pt x="2749" y="235"/>
                                <a:pt x="2757" y="235"/>
                              </a:cubicBezTo>
                              <a:lnTo>
                                <a:pt x="2757" y="235"/>
                              </a:lnTo>
                              <a:cubicBezTo>
                                <a:pt x="2768" y="235"/>
                                <a:pt x="2780" y="233"/>
                                <a:pt x="2788" y="229"/>
                              </a:cubicBezTo>
                              <a:lnTo>
                                <a:pt x="2788" y="229"/>
                              </a:lnTo>
                              <a:cubicBezTo>
                                <a:pt x="2797" y="225"/>
                                <a:pt x="2804" y="219"/>
                                <a:pt x="2809" y="212"/>
                              </a:cubicBezTo>
                              <a:lnTo>
                                <a:pt x="2809" y="212"/>
                              </a:lnTo>
                              <a:cubicBezTo>
                                <a:pt x="2813" y="205"/>
                                <a:pt x="2816" y="197"/>
                                <a:pt x="2816" y="188"/>
                              </a:cubicBezTo>
                              <a:lnTo>
                                <a:pt x="2816" y="188"/>
                              </a:lnTo>
                              <a:cubicBezTo>
                                <a:pt x="2816" y="181"/>
                                <a:pt x="2814" y="174"/>
                                <a:pt x="2811" y="169"/>
                              </a:cubicBezTo>
                              <a:lnTo>
                                <a:pt x="2811" y="169"/>
                              </a:lnTo>
                              <a:cubicBezTo>
                                <a:pt x="2808" y="163"/>
                                <a:pt x="2804" y="158"/>
                                <a:pt x="2799" y="154"/>
                              </a:cubicBezTo>
                              <a:lnTo>
                                <a:pt x="2799" y="154"/>
                              </a:lnTo>
                              <a:cubicBezTo>
                                <a:pt x="2795" y="150"/>
                                <a:pt x="2789" y="147"/>
                                <a:pt x="2783" y="144"/>
                              </a:cubicBezTo>
                              <a:lnTo>
                                <a:pt x="2783" y="144"/>
                              </a:lnTo>
                              <a:cubicBezTo>
                                <a:pt x="2777" y="142"/>
                                <a:pt x="2771" y="139"/>
                                <a:pt x="2765" y="137"/>
                              </a:cubicBezTo>
                              <a:lnTo>
                                <a:pt x="2765" y="137"/>
                              </a:lnTo>
                              <a:cubicBezTo>
                                <a:pt x="2759" y="135"/>
                                <a:pt x="2753" y="132"/>
                                <a:pt x="2748" y="130"/>
                              </a:cubicBezTo>
                              <a:lnTo>
                                <a:pt x="2748" y="130"/>
                              </a:lnTo>
                              <a:cubicBezTo>
                                <a:pt x="2744" y="128"/>
                                <a:pt x="2740" y="125"/>
                                <a:pt x="2737" y="122"/>
                              </a:cubicBezTo>
                              <a:lnTo>
                                <a:pt x="2737" y="122"/>
                              </a:lnTo>
                              <a:cubicBezTo>
                                <a:pt x="2734" y="119"/>
                                <a:pt x="2732" y="116"/>
                                <a:pt x="2732" y="112"/>
                              </a:cubicBezTo>
                              <a:lnTo>
                                <a:pt x="2732" y="112"/>
                              </a:lnTo>
                              <a:cubicBezTo>
                                <a:pt x="2732" y="107"/>
                                <a:pt x="2733" y="103"/>
                                <a:pt x="2736" y="100"/>
                              </a:cubicBezTo>
                              <a:lnTo>
                                <a:pt x="2736" y="100"/>
                              </a:lnTo>
                              <a:cubicBezTo>
                                <a:pt x="2738" y="97"/>
                                <a:pt x="2742" y="95"/>
                                <a:pt x="2746" y="94"/>
                              </a:cubicBezTo>
                              <a:lnTo>
                                <a:pt x="2746" y="94"/>
                              </a:lnTo>
                              <a:cubicBezTo>
                                <a:pt x="2750" y="92"/>
                                <a:pt x="2754" y="92"/>
                                <a:pt x="2759" y="92"/>
                              </a:cubicBezTo>
                              <a:lnTo>
                                <a:pt x="2759" y="92"/>
                              </a:lnTo>
                              <a:cubicBezTo>
                                <a:pt x="2765" y="92"/>
                                <a:pt x="2771" y="93"/>
                                <a:pt x="2776" y="94"/>
                              </a:cubicBezTo>
                              <a:lnTo>
                                <a:pt x="2776" y="94"/>
                              </a:lnTo>
                              <a:cubicBezTo>
                                <a:pt x="2781" y="95"/>
                                <a:pt x="2786" y="97"/>
                                <a:pt x="2789" y="99"/>
                              </a:cubicBezTo>
                              <a:lnTo>
                                <a:pt x="2789" y="99"/>
                              </a:lnTo>
                              <a:cubicBezTo>
                                <a:pt x="2792" y="101"/>
                                <a:pt x="2795" y="102"/>
                                <a:pt x="2797" y="104"/>
                              </a:cubicBezTo>
                              <a:lnTo>
                                <a:pt x="2797" y="104"/>
                              </a:lnTo>
                              <a:cubicBezTo>
                                <a:pt x="2798" y="105"/>
                                <a:pt x="2799" y="106"/>
                                <a:pt x="2799" y="106"/>
                              </a:cubicBezTo>
                              <a:lnTo>
                                <a:pt x="2812" y="83"/>
                              </a:lnTo>
                              <a:lnTo>
                                <a:pt x="2812" y="83"/>
                              </a:lnTo>
                              <a:cubicBezTo>
                                <a:pt x="2812" y="83"/>
                                <a:pt x="2811" y="82"/>
                                <a:pt x="2810" y="81"/>
                              </a:cubicBezTo>
                              <a:lnTo>
                                <a:pt x="2810" y="81"/>
                              </a:lnTo>
                              <a:cubicBezTo>
                                <a:pt x="2808" y="80"/>
                                <a:pt x="2806" y="78"/>
                                <a:pt x="2804" y="77"/>
                              </a:cubicBezTo>
                              <a:lnTo>
                                <a:pt x="2804" y="77"/>
                              </a:lnTo>
                              <a:cubicBezTo>
                                <a:pt x="2801" y="75"/>
                                <a:pt x="2798" y="73"/>
                                <a:pt x="2793" y="71"/>
                              </a:cubicBezTo>
                              <a:lnTo>
                                <a:pt x="2793" y="71"/>
                              </a:lnTo>
                              <a:cubicBezTo>
                                <a:pt x="2789" y="70"/>
                                <a:pt x="2784" y="68"/>
                                <a:pt x="2779" y="67"/>
                              </a:cubicBezTo>
                              <a:lnTo>
                                <a:pt x="2779" y="67"/>
                              </a:lnTo>
                              <a:cubicBezTo>
                                <a:pt x="2772" y="66"/>
                                <a:pt x="2766" y="65"/>
                                <a:pt x="2759" y="65"/>
                              </a:cubicBezTo>
                              <a:lnTo>
                                <a:pt x="2759" y="65"/>
                              </a:lnTo>
                              <a:cubicBezTo>
                                <a:pt x="2751" y="65"/>
                                <a:pt x="2743" y="66"/>
                                <a:pt x="2736" y="68"/>
                              </a:cubicBezTo>
                              <a:lnTo>
                                <a:pt x="2736" y="68"/>
                              </a:lnTo>
                              <a:cubicBezTo>
                                <a:pt x="2729" y="70"/>
                                <a:pt x="2723" y="73"/>
                                <a:pt x="2718" y="77"/>
                              </a:cubicBezTo>
                              <a:lnTo>
                                <a:pt x="2718" y="77"/>
                              </a:lnTo>
                              <a:cubicBezTo>
                                <a:pt x="2712" y="81"/>
                                <a:pt x="2708" y="86"/>
                                <a:pt x="2705" y="91"/>
                              </a:cubicBezTo>
                              <a:lnTo>
                                <a:pt x="2705" y="91"/>
                              </a:lnTo>
                              <a:cubicBezTo>
                                <a:pt x="2702" y="97"/>
                                <a:pt x="2701" y="104"/>
                                <a:pt x="2701" y="111"/>
                              </a:cubicBezTo>
                              <a:lnTo>
                                <a:pt x="2701" y="111"/>
                              </a:lnTo>
                              <a:cubicBezTo>
                                <a:pt x="2701" y="118"/>
                                <a:pt x="2702" y="125"/>
                                <a:pt x="2705" y="130"/>
                              </a:cubicBezTo>
                              <a:lnTo>
                                <a:pt x="2705" y="130"/>
                              </a:lnTo>
                              <a:cubicBezTo>
                                <a:pt x="2708" y="135"/>
                                <a:pt x="2712" y="140"/>
                                <a:pt x="2717" y="144"/>
                              </a:cubicBezTo>
                              <a:lnTo>
                                <a:pt x="2717" y="144"/>
                              </a:lnTo>
                              <a:cubicBezTo>
                                <a:pt x="2722" y="148"/>
                                <a:pt x="2727" y="151"/>
                                <a:pt x="2733" y="154"/>
                              </a:cubicBezTo>
                              <a:lnTo>
                                <a:pt x="2733" y="154"/>
                              </a:lnTo>
                              <a:cubicBezTo>
                                <a:pt x="2739" y="156"/>
                                <a:pt x="2745" y="159"/>
                                <a:pt x="2751" y="162"/>
                              </a:cubicBezTo>
                              <a:lnTo>
                                <a:pt x="2751" y="162"/>
                              </a:lnTo>
                              <a:cubicBezTo>
                                <a:pt x="2757" y="164"/>
                                <a:pt x="2762" y="167"/>
                                <a:pt x="2767" y="169"/>
                              </a:cubicBezTo>
                              <a:lnTo>
                                <a:pt x="2767" y="169"/>
                              </a:lnTo>
                              <a:cubicBezTo>
                                <a:pt x="2772" y="172"/>
                                <a:pt x="2777" y="174"/>
                                <a:pt x="2780" y="177"/>
                              </a:cubicBezTo>
                              <a:lnTo>
                                <a:pt x="2780" y="177"/>
                              </a:lnTo>
                              <a:cubicBezTo>
                                <a:pt x="2783" y="180"/>
                                <a:pt x="2784" y="184"/>
                                <a:pt x="2784" y="188"/>
                              </a:cubicBezTo>
                              <a:lnTo>
                                <a:pt x="2784" y="188"/>
                              </a:lnTo>
                              <a:cubicBezTo>
                                <a:pt x="2784" y="192"/>
                                <a:pt x="2783" y="196"/>
                                <a:pt x="2780" y="199"/>
                              </a:cubicBezTo>
                              <a:lnTo>
                                <a:pt x="2780" y="199"/>
                              </a:lnTo>
                              <a:cubicBezTo>
                                <a:pt x="2778" y="202"/>
                                <a:pt x="2775" y="204"/>
                                <a:pt x="2770" y="206"/>
                              </a:cubicBezTo>
                              <a:lnTo>
                                <a:pt x="2770" y="206"/>
                              </a:lnTo>
                              <a:cubicBezTo>
                                <a:pt x="2765" y="207"/>
                                <a:pt x="2761" y="208"/>
                                <a:pt x="2757" y="208"/>
                              </a:cubicBezTo>
                              <a:lnTo>
                                <a:pt x="2757" y="208"/>
                              </a:lnTo>
                              <a:cubicBezTo>
                                <a:pt x="2751" y="208"/>
                                <a:pt x="2746" y="207"/>
                                <a:pt x="2741" y="206"/>
                              </a:cubicBezTo>
                              <a:lnTo>
                                <a:pt x="2741" y="206"/>
                              </a:lnTo>
                              <a:cubicBezTo>
                                <a:pt x="2736" y="205"/>
                                <a:pt x="2732" y="203"/>
                                <a:pt x="2728" y="201"/>
                              </a:cubicBezTo>
                              <a:lnTo>
                                <a:pt x="2728" y="201"/>
                              </a:lnTo>
                              <a:cubicBezTo>
                                <a:pt x="2725" y="200"/>
                                <a:pt x="2721" y="198"/>
                                <a:pt x="2719" y="196"/>
                              </a:cubicBezTo>
                              <a:lnTo>
                                <a:pt x="2719" y="196"/>
                              </a:lnTo>
                              <a:cubicBezTo>
                                <a:pt x="2716" y="194"/>
                                <a:pt x="2714" y="192"/>
                                <a:pt x="2713" y="191"/>
                              </a:cubicBezTo>
                              <a:lnTo>
                                <a:pt x="2713" y="191"/>
                              </a:lnTo>
                              <a:cubicBezTo>
                                <a:pt x="2711" y="190"/>
                                <a:pt x="2710" y="189"/>
                                <a:pt x="2710" y="189"/>
                              </a:cubicBezTo>
                              <a:lnTo>
                                <a:pt x="2695" y="211"/>
                              </a:lnTo>
                              <a:close/>
                              <a:moveTo>
                                <a:pt x="2840" y="231"/>
                              </a:moveTo>
                              <a:lnTo>
                                <a:pt x="2981" y="231"/>
                              </a:lnTo>
                              <a:lnTo>
                                <a:pt x="2981" y="205"/>
                              </a:lnTo>
                              <a:lnTo>
                                <a:pt x="2898" y="205"/>
                              </a:lnTo>
                              <a:lnTo>
                                <a:pt x="2898" y="205"/>
                              </a:lnTo>
                              <a:cubicBezTo>
                                <a:pt x="2892" y="205"/>
                                <a:pt x="2888" y="205"/>
                                <a:pt x="2886" y="205"/>
                              </a:cubicBezTo>
                              <a:lnTo>
                                <a:pt x="2886" y="205"/>
                              </a:lnTo>
                              <a:cubicBezTo>
                                <a:pt x="2883" y="205"/>
                                <a:pt x="2882" y="205"/>
                                <a:pt x="2882" y="205"/>
                              </a:cubicBezTo>
                              <a:lnTo>
                                <a:pt x="2882" y="205"/>
                              </a:lnTo>
                              <a:lnTo>
                                <a:pt x="2882" y="205"/>
                              </a:lnTo>
                              <a:cubicBezTo>
                                <a:pt x="2882" y="205"/>
                                <a:pt x="2883" y="204"/>
                                <a:pt x="2884" y="203"/>
                              </a:cubicBezTo>
                              <a:lnTo>
                                <a:pt x="2884" y="203"/>
                              </a:lnTo>
                              <a:cubicBezTo>
                                <a:pt x="2885" y="201"/>
                                <a:pt x="2887" y="200"/>
                                <a:pt x="2889" y="197"/>
                              </a:cubicBezTo>
                              <a:lnTo>
                                <a:pt x="2889" y="197"/>
                              </a:lnTo>
                              <a:cubicBezTo>
                                <a:pt x="2891" y="195"/>
                                <a:pt x="2893" y="193"/>
                                <a:pt x="2895" y="190"/>
                              </a:cubicBezTo>
                              <a:lnTo>
                                <a:pt x="2978" y="87"/>
                              </a:lnTo>
                              <a:lnTo>
                                <a:pt x="2978" y="69"/>
                              </a:lnTo>
                              <a:lnTo>
                                <a:pt x="2844" y="69"/>
                              </a:lnTo>
                              <a:lnTo>
                                <a:pt x="2844" y="95"/>
                              </a:lnTo>
                              <a:lnTo>
                                <a:pt x="2920" y="95"/>
                              </a:lnTo>
                              <a:lnTo>
                                <a:pt x="2920" y="95"/>
                              </a:lnTo>
                              <a:cubicBezTo>
                                <a:pt x="2926" y="95"/>
                                <a:pt x="2930" y="95"/>
                                <a:pt x="2932" y="95"/>
                              </a:cubicBezTo>
                              <a:lnTo>
                                <a:pt x="2932" y="95"/>
                              </a:lnTo>
                              <a:cubicBezTo>
                                <a:pt x="2935" y="95"/>
                                <a:pt x="2936" y="95"/>
                                <a:pt x="2936" y="95"/>
                              </a:cubicBezTo>
                              <a:lnTo>
                                <a:pt x="2936" y="95"/>
                              </a:lnTo>
                              <a:lnTo>
                                <a:pt x="2936" y="95"/>
                              </a:lnTo>
                              <a:cubicBezTo>
                                <a:pt x="2936" y="95"/>
                                <a:pt x="2935" y="96"/>
                                <a:pt x="2934" y="97"/>
                              </a:cubicBezTo>
                              <a:lnTo>
                                <a:pt x="2934" y="97"/>
                              </a:lnTo>
                              <a:cubicBezTo>
                                <a:pt x="2933" y="99"/>
                                <a:pt x="2931" y="100"/>
                                <a:pt x="2929" y="103"/>
                              </a:cubicBezTo>
                              <a:lnTo>
                                <a:pt x="2929" y="103"/>
                              </a:lnTo>
                              <a:cubicBezTo>
                                <a:pt x="2927" y="105"/>
                                <a:pt x="2925" y="107"/>
                                <a:pt x="2923" y="110"/>
                              </a:cubicBezTo>
                              <a:lnTo>
                                <a:pt x="2840" y="213"/>
                              </a:lnTo>
                              <a:lnTo>
                                <a:pt x="2840" y="231"/>
                              </a:lnTo>
                              <a:close/>
                              <a:moveTo>
                                <a:pt x="3005" y="186"/>
                              </a:moveTo>
                              <a:lnTo>
                                <a:pt x="3005" y="186"/>
                              </a:lnTo>
                              <a:cubicBezTo>
                                <a:pt x="3005" y="194"/>
                                <a:pt x="3006" y="201"/>
                                <a:pt x="3009" y="207"/>
                              </a:cubicBezTo>
                              <a:lnTo>
                                <a:pt x="3009" y="207"/>
                              </a:lnTo>
                              <a:cubicBezTo>
                                <a:pt x="3012" y="213"/>
                                <a:pt x="3017" y="218"/>
                                <a:pt x="3022" y="222"/>
                              </a:cubicBezTo>
                              <a:lnTo>
                                <a:pt x="3022" y="222"/>
                              </a:lnTo>
                              <a:cubicBezTo>
                                <a:pt x="3027" y="226"/>
                                <a:pt x="3033" y="230"/>
                                <a:pt x="3039" y="232"/>
                              </a:cubicBezTo>
                              <a:lnTo>
                                <a:pt x="3039" y="232"/>
                              </a:lnTo>
                              <a:cubicBezTo>
                                <a:pt x="3046" y="234"/>
                                <a:pt x="3052" y="235"/>
                                <a:pt x="3060" y="235"/>
                              </a:cubicBezTo>
                              <a:lnTo>
                                <a:pt x="3060" y="235"/>
                              </a:lnTo>
                              <a:cubicBezTo>
                                <a:pt x="3068" y="235"/>
                                <a:pt x="3075" y="234"/>
                                <a:pt x="3081" y="231"/>
                              </a:cubicBezTo>
                              <a:lnTo>
                                <a:pt x="3081" y="231"/>
                              </a:lnTo>
                              <a:cubicBezTo>
                                <a:pt x="3086" y="229"/>
                                <a:pt x="3091" y="227"/>
                                <a:pt x="3095" y="224"/>
                              </a:cubicBezTo>
                              <a:lnTo>
                                <a:pt x="3095" y="224"/>
                              </a:lnTo>
                              <a:cubicBezTo>
                                <a:pt x="3099" y="220"/>
                                <a:pt x="3103" y="217"/>
                                <a:pt x="3105" y="214"/>
                              </a:cubicBezTo>
                              <a:lnTo>
                                <a:pt x="3105" y="214"/>
                              </a:lnTo>
                              <a:cubicBezTo>
                                <a:pt x="3107" y="211"/>
                                <a:pt x="3109" y="208"/>
                                <a:pt x="3110" y="206"/>
                              </a:cubicBezTo>
                              <a:lnTo>
                                <a:pt x="3110" y="206"/>
                              </a:lnTo>
                              <a:cubicBezTo>
                                <a:pt x="3112" y="204"/>
                                <a:pt x="3112" y="203"/>
                                <a:pt x="3112" y="203"/>
                              </a:cubicBezTo>
                              <a:lnTo>
                                <a:pt x="3113" y="203"/>
                              </a:lnTo>
                              <a:lnTo>
                                <a:pt x="3113" y="203"/>
                              </a:lnTo>
                              <a:cubicBezTo>
                                <a:pt x="3113" y="203"/>
                                <a:pt x="3113" y="204"/>
                                <a:pt x="3112" y="207"/>
                              </a:cubicBezTo>
                              <a:lnTo>
                                <a:pt x="3112" y="207"/>
                              </a:lnTo>
                              <a:cubicBezTo>
                                <a:pt x="3112" y="209"/>
                                <a:pt x="3112" y="212"/>
                                <a:pt x="3112" y="216"/>
                              </a:cubicBezTo>
                              <a:lnTo>
                                <a:pt x="3112" y="231"/>
                              </a:lnTo>
                              <a:lnTo>
                                <a:pt x="3141" y="231"/>
                              </a:lnTo>
                              <a:lnTo>
                                <a:pt x="3141" y="128"/>
                              </a:lnTo>
                              <a:lnTo>
                                <a:pt x="3141" y="128"/>
                              </a:lnTo>
                              <a:cubicBezTo>
                                <a:pt x="3141" y="115"/>
                                <a:pt x="3138" y="103"/>
                                <a:pt x="3133" y="94"/>
                              </a:cubicBezTo>
                              <a:lnTo>
                                <a:pt x="3133" y="94"/>
                              </a:lnTo>
                              <a:cubicBezTo>
                                <a:pt x="3128" y="84"/>
                                <a:pt x="3121" y="77"/>
                                <a:pt x="3112" y="72"/>
                              </a:cubicBezTo>
                              <a:lnTo>
                                <a:pt x="3112" y="72"/>
                              </a:lnTo>
                              <a:cubicBezTo>
                                <a:pt x="3102" y="67"/>
                                <a:pt x="3091" y="65"/>
                                <a:pt x="3077" y="65"/>
                              </a:cubicBezTo>
                              <a:lnTo>
                                <a:pt x="3077" y="65"/>
                              </a:lnTo>
                              <a:cubicBezTo>
                                <a:pt x="3070" y="65"/>
                                <a:pt x="3063" y="66"/>
                                <a:pt x="3057" y="67"/>
                              </a:cubicBezTo>
                              <a:lnTo>
                                <a:pt x="3057" y="67"/>
                              </a:lnTo>
                              <a:cubicBezTo>
                                <a:pt x="3049" y="68"/>
                                <a:pt x="3044" y="70"/>
                                <a:pt x="3039" y="72"/>
                              </a:cubicBezTo>
                              <a:lnTo>
                                <a:pt x="3039" y="72"/>
                              </a:lnTo>
                              <a:cubicBezTo>
                                <a:pt x="3034" y="74"/>
                                <a:pt x="3030" y="76"/>
                                <a:pt x="3026" y="77"/>
                              </a:cubicBezTo>
                              <a:lnTo>
                                <a:pt x="3026" y="77"/>
                              </a:lnTo>
                              <a:cubicBezTo>
                                <a:pt x="3023" y="79"/>
                                <a:pt x="3020" y="81"/>
                                <a:pt x="3019" y="82"/>
                              </a:cubicBezTo>
                              <a:lnTo>
                                <a:pt x="3019" y="82"/>
                              </a:lnTo>
                              <a:cubicBezTo>
                                <a:pt x="3017" y="83"/>
                                <a:pt x="3016" y="84"/>
                                <a:pt x="3016" y="84"/>
                              </a:cubicBezTo>
                              <a:lnTo>
                                <a:pt x="3029" y="107"/>
                              </a:lnTo>
                              <a:lnTo>
                                <a:pt x="3029" y="107"/>
                              </a:lnTo>
                              <a:cubicBezTo>
                                <a:pt x="3029" y="107"/>
                                <a:pt x="3030" y="106"/>
                                <a:pt x="3032" y="104"/>
                              </a:cubicBezTo>
                              <a:lnTo>
                                <a:pt x="3032" y="104"/>
                              </a:lnTo>
                              <a:cubicBezTo>
                                <a:pt x="3034" y="103"/>
                                <a:pt x="3038" y="101"/>
                                <a:pt x="3042" y="99"/>
                              </a:cubicBezTo>
                              <a:lnTo>
                                <a:pt x="3042" y="99"/>
                              </a:lnTo>
                              <a:cubicBezTo>
                                <a:pt x="3046" y="97"/>
                                <a:pt x="3051" y="95"/>
                                <a:pt x="3057" y="94"/>
                              </a:cubicBezTo>
                              <a:lnTo>
                                <a:pt x="3057" y="94"/>
                              </a:lnTo>
                              <a:cubicBezTo>
                                <a:pt x="3062" y="92"/>
                                <a:pt x="3068" y="91"/>
                                <a:pt x="3074" y="91"/>
                              </a:cubicBezTo>
                              <a:lnTo>
                                <a:pt x="3074" y="91"/>
                              </a:lnTo>
                              <a:cubicBezTo>
                                <a:pt x="3081" y="91"/>
                                <a:pt x="3087" y="92"/>
                                <a:pt x="3093" y="94"/>
                              </a:cubicBezTo>
                              <a:lnTo>
                                <a:pt x="3093" y="94"/>
                              </a:lnTo>
                              <a:cubicBezTo>
                                <a:pt x="3098" y="97"/>
                                <a:pt x="3102" y="100"/>
                                <a:pt x="3105" y="106"/>
                              </a:cubicBezTo>
                              <a:lnTo>
                                <a:pt x="3105" y="106"/>
                              </a:lnTo>
                              <a:cubicBezTo>
                                <a:pt x="3108" y="111"/>
                                <a:pt x="3110" y="118"/>
                                <a:pt x="3110" y="126"/>
                              </a:cubicBezTo>
                              <a:lnTo>
                                <a:pt x="3110" y="129"/>
                              </a:lnTo>
                              <a:lnTo>
                                <a:pt x="3103" y="129"/>
                              </a:lnTo>
                              <a:lnTo>
                                <a:pt x="3103" y="129"/>
                              </a:lnTo>
                              <a:cubicBezTo>
                                <a:pt x="3098" y="129"/>
                                <a:pt x="3093" y="129"/>
                                <a:pt x="3086" y="130"/>
                              </a:cubicBezTo>
                              <a:lnTo>
                                <a:pt x="3086" y="130"/>
                              </a:lnTo>
                              <a:cubicBezTo>
                                <a:pt x="3080" y="130"/>
                                <a:pt x="3073" y="131"/>
                                <a:pt x="3066" y="132"/>
                              </a:cubicBezTo>
                              <a:lnTo>
                                <a:pt x="3066" y="132"/>
                              </a:lnTo>
                              <a:cubicBezTo>
                                <a:pt x="3058" y="133"/>
                                <a:pt x="3050" y="135"/>
                                <a:pt x="3043" y="137"/>
                              </a:cubicBezTo>
                              <a:lnTo>
                                <a:pt x="3043" y="137"/>
                              </a:lnTo>
                              <a:cubicBezTo>
                                <a:pt x="3036" y="140"/>
                                <a:pt x="3030" y="143"/>
                                <a:pt x="3024" y="147"/>
                              </a:cubicBezTo>
                              <a:lnTo>
                                <a:pt x="3024" y="147"/>
                              </a:lnTo>
                              <a:cubicBezTo>
                                <a:pt x="3018" y="151"/>
                                <a:pt x="3013" y="156"/>
                                <a:pt x="3010" y="163"/>
                              </a:cubicBezTo>
                              <a:lnTo>
                                <a:pt x="3010" y="163"/>
                              </a:lnTo>
                              <a:cubicBezTo>
                                <a:pt x="3007" y="169"/>
                                <a:pt x="3005" y="177"/>
                                <a:pt x="3005" y="186"/>
                              </a:cubicBezTo>
                              <a:close/>
                              <a:moveTo>
                                <a:pt x="3036" y="184"/>
                              </a:moveTo>
                              <a:lnTo>
                                <a:pt x="3036" y="184"/>
                              </a:lnTo>
                              <a:cubicBezTo>
                                <a:pt x="3036" y="178"/>
                                <a:pt x="3038" y="174"/>
                                <a:pt x="3040" y="170"/>
                              </a:cubicBezTo>
                              <a:lnTo>
                                <a:pt x="3040" y="170"/>
                              </a:lnTo>
                              <a:cubicBezTo>
                                <a:pt x="3043" y="166"/>
                                <a:pt x="3047" y="163"/>
                                <a:pt x="3052" y="160"/>
                              </a:cubicBezTo>
                              <a:lnTo>
                                <a:pt x="3052" y="160"/>
                              </a:lnTo>
                              <a:cubicBezTo>
                                <a:pt x="3058" y="158"/>
                                <a:pt x="3063" y="156"/>
                                <a:pt x="3069" y="155"/>
                              </a:cubicBezTo>
                              <a:lnTo>
                                <a:pt x="3069" y="155"/>
                              </a:lnTo>
                              <a:cubicBezTo>
                                <a:pt x="3075" y="154"/>
                                <a:pt x="3081" y="153"/>
                                <a:pt x="3086" y="153"/>
                              </a:cubicBezTo>
                              <a:lnTo>
                                <a:pt x="3086" y="153"/>
                              </a:lnTo>
                              <a:cubicBezTo>
                                <a:pt x="3092" y="153"/>
                                <a:pt x="3097" y="153"/>
                                <a:pt x="3102" y="153"/>
                              </a:cubicBezTo>
                              <a:lnTo>
                                <a:pt x="3110" y="153"/>
                              </a:lnTo>
                              <a:lnTo>
                                <a:pt x="3110" y="158"/>
                              </a:lnTo>
                              <a:lnTo>
                                <a:pt x="3110" y="158"/>
                              </a:lnTo>
                              <a:cubicBezTo>
                                <a:pt x="3110" y="165"/>
                                <a:pt x="3109" y="171"/>
                                <a:pt x="3107" y="177"/>
                              </a:cubicBezTo>
                              <a:lnTo>
                                <a:pt x="3107" y="177"/>
                              </a:lnTo>
                              <a:cubicBezTo>
                                <a:pt x="3105" y="183"/>
                                <a:pt x="3102" y="188"/>
                                <a:pt x="3098" y="193"/>
                              </a:cubicBezTo>
                              <a:lnTo>
                                <a:pt x="3098" y="193"/>
                              </a:lnTo>
                              <a:cubicBezTo>
                                <a:pt x="3095" y="198"/>
                                <a:pt x="3090" y="202"/>
                                <a:pt x="3085" y="205"/>
                              </a:cubicBezTo>
                              <a:lnTo>
                                <a:pt x="3085" y="205"/>
                              </a:lnTo>
                              <a:cubicBezTo>
                                <a:pt x="3080" y="208"/>
                                <a:pt x="3074" y="210"/>
                                <a:pt x="3067" y="210"/>
                              </a:cubicBezTo>
                              <a:lnTo>
                                <a:pt x="3067" y="210"/>
                              </a:lnTo>
                              <a:cubicBezTo>
                                <a:pt x="3060" y="210"/>
                                <a:pt x="3054" y="209"/>
                                <a:pt x="3049" y="206"/>
                              </a:cubicBezTo>
                              <a:lnTo>
                                <a:pt x="3049" y="206"/>
                              </a:lnTo>
                              <a:cubicBezTo>
                                <a:pt x="3045" y="204"/>
                                <a:pt x="3042" y="201"/>
                                <a:pt x="3039" y="197"/>
                              </a:cubicBezTo>
                              <a:lnTo>
                                <a:pt x="3039" y="197"/>
                              </a:lnTo>
                              <a:cubicBezTo>
                                <a:pt x="3037" y="193"/>
                                <a:pt x="3036" y="189"/>
                                <a:pt x="3036" y="184"/>
                              </a:cubicBezTo>
                              <a:close/>
                              <a:moveTo>
                                <a:pt x="3221" y="231"/>
                              </a:moveTo>
                              <a:lnTo>
                                <a:pt x="3255" y="231"/>
                              </a:lnTo>
                              <a:lnTo>
                                <a:pt x="3288" y="126"/>
                              </a:lnTo>
                              <a:lnTo>
                                <a:pt x="3288" y="126"/>
                              </a:lnTo>
                              <a:cubicBezTo>
                                <a:pt x="3289" y="124"/>
                                <a:pt x="3290" y="121"/>
                                <a:pt x="3291" y="118"/>
                              </a:cubicBezTo>
                              <a:lnTo>
                                <a:pt x="3291" y="118"/>
                              </a:lnTo>
                              <a:cubicBezTo>
                                <a:pt x="3291" y="116"/>
                                <a:pt x="3292" y="113"/>
                                <a:pt x="3292" y="112"/>
                              </a:cubicBezTo>
                              <a:lnTo>
                                <a:pt x="3292" y="112"/>
                              </a:lnTo>
                              <a:cubicBezTo>
                                <a:pt x="3293" y="110"/>
                                <a:pt x="3293" y="109"/>
                                <a:pt x="3293" y="109"/>
                              </a:cubicBezTo>
                              <a:lnTo>
                                <a:pt x="3294" y="109"/>
                              </a:lnTo>
                              <a:lnTo>
                                <a:pt x="3294" y="109"/>
                              </a:lnTo>
                              <a:cubicBezTo>
                                <a:pt x="3294" y="109"/>
                                <a:pt x="3294" y="110"/>
                                <a:pt x="3294" y="112"/>
                              </a:cubicBezTo>
                              <a:lnTo>
                                <a:pt x="3294" y="112"/>
                              </a:lnTo>
                              <a:cubicBezTo>
                                <a:pt x="3295" y="113"/>
                                <a:pt x="3295" y="116"/>
                                <a:pt x="3296" y="118"/>
                              </a:cubicBezTo>
                              <a:lnTo>
                                <a:pt x="3296" y="118"/>
                              </a:lnTo>
                              <a:cubicBezTo>
                                <a:pt x="3296" y="121"/>
                                <a:pt x="3297" y="124"/>
                                <a:pt x="3298" y="126"/>
                              </a:cubicBezTo>
                              <a:lnTo>
                                <a:pt x="3331" y="231"/>
                              </a:lnTo>
                              <a:lnTo>
                                <a:pt x="3367" y="231"/>
                              </a:lnTo>
                              <a:lnTo>
                                <a:pt x="3418" y="69"/>
                              </a:lnTo>
                              <a:lnTo>
                                <a:pt x="3386" y="69"/>
                              </a:lnTo>
                              <a:lnTo>
                                <a:pt x="3352" y="183"/>
                              </a:lnTo>
                              <a:lnTo>
                                <a:pt x="3352" y="183"/>
                              </a:lnTo>
                              <a:cubicBezTo>
                                <a:pt x="3351" y="186"/>
                                <a:pt x="3351" y="188"/>
                                <a:pt x="3350" y="191"/>
                              </a:cubicBezTo>
                              <a:lnTo>
                                <a:pt x="3350" y="191"/>
                              </a:lnTo>
                              <a:cubicBezTo>
                                <a:pt x="3349" y="194"/>
                                <a:pt x="3349" y="196"/>
                                <a:pt x="3349" y="197"/>
                              </a:cubicBezTo>
                              <a:lnTo>
                                <a:pt x="3349" y="197"/>
                              </a:lnTo>
                              <a:cubicBezTo>
                                <a:pt x="3349" y="199"/>
                                <a:pt x="3348" y="200"/>
                                <a:pt x="3348" y="200"/>
                              </a:cubicBezTo>
                              <a:lnTo>
                                <a:pt x="3348" y="200"/>
                              </a:lnTo>
                              <a:lnTo>
                                <a:pt x="3348" y="200"/>
                              </a:lnTo>
                              <a:cubicBezTo>
                                <a:pt x="3348" y="200"/>
                                <a:pt x="3348" y="199"/>
                                <a:pt x="3347" y="197"/>
                              </a:cubicBezTo>
                              <a:lnTo>
                                <a:pt x="3347" y="197"/>
                              </a:lnTo>
                              <a:cubicBezTo>
                                <a:pt x="3347" y="196"/>
                                <a:pt x="3346" y="194"/>
                                <a:pt x="3346" y="191"/>
                              </a:cubicBezTo>
                              <a:lnTo>
                                <a:pt x="3346" y="191"/>
                              </a:lnTo>
                              <a:cubicBezTo>
                                <a:pt x="3345" y="188"/>
                                <a:pt x="3344" y="186"/>
                                <a:pt x="3343" y="183"/>
                              </a:cubicBezTo>
                              <a:lnTo>
                                <a:pt x="3308" y="69"/>
                              </a:lnTo>
                              <a:lnTo>
                                <a:pt x="3279" y="69"/>
                              </a:lnTo>
                              <a:lnTo>
                                <a:pt x="3244" y="183"/>
                              </a:lnTo>
                              <a:lnTo>
                                <a:pt x="3244" y="183"/>
                              </a:lnTo>
                              <a:cubicBezTo>
                                <a:pt x="3243" y="186"/>
                                <a:pt x="3243" y="188"/>
                                <a:pt x="3242" y="191"/>
                              </a:cubicBezTo>
                              <a:lnTo>
                                <a:pt x="3242" y="191"/>
                              </a:lnTo>
                              <a:cubicBezTo>
                                <a:pt x="3241" y="194"/>
                                <a:pt x="3241" y="196"/>
                                <a:pt x="3241" y="197"/>
                              </a:cubicBezTo>
                              <a:lnTo>
                                <a:pt x="3241" y="197"/>
                              </a:lnTo>
                              <a:cubicBezTo>
                                <a:pt x="3240" y="199"/>
                                <a:pt x="3240" y="200"/>
                                <a:pt x="3240" y="200"/>
                              </a:cubicBezTo>
                              <a:lnTo>
                                <a:pt x="3239" y="200"/>
                              </a:lnTo>
                              <a:lnTo>
                                <a:pt x="3239" y="200"/>
                              </a:lnTo>
                              <a:cubicBezTo>
                                <a:pt x="3239" y="200"/>
                                <a:pt x="3239" y="199"/>
                                <a:pt x="3239" y="197"/>
                              </a:cubicBezTo>
                              <a:lnTo>
                                <a:pt x="3239" y="197"/>
                              </a:lnTo>
                              <a:cubicBezTo>
                                <a:pt x="3238" y="196"/>
                                <a:pt x="3238" y="194"/>
                                <a:pt x="3237" y="191"/>
                              </a:cubicBezTo>
                              <a:lnTo>
                                <a:pt x="3237" y="191"/>
                              </a:lnTo>
                              <a:cubicBezTo>
                                <a:pt x="3237" y="188"/>
                                <a:pt x="3236" y="186"/>
                                <a:pt x="3235" y="183"/>
                              </a:cubicBezTo>
                              <a:lnTo>
                                <a:pt x="3202" y="69"/>
                              </a:lnTo>
                              <a:lnTo>
                                <a:pt x="3168" y="69"/>
                              </a:lnTo>
                              <a:lnTo>
                                <a:pt x="3221" y="231"/>
                              </a:lnTo>
                              <a:close/>
                              <a:moveTo>
                                <a:pt x="3435" y="186"/>
                              </a:moveTo>
                              <a:lnTo>
                                <a:pt x="3435" y="186"/>
                              </a:lnTo>
                              <a:cubicBezTo>
                                <a:pt x="3435" y="194"/>
                                <a:pt x="3437" y="201"/>
                                <a:pt x="3440" y="207"/>
                              </a:cubicBezTo>
                              <a:lnTo>
                                <a:pt x="3440" y="207"/>
                              </a:lnTo>
                              <a:cubicBezTo>
                                <a:pt x="3443" y="213"/>
                                <a:pt x="3447" y="218"/>
                                <a:pt x="3452" y="222"/>
                              </a:cubicBezTo>
                              <a:lnTo>
                                <a:pt x="3452" y="222"/>
                              </a:lnTo>
                              <a:cubicBezTo>
                                <a:pt x="3457" y="226"/>
                                <a:pt x="3463" y="230"/>
                                <a:pt x="3469" y="232"/>
                              </a:cubicBezTo>
                              <a:lnTo>
                                <a:pt x="3469" y="232"/>
                              </a:lnTo>
                              <a:cubicBezTo>
                                <a:pt x="3476" y="234"/>
                                <a:pt x="3484" y="235"/>
                                <a:pt x="3491" y="235"/>
                              </a:cubicBezTo>
                              <a:lnTo>
                                <a:pt x="3491" y="235"/>
                              </a:lnTo>
                              <a:cubicBezTo>
                                <a:pt x="3498" y="235"/>
                                <a:pt x="3505" y="234"/>
                                <a:pt x="3511" y="231"/>
                              </a:cubicBezTo>
                              <a:lnTo>
                                <a:pt x="3511" y="231"/>
                              </a:lnTo>
                              <a:cubicBezTo>
                                <a:pt x="3517" y="229"/>
                                <a:pt x="3521" y="227"/>
                                <a:pt x="3526" y="224"/>
                              </a:cubicBezTo>
                              <a:lnTo>
                                <a:pt x="3526" y="224"/>
                              </a:lnTo>
                              <a:cubicBezTo>
                                <a:pt x="3529" y="220"/>
                                <a:pt x="3533" y="217"/>
                                <a:pt x="3535" y="214"/>
                              </a:cubicBezTo>
                              <a:lnTo>
                                <a:pt x="3535" y="214"/>
                              </a:lnTo>
                              <a:cubicBezTo>
                                <a:pt x="3538" y="211"/>
                                <a:pt x="3539" y="208"/>
                                <a:pt x="3541" y="206"/>
                              </a:cubicBezTo>
                              <a:lnTo>
                                <a:pt x="3541" y="206"/>
                              </a:lnTo>
                              <a:cubicBezTo>
                                <a:pt x="3542" y="204"/>
                                <a:pt x="3542" y="203"/>
                                <a:pt x="3542" y="203"/>
                              </a:cubicBezTo>
                              <a:lnTo>
                                <a:pt x="3543" y="203"/>
                              </a:lnTo>
                              <a:lnTo>
                                <a:pt x="3543" y="203"/>
                              </a:lnTo>
                              <a:cubicBezTo>
                                <a:pt x="3543" y="203"/>
                                <a:pt x="3543" y="204"/>
                                <a:pt x="3543" y="207"/>
                              </a:cubicBezTo>
                              <a:lnTo>
                                <a:pt x="3543" y="207"/>
                              </a:lnTo>
                              <a:cubicBezTo>
                                <a:pt x="3542" y="209"/>
                                <a:pt x="3542" y="212"/>
                                <a:pt x="3542" y="216"/>
                              </a:cubicBezTo>
                              <a:lnTo>
                                <a:pt x="3542" y="231"/>
                              </a:lnTo>
                              <a:lnTo>
                                <a:pt x="3571" y="231"/>
                              </a:lnTo>
                              <a:lnTo>
                                <a:pt x="3571" y="128"/>
                              </a:lnTo>
                              <a:lnTo>
                                <a:pt x="3571" y="128"/>
                              </a:lnTo>
                              <a:cubicBezTo>
                                <a:pt x="3571" y="115"/>
                                <a:pt x="3568" y="103"/>
                                <a:pt x="3564" y="94"/>
                              </a:cubicBezTo>
                              <a:lnTo>
                                <a:pt x="3564" y="94"/>
                              </a:lnTo>
                              <a:cubicBezTo>
                                <a:pt x="3559" y="84"/>
                                <a:pt x="3551" y="77"/>
                                <a:pt x="3542" y="72"/>
                              </a:cubicBezTo>
                              <a:lnTo>
                                <a:pt x="3542" y="72"/>
                              </a:lnTo>
                              <a:cubicBezTo>
                                <a:pt x="3532" y="67"/>
                                <a:pt x="3521" y="65"/>
                                <a:pt x="3507" y="65"/>
                              </a:cubicBezTo>
                              <a:lnTo>
                                <a:pt x="3507" y="65"/>
                              </a:lnTo>
                              <a:cubicBezTo>
                                <a:pt x="3500" y="65"/>
                                <a:pt x="3493" y="66"/>
                                <a:pt x="3487" y="67"/>
                              </a:cubicBezTo>
                              <a:lnTo>
                                <a:pt x="3487" y="67"/>
                              </a:lnTo>
                              <a:cubicBezTo>
                                <a:pt x="3481" y="68"/>
                                <a:pt x="3474" y="70"/>
                                <a:pt x="3469" y="72"/>
                              </a:cubicBezTo>
                              <a:lnTo>
                                <a:pt x="3469" y="72"/>
                              </a:lnTo>
                              <a:cubicBezTo>
                                <a:pt x="3464" y="74"/>
                                <a:pt x="3460" y="76"/>
                                <a:pt x="3457" y="77"/>
                              </a:cubicBezTo>
                              <a:lnTo>
                                <a:pt x="3457" y="77"/>
                              </a:lnTo>
                              <a:cubicBezTo>
                                <a:pt x="3453" y="79"/>
                                <a:pt x="3451" y="81"/>
                                <a:pt x="3449" y="82"/>
                              </a:cubicBezTo>
                              <a:lnTo>
                                <a:pt x="3449" y="82"/>
                              </a:lnTo>
                              <a:cubicBezTo>
                                <a:pt x="3447" y="83"/>
                                <a:pt x="3446" y="84"/>
                                <a:pt x="3446" y="84"/>
                              </a:cubicBezTo>
                              <a:lnTo>
                                <a:pt x="3459" y="107"/>
                              </a:lnTo>
                              <a:lnTo>
                                <a:pt x="3459" y="107"/>
                              </a:lnTo>
                              <a:cubicBezTo>
                                <a:pt x="3459" y="107"/>
                                <a:pt x="3460" y="106"/>
                                <a:pt x="3462" y="104"/>
                              </a:cubicBezTo>
                              <a:lnTo>
                                <a:pt x="3462" y="104"/>
                              </a:lnTo>
                              <a:cubicBezTo>
                                <a:pt x="3465" y="103"/>
                                <a:pt x="3468" y="101"/>
                                <a:pt x="3472" y="99"/>
                              </a:cubicBezTo>
                              <a:lnTo>
                                <a:pt x="3472" y="99"/>
                              </a:lnTo>
                              <a:cubicBezTo>
                                <a:pt x="3476" y="97"/>
                                <a:pt x="3482" y="95"/>
                                <a:pt x="3487" y="94"/>
                              </a:cubicBezTo>
                              <a:lnTo>
                                <a:pt x="3487" y="94"/>
                              </a:lnTo>
                              <a:cubicBezTo>
                                <a:pt x="3493" y="92"/>
                                <a:pt x="3498" y="91"/>
                                <a:pt x="3505" y="91"/>
                              </a:cubicBezTo>
                              <a:lnTo>
                                <a:pt x="3505" y="91"/>
                              </a:lnTo>
                              <a:cubicBezTo>
                                <a:pt x="3512" y="91"/>
                                <a:pt x="3518" y="92"/>
                                <a:pt x="3523" y="94"/>
                              </a:cubicBezTo>
                              <a:lnTo>
                                <a:pt x="3523" y="94"/>
                              </a:lnTo>
                              <a:cubicBezTo>
                                <a:pt x="3528" y="97"/>
                                <a:pt x="3532" y="100"/>
                                <a:pt x="3535" y="106"/>
                              </a:cubicBezTo>
                              <a:lnTo>
                                <a:pt x="3535" y="106"/>
                              </a:lnTo>
                              <a:cubicBezTo>
                                <a:pt x="3538" y="111"/>
                                <a:pt x="3540" y="118"/>
                                <a:pt x="3540" y="126"/>
                              </a:cubicBezTo>
                              <a:lnTo>
                                <a:pt x="3540" y="129"/>
                              </a:lnTo>
                              <a:lnTo>
                                <a:pt x="3533" y="129"/>
                              </a:lnTo>
                              <a:lnTo>
                                <a:pt x="3533" y="129"/>
                              </a:lnTo>
                              <a:cubicBezTo>
                                <a:pt x="3528" y="129"/>
                                <a:pt x="3523" y="129"/>
                                <a:pt x="3516" y="130"/>
                              </a:cubicBezTo>
                              <a:lnTo>
                                <a:pt x="3516" y="130"/>
                              </a:lnTo>
                              <a:cubicBezTo>
                                <a:pt x="3510" y="130"/>
                                <a:pt x="3503" y="131"/>
                                <a:pt x="3496" y="132"/>
                              </a:cubicBezTo>
                              <a:lnTo>
                                <a:pt x="3496" y="132"/>
                              </a:lnTo>
                              <a:cubicBezTo>
                                <a:pt x="3489" y="133"/>
                                <a:pt x="3481" y="135"/>
                                <a:pt x="3473" y="137"/>
                              </a:cubicBezTo>
                              <a:lnTo>
                                <a:pt x="3473" y="137"/>
                              </a:lnTo>
                              <a:cubicBezTo>
                                <a:pt x="3466" y="140"/>
                                <a:pt x="3460" y="143"/>
                                <a:pt x="3454" y="147"/>
                              </a:cubicBezTo>
                              <a:lnTo>
                                <a:pt x="3454" y="147"/>
                              </a:lnTo>
                              <a:cubicBezTo>
                                <a:pt x="3448" y="151"/>
                                <a:pt x="3444" y="156"/>
                                <a:pt x="3440" y="163"/>
                              </a:cubicBezTo>
                              <a:lnTo>
                                <a:pt x="3440" y="163"/>
                              </a:lnTo>
                              <a:cubicBezTo>
                                <a:pt x="3437" y="169"/>
                                <a:pt x="3435" y="177"/>
                                <a:pt x="3435" y="186"/>
                              </a:cubicBezTo>
                              <a:close/>
                              <a:moveTo>
                                <a:pt x="3466" y="184"/>
                              </a:moveTo>
                              <a:lnTo>
                                <a:pt x="3466" y="184"/>
                              </a:lnTo>
                              <a:cubicBezTo>
                                <a:pt x="3466" y="178"/>
                                <a:pt x="3468" y="174"/>
                                <a:pt x="3471" y="170"/>
                              </a:cubicBezTo>
                              <a:lnTo>
                                <a:pt x="3471" y="170"/>
                              </a:lnTo>
                              <a:cubicBezTo>
                                <a:pt x="3474" y="166"/>
                                <a:pt x="3479" y="163"/>
                                <a:pt x="3483" y="160"/>
                              </a:cubicBezTo>
                              <a:lnTo>
                                <a:pt x="3483" y="160"/>
                              </a:lnTo>
                              <a:cubicBezTo>
                                <a:pt x="3488" y="158"/>
                                <a:pt x="3494" y="156"/>
                                <a:pt x="3499" y="155"/>
                              </a:cubicBezTo>
                              <a:lnTo>
                                <a:pt x="3499" y="155"/>
                              </a:lnTo>
                              <a:cubicBezTo>
                                <a:pt x="3505" y="154"/>
                                <a:pt x="3511" y="153"/>
                                <a:pt x="3517" y="153"/>
                              </a:cubicBezTo>
                              <a:lnTo>
                                <a:pt x="3517" y="153"/>
                              </a:lnTo>
                              <a:cubicBezTo>
                                <a:pt x="3522" y="153"/>
                                <a:pt x="3528" y="153"/>
                                <a:pt x="3532" y="153"/>
                              </a:cubicBezTo>
                              <a:lnTo>
                                <a:pt x="3540" y="153"/>
                              </a:lnTo>
                              <a:lnTo>
                                <a:pt x="3540" y="158"/>
                              </a:lnTo>
                              <a:lnTo>
                                <a:pt x="3540" y="158"/>
                              </a:lnTo>
                              <a:cubicBezTo>
                                <a:pt x="3540" y="165"/>
                                <a:pt x="3539" y="171"/>
                                <a:pt x="3537" y="177"/>
                              </a:cubicBezTo>
                              <a:lnTo>
                                <a:pt x="3537" y="177"/>
                              </a:lnTo>
                              <a:cubicBezTo>
                                <a:pt x="3535" y="183"/>
                                <a:pt x="3532" y="188"/>
                                <a:pt x="3529" y="193"/>
                              </a:cubicBezTo>
                              <a:lnTo>
                                <a:pt x="3529" y="193"/>
                              </a:lnTo>
                              <a:cubicBezTo>
                                <a:pt x="3525" y="198"/>
                                <a:pt x="3520" y="202"/>
                                <a:pt x="3515" y="205"/>
                              </a:cubicBezTo>
                              <a:lnTo>
                                <a:pt x="3515" y="205"/>
                              </a:lnTo>
                              <a:cubicBezTo>
                                <a:pt x="3510" y="208"/>
                                <a:pt x="3504" y="210"/>
                                <a:pt x="3497" y="210"/>
                              </a:cubicBezTo>
                              <a:lnTo>
                                <a:pt x="3497" y="210"/>
                              </a:lnTo>
                              <a:cubicBezTo>
                                <a:pt x="3491" y="210"/>
                                <a:pt x="3485" y="209"/>
                                <a:pt x="3481" y="206"/>
                              </a:cubicBezTo>
                              <a:lnTo>
                                <a:pt x="3481" y="206"/>
                              </a:lnTo>
                              <a:cubicBezTo>
                                <a:pt x="3475" y="204"/>
                                <a:pt x="3472" y="201"/>
                                <a:pt x="3470" y="197"/>
                              </a:cubicBezTo>
                              <a:lnTo>
                                <a:pt x="3470" y="197"/>
                              </a:lnTo>
                              <a:cubicBezTo>
                                <a:pt x="3467" y="193"/>
                                <a:pt x="3466" y="189"/>
                                <a:pt x="3466" y="18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1313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6C230D" w14:textId="77777777" w:rsidR="00026778" w:rsidRDefault="00026778" w:rsidP="000267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5069284" name="Freeform 6"/>
                      <wps:cNvSpPr>
                        <a:spLocks noEditPoints="1"/>
                      </wps:cNvSpPr>
                      <wps:spPr bwMode="auto">
                        <a:xfrm>
                          <a:off x="245201" y="382270"/>
                          <a:ext cx="1344295" cy="86995"/>
                        </a:xfrm>
                        <a:custGeom>
                          <a:avLst/>
                          <a:gdLst>
                            <a:gd name="T0" fmla="*/ 92 w 3749"/>
                            <a:gd name="T1" fmla="*/ 212 h 253"/>
                            <a:gd name="T2" fmla="*/ 0 w 3749"/>
                            <a:gd name="T3" fmla="*/ 79 h 253"/>
                            <a:gd name="T4" fmla="*/ 256 w 3749"/>
                            <a:gd name="T5" fmla="*/ 228 h 253"/>
                            <a:gd name="T6" fmla="*/ 185 w 3749"/>
                            <a:gd name="T7" fmla="*/ 212 h 253"/>
                            <a:gd name="T8" fmla="*/ 229 w 3749"/>
                            <a:gd name="T9" fmla="*/ 79 h 253"/>
                            <a:gd name="T10" fmla="*/ 198 w 3749"/>
                            <a:gd name="T11" fmla="*/ 97 h 253"/>
                            <a:gd name="T12" fmla="*/ 349 w 3749"/>
                            <a:gd name="T13" fmla="*/ 241 h 253"/>
                            <a:gd name="T14" fmla="*/ 393 w 3749"/>
                            <a:gd name="T15" fmla="*/ 240 h 253"/>
                            <a:gd name="T16" fmla="*/ 646 w 3749"/>
                            <a:gd name="T17" fmla="*/ 54 h 253"/>
                            <a:gd name="T18" fmla="*/ 658 w 3749"/>
                            <a:gd name="T19" fmla="*/ 12 h 253"/>
                            <a:gd name="T20" fmla="*/ 715 w 3749"/>
                            <a:gd name="T21" fmla="*/ 231 h 253"/>
                            <a:gd name="T22" fmla="*/ 805 w 3749"/>
                            <a:gd name="T23" fmla="*/ 224 h 253"/>
                            <a:gd name="T24" fmla="*/ 712 w 3749"/>
                            <a:gd name="T25" fmla="*/ 90 h 253"/>
                            <a:gd name="T26" fmla="*/ 795 w 3749"/>
                            <a:gd name="T27" fmla="*/ 138 h 253"/>
                            <a:gd name="T28" fmla="*/ 745 w 3749"/>
                            <a:gd name="T29" fmla="*/ 168 h 253"/>
                            <a:gd name="T30" fmla="*/ 743 w 3749"/>
                            <a:gd name="T31" fmla="*/ 214 h 253"/>
                            <a:gd name="T32" fmla="*/ 940 w 3749"/>
                            <a:gd name="T33" fmla="*/ 131 h 253"/>
                            <a:gd name="T34" fmla="*/ 932 w 3749"/>
                            <a:gd name="T35" fmla="*/ 185 h 253"/>
                            <a:gd name="T36" fmla="*/ 1167 w 3749"/>
                            <a:gd name="T37" fmla="*/ 135 h 253"/>
                            <a:gd name="T38" fmla="*/ 1476 w 3749"/>
                            <a:gd name="T39" fmla="*/ 57 h 253"/>
                            <a:gd name="T40" fmla="*/ 1596 w 3749"/>
                            <a:gd name="T41" fmla="*/ 224 h 253"/>
                            <a:gd name="T42" fmla="*/ 1700 w 3749"/>
                            <a:gd name="T43" fmla="*/ 129 h 253"/>
                            <a:gd name="T44" fmla="*/ 1656 w 3749"/>
                            <a:gd name="T45" fmla="*/ 9 h 253"/>
                            <a:gd name="T46" fmla="*/ 1595 w 3749"/>
                            <a:gd name="T47" fmla="*/ 127 h 253"/>
                            <a:gd name="T48" fmla="*/ 1635 w 3749"/>
                            <a:gd name="T49" fmla="*/ 211 h 253"/>
                            <a:gd name="T50" fmla="*/ 1670 w 3749"/>
                            <a:gd name="T51" fmla="*/ 143 h 253"/>
                            <a:gd name="T52" fmla="*/ 1696 w 3749"/>
                            <a:gd name="T53" fmla="*/ 71 h 253"/>
                            <a:gd name="T54" fmla="*/ 2039 w 3749"/>
                            <a:gd name="T55" fmla="*/ 240 h 253"/>
                            <a:gd name="T56" fmla="*/ 2035 w 3749"/>
                            <a:gd name="T57" fmla="*/ 74 h 253"/>
                            <a:gd name="T58" fmla="*/ 1894 w 3749"/>
                            <a:gd name="T59" fmla="*/ 48 h 253"/>
                            <a:gd name="T60" fmla="*/ 1997 w 3749"/>
                            <a:gd name="T61" fmla="*/ 56 h 253"/>
                            <a:gd name="T62" fmla="*/ 1891 w 3749"/>
                            <a:gd name="T63" fmla="*/ 222 h 253"/>
                            <a:gd name="T64" fmla="*/ 2184 w 3749"/>
                            <a:gd name="T65" fmla="*/ 137 h 253"/>
                            <a:gd name="T66" fmla="*/ 2106 w 3749"/>
                            <a:gd name="T67" fmla="*/ 20 h 253"/>
                            <a:gd name="T68" fmla="*/ 2145 w 3749"/>
                            <a:gd name="T69" fmla="*/ 39 h 253"/>
                            <a:gd name="T70" fmla="*/ 2093 w 3749"/>
                            <a:gd name="T71" fmla="*/ 172 h 253"/>
                            <a:gd name="T72" fmla="*/ 2541 w 3749"/>
                            <a:gd name="T73" fmla="*/ 167 h 253"/>
                            <a:gd name="T74" fmla="*/ 2432 w 3749"/>
                            <a:gd name="T75" fmla="*/ 71 h 253"/>
                            <a:gd name="T76" fmla="*/ 2526 w 3749"/>
                            <a:gd name="T77" fmla="*/ 17 h 253"/>
                            <a:gd name="T78" fmla="*/ 2383 w 3749"/>
                            <a:gd name="T79" fmla="*/ 136 h 253"/>
                            <a:gd name="T80" fmla="*/ 2417 w 3749"/>
                            <a:gd name="T81" fmla="*/ 151 h 253"/>
                            <a:gd name="T82" fmla="*/ 2489 w 3749"/>
                            <a:gd name="T83" fmla="*/ 207 h 253"/>
                            <a:gd name="T84" fmla="*/ 2666 w 3749"/>
                            <a:gd name="T85" fmla="*/ 65 h 253"/>
                            <a:gd name="T86" fmla="*/ 2854 w 3749"/>
                            <a:gd name="T87" fmla="*/ 238 h 253"/>
                            <a:gd name="T88" fmla="*/ 2839 w 3749"/>
                            <a:gd name="T89" fmla="*/ 9 h 253"/>
                            <a:gd name="T90" fmla="*/ 2857 w 3749"/>
                            <a:gd name="T91" fmla="*/ 156 h 253"/>
                            <a:gd name="T92" fmla="*/ 2798 w 3749"/>
                            <a:gd name="T93" fmla="*/ 210 h 253"/>
                            <a:gd name="T94" fmla="*/ 2804 w 3749"/>
                            <a:gd name="T95" fmla="*/ 109 h 253"/>
                            <a:gd name="T96" fmla="*/ 2890 w 3749"/>
                            <a:gd name="T97" fmla="*/ 100 h 253"/>
                            <a:gd name="T98" fmla="*/ 3229 w 3749"/>
                            <a:gd name="T99" fmla="*/ 174 h 253"/>
                            <a:gd name="T100" fmla="*/ 3088 w 3749"/>
                            <a:gd name="T101" fmla="*/ 54 h 253"/>
                            <a:gd name="T102" fmla="*/ 3200 w 3749"/>
                            <a:gd name="T103" fmla="*/ 160 h 253"/>
                            <a:gd name="T104" fmla="*/ 3094 w 3749"/>
                            <a:gd name="T105" fmla="*/ 234 h 253"/>
                            <a:gd name="T106" fmla="*/ 3133 w 3749"/>
                            <a:gd name="T107" fmla="*/ 44 h 253"/>
                            <a:gd name="T108" fmla="*/ 3178 w 3749"/>
                            <a:gd name="T109" fmla="*/ 130 h 253"/>
                            <a:gd name="T110" fmla="*/ 3368 w 3749"/>
                            <a:gd name="T111" fmla="*/ 65 h 253"/>
                            <a:gd name="T112" fmla="*/ 3679 w 3749"/>
                            <a:gd name="T113" fmla="*/ 238 h 253"/>
                            <a:gd name="T114" fmla="*/ 3665 w 3749"/>
                            <a:gd name="T115" fmla="*/ 9 h 253"/>
                            <a:gd name="T116" fmla="*/ 3683 w 3749"/>
                            <a:gd name="T117" fmla="*/ 156 h 253"/>
                            <a:gd name="T118" fmla="*/ 3624 w 3749"/>
                            <a:gd name="T119" fmla="*/ 210 h 253"/>
                            <a:gd name="T120" fmla="*/ 3629 w 3749"/>
                            <a:gd name="T121" fmla="*/ 109 h 253"/>
                            <a:gd name="T122" fmla="*/ 3716 w 3749"/>
                            <a:gd name="T123" fmla="*/ 100 h 2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3749" h="253">
                              <a:moveTo>
                                <a:pt x="21" y="180"/>
                              </a:moveTo>
                              <a:lnTo>
                                <a:pt x="21" y="180"/>
                              </a:lnTo>
                              <a:cubicBezTo>
                                <a:pt x="21" y="190"/>
                                <a:pt x="23" y="199"/>
                                <a:pt x="26" y="207"/>
                              </a:cubicBezTo>
                              <a:lnTo>
                                <a:pt x="26" y="207"/>
                              </a:lnTo>
                              <a:cubicBezTo>
                                <a:pt x="29" y="214"/>
                                <a:pt x="32" y="221"/>
                                <a:pt x="37" y="225"/>
                              </a:cubicBezTo>
                              <a:lnTo>
                                <a:pt x="37" y="225"/>
                              </a:lnTo>
                              <a:cubicBezTo>
                                <a:pt x="42" y="229"/>
                                <a:pt x="47" y="233"/>
                                <a:pt x="52" y="235"/>
                              </a:cubicBezTo>
                              <a:lnTo>
                                <a:pt x="52" y="235"/>
                              </a:lnTo>
                              <a:cubicBezTo>
                                <a:pt x="58" y="237"/>
                                <a:pt x="63" y="239"/>
                                <a:pt x="69" y="240"/>
                              </a:cubicBezTo>
                              <a:lnTo>
                                <a:pt x="69" y="240"/>
                              </a:lnTo>
                              <a:cubicBezTo>
                                <a:pt x="74" y="240"/>
                                <a:pt x="79" y="241"/>
                                <a:pt x="83" y="241"/>
                              </a:cubicBezTo>
                              <a:lnTo>
                                <a:pt x="83" y="241"/>
                              </a:lnTo>
                              <a:cubicBezTo>
                                <a:pt x="86" y="241"/>
                                <a:pt x="89" y="241"/>
                                <a:pt x="91" y="240"/>
                              </a:cubicBezTo>
                              <a:lnTo>
                                <a:pt x="91" y="240"/>
                              </a:lnTo>
                              <a:cubicBezTo>
                                <a:pt x="93" y="240"/>
                                <a:pt x="94" y="240"/>
                                <a:pt x="94" y="240"/>
                              </a:cubicBezTo>
                              <a:lnTo>
                                <a:pt x="94" y="212"/>
                              </a:lnTo>
                              <a:lnTo>
                                <a:pt x="94" y="212"/>
                              </a:lnTo>
                              <a:cubicBezTo>
                                <a:pt x="94" y="212"/>
                                <a:pt x="93" y="212"/>
                                <a:pt x="92" y="212"/>
                              </a:cubicBezTo>
                              <a:lnTo>
                                <a:pt x="92" y="212"/>
                              </a:lnTo>
                              <a:cubicBezTo>
                                <a:pt x="90" y="212"/>
                                <a:pt x="89" y="212"/>
                                <a:pt x="86" y="212"/>
                              </a:cubicBezTo>
                              <a:lnTo>
                                <a:pt x="86" y="212"/>
                              </a:lnTo>
                              <a:cubicBezTo>
                                <a:pt x="83" y="212"/>
                                <a:pt x="80" y="212"/>
                                <a:pt x="76" y="211"/>
                              </a:cubicBezTo>
                              <a:lnTo>
                                <a:pt x="76" y="211"/>
                              </a:lnTo>
                              <a:cubicBezTo>
                                <a:pt x="72" y="210"/>
                                <a:pt x="68" y="209"/>
                                <a:pt x="65" y="206"/>
                              </a:cubicBezTo>
                              <a:lnTo>
                                <a:pt x="65" y="206"/>
                              </a:lnTo>
                              <a:cubicBezTo>
                                <a:pt x="61" y="204"/>
                                <a:pt x="58" y="200"/>
                                <a:pt x="56" y="195"/>
                              </a:cubicBezTo>
                              <a:lnTo>
                                <a:pt x="56" y="195"/>
                              </a:lnTo>
                              <a:cubicBezTo>
                                <a:pt x="53" y="190"/>
                                <a:pt x="52" y="184"/>
                                <a:pt x="52" y="176"/>
                              </a:cubicBezTo>
                              <a:lnTo>
                                <a:pt x="52" y="103"/>
                              </a:lnTo>
                              <a:lnTo>
                                <a:pt x="91" y="103"/>
                              </a:lnTo>
                              <a:lnTo>
                                <a:pt x="91" y="79"/>
                              </a:lnTo>
                              <a:lnTo>
                                <a:pt x="52" y="79"/>
                              </a:lnTo>
                              <a:lnTo>
                                <a:pt x="52" y="32"/>
                              </a:lnTo>
                              <a:lnTo>
                                <a:pt x="22" y="32"/>
                              </a:lnTo>
                              <a:lnTo>
                                <a:pt x="22" y="79"/>
                              </a:lnTo>
                              <a:lnTo>
                                <a:pt x="0" y="79"/>
                              </a:lnTo>
                              <a:lnTo>
                                <a:pt x="0" y="103"/>
                              </a:lnTo>
                              <a:lnTo>
                                <a:pt x="21" y="103"/>
                              </a:lnTo>
                              <a:lnTo>
                                <a:pt x="21" y="180"/>
                              </a:lnTo>
                              <a:close/>
                              <a:moveTo>
                                <a:pt x="118" y="158"/>
                              </a:moveTo>
                              <a:lnTo>
                                <a:pt x="118" y="158"/>
                              </a:lnTo>
                              <a:cubicBezTo>
                                <a:pt x="118" y="170"/>
                                <a:pt x="120" y="181"/>
                                <a:pt x="125" y="191"/>
                              </a:cubicBezTo>
                              <a:lnTo>
                                <a:pt x="125" y="191"/>
                              </a:lnTo>
                              <a:cubicBezTo>
                                <a:pt x="129" y="202"/>
                                <a:pt x="134" y="210"/>
                                <a:pt x="142" y="219"/>
                              </a:cubicBezTo>
                              <a:lnTo>
                                <a:pt x="142" y="219"/>
                              </a:lnTo>
                              <a:cubicBezTo>
                                <a:pt x="150" y="227"/>
                                <a:pt x="159" y="233"/>
                                <a:pt x="169" y="237"/>
                              </a:cubicBezTo>
                              <a:lnTo>
                                <a:pt x="169" y="237"/>
                              </a:lnTo>
                              <a:cubicBezTo>
                                <a:pt x="179" y="241"/>
                                <a:pt x="191" y="243"/>
                                <a:pt x="204" y="243"/>
                              </a:cubicBezTo>
                              <a:lnTo>
                                <a:pt x="204" y="243"/>
                              </a:lnTo>
                              <a:cubicBezTo>
                                <a:pt x="211" y="243"/>
                                <a:pt x="218" y="242"/>
                                <a:pt x="225" y="241"/>
                              </a:cubicBezTo>
                              <a:lnTo>
                                <a:pt x="225" y="241"/>
                              </a:lnTo>
                              <a:cubicBezTo>
                                <a:pt x="231" y="239"/>
                                <a:pt x="238" y="238"/>
                                <a:pt x="243" y="235"/>
                              </a:cubicBezTo>
                              <a:lnTo>
                                <a:pt x="243" y="235"/>
                              </a:lnTo>
                              <a:cubicBezTo>
                                <a:pt x="248" y="233"/>
                                <a:pt x="253" y="231"/>
                                <a:pt x="256" y="228"/>
                              </a:cubicBezTo>
                              <a:lnTo>
                                <a:pt x="256" y="228"/>
                              </a:lnTo>
                              <a:cubicBezTo>
                                <a:pt x="260" y="226"/>
                                <a:pt x="262" y="224"/>
                                <a:pt x="264" y="223"/>
                              </a:cubicBezTo>
                              <a:lnTo>
                                <a:pt x="264" y="223"/>
                              </a:lnTo>
                              <a:cubicBezTo>
                                <a:pt x="266" y="221"/>
                                <a:pt x="267" y="220"/>
                                <a:pt x="267" y="220"/>
                              </a:cubicBezTo>
                              <a:lnTo>
                                <a:pt x="254" y="197"/>
                              </a:lnTo>
                              <a:lnTo>
                                <a:pt x="254" y="197"/>
                              </a:lnTo>
                              <a:cubicBezTo>
                                <a:pt x="254" y="197"/>
                                <a:pt x="254" y="197"/>
                                <a:pt x="252" y="199"/>
                              </a:cubicBezTo>
                              <a:lnTo>
                                <a:pt x="252" y="199"/>
                              </a:lnTo>
                              <a:cubicBezTo>
                                <a:pt x="251" y="200"/>
                                <a:pt x="248" y="202"/>
                                <a:pt x="246" y="203"/>
                              </a:cubicBezTo>
                              <a:lnTo>
                                <a:pt x="246" y="203"/>
                              </a:lnTo>
                              <a:cubicBezTo>
                                <a:pt x="243" y="205"/>
                                <a:pt x="239" y="207"/>
                                <a:pt x="234" y="209"/>
                              </a:cubicBezTo>
                              <a:lnTo>
                                <a:pt x="234" y="209"/>
                              </a:lnTo>
                              <a:cubicBezTo>
                                <a:pt x="230" y="211"/>
                                <a:pt x="226" y="212"/>
                                <a:pt x="221" y="214"/>
                              </a:cubicBezTo>
                              <a:lnTo>
                                <a:pt x="221" y="214"/>
                              </a:lnTo>
                              <a:cubicBezTo>
                                <a:pt x="216" y="215"/>
                                <a:pt x="211" y="216"/>
                                <a:pt x="206" y="216"/>
                              </a:cubicBezTo>
                              <a:lnTo>
                                <a:pt x="206" y="216"/>
                              </a:lnTo>
                              <a:cubicBezTo>
                                <a:pt x="198" y="216"/>
                                <a:pt x="192" y="214"/>
                                <a:pt x="185" y="212"/>
                              </a:cubicBezTo>
                              <a:lnTo>
                                <a:pt x="185" y="212"/>
                              </a:lnTo>
                              <a:cubicBezTo>
                                <a:pt x="179" y="210"/>
                                <a:pt x="173" y="207"/>
                                <a:pt x="168" y="202"/>
                              </a:cubicBezTo>
                              <a:lnTo>
                                <a:pt x="168" y="202"/>
                              </a:lnTo>
                              <a:cubicBezTo>
                                <a:pt x="163" y="198"/>
                                <a:pt x="159" y="192"/>
                                <a:pt x="155" y="186"/>
                              </a:cubicBezTo>
                              <a:lnTo>
                                <a:pt x="155" y="186"/>
                              </a:lnTo>
                              <a:cubicBezTo>
                                <a:pt x="152" y="179"/>
                                <a:pt x="151" y="171"/>
                                <a:pt x="150" y="162"/>
                              </a:cubicBezTo>
                              <a:lnTo>
                                <a:pt x="269" y="162"/>
                              </a:lnTo>
                              <a:lnTo>
                                <a:pt x="269" y="162"/>
                              </a:lnTo>
                              <a:cubicBezTo>
                                <a:pt x="269" y="162"/>
                                <a:pt x="269" y="161"/>
                                <a:pt x="269" y="160"/>
                              </a:cubicBezTo>
                              <a:lnTo>
                                <a:pt x="269" y="160"/>
                              </a:lnTo>
                              <a:cubicBezTo>
                                <a:pt x="269" y="158"/>
                                <a:pt x="269" y="156"/>
                                <a:pt x="269" y="154"/>
                              </a:cubicBezTo>
                              <a:lnTo>
                                <a:pt x="269" y="154"/>
                              </a:lnTo>
                              <a:cubicBezTo>
                                <a:pt x="270" y="152"/>
                                <a:pt x="270" y="151"/>
                                <a:pt x="270" y="149"/>
                              </a:cubicBezTo>
                              <a:lnTo>
                                <a:pt x="270" y="149"/>
                              </a:lnTo>
                              <a:cubicBezTo>
                                <a:pt x="270" y="139"/>
                                <a:pt x="268" y="129"/>
                                <a:pt x="265" y="120"/>
                              </a:cubicBezTo>
                              <a:lnTo>
                                <a:pt x="265" y="120"/>
                              </a:lnTo>
                              <a:cubicBezTo>
                                <a:pt x="262" y="110"/>
                                <a:pt x="258" y="102"/>
                                <a:pt x="252" y="95"/>
                              </a:cubicBezTo>
                              <a:lnTo>
                                <a:pt x="252" y="95"/>
                              </a:lnTo>
                              <a:cubicBezTo>
                                <a:pt x="246" y="88"/>
                                <a:pt x="239" y="82"/>
                                <a:pt x="229" y="79"/>
                              </a:cubicBezTo>
                              <a:lnTo>
                                <a:pt x="229" y="79"/>
                              </a:lnTo>
                              <a:cubicBezTo>
                                <a:pt x="220" y="75"/>
                                <a:pt x="210" y="73"/>
                                <a:pt x="199" y="73"/>
                              </a:cubicBezTo>
                              <a:lnTo>
                                <a:pt x="199" y="73"/>
                              </a:lnTo>
                              <a:cubicBezTo>
                                <a:pt x="187" y="73"/>
                                <a:pt x="177" y="75"/>
                                <a:pt x="167" y="79"/>
                              </a:cubicBezTo>
                              <a:lnTo>
                                <a:pt x="167" y="79"/>
                              </a:lnTo>
                              <a:cubicBezTo>
                                <a:pt x="157" y="83"/>
                                <a:pt x="149" y="88"/>
                                <a:pt x="141" y="96"/>
                              </a:cubicBezTo>
                              <a:lnTo>
                                <a:pt x="141" y="96"/>
                              </a:lnTo>
                              <a:cubicBezTo>
                                <a:pt x="134" y="103"/>
                                <a:pt x="129" y="113"/>
                                <a:pt x="125" y="123"/>
                              </a:cubicBezTo>
                              <a:lnTo>
                                <a:pt x="125" y="123"/>
                              </a:lnTo>
                              <a:cubicBezTo>
                                <a:pt x="120" y="134"/>
                                <a:pt x="118" y="145"/>
                                <a:pt x="118" y="158"/>
                              </a:cubicBezTo>
                              <a:close/>
                              <a:moveTo>
                                <a:pt x="151" y="139"/>
                              </a:moveTo>
                              <a:lnTo>
                                <a:pt x="151" y="139"/>
                              </a:lnTo>
                              <a:cubicBezTo>
                                <a:pt x="153" y="130"/>
                                <a:pt x="156" y="123"/>
                                <a:pt x="160" y="117"/>
                              </a:cubicBezTo>
                              <a:lnTo>
                                <a:pt x="160" y="117"/>
                              </a:lnTo>
                              <a:cubicBezTo>
                                <a:pt x="165" y="110"/>
                                <a:pt x="170" y="105"/>
                                <a:pt x="177" y="102"/>
                              </a:cubicBezTo>
                              <a:lnTo>
                                <a:pt x="177" y="102"/>
                              </a:lnTo>
                              <a:cubicBezTo>
                                <a:pt x="183" y="99"/>
                                <a:pt x="190" y="97"/>
                                <a:pt x="198" y="97"/>
                              </a:cubicBezTo>
                              <a:lnTo>
                                <a:pt x="198" y="97"/>
                              </a:lnTo>
                              <a:cubicBezTo>
                                <a:pt x="205" y="97"/>
                                <a:pt x="212" y="99"/>
                                <a:pt x="217" y="102"/>
                              </a:cubicBezTo>
                              <a:lnTo>
                                <a:pt x="217" y="102"/>
                              </a:lnTo>
                              <a:cubicBezTo>
                                <a:pt x="223" y="105"/>
                                <a:pt x="228" y="109"/>
                                <a:pt x="231" y="116"/>
                              </a:cubicBezTo>
                              <a:lnTo>
                                <a:pt x="231" y="116"/>
                              </a:lnTo>
                              <a:cubicBezTo>
                                <a:pt x="235" y="122"/>
                                <a:pt x="238" y="130"/>
                                <a:pt x="238" y="139"/>
                              </a:cubicBezTo>
                              <a:lnTo>
                                <a:pt x="151" y="139"/>
                              </a:lnTo>
                              <a:close/>
                              <a:moveTo>
                                <a:pt x="305" y="195"/>
                              </a:moveTo>
                              <a:lnTo>
                                <a:pt x="305" y="195"/>
                              </a:lnTo>
                              <a:cubicBezTo>
                                <a:pt x="305" y="203"/>
                                <a:pt x="306" y="209"/>
                                <a:pt x="308" y="215"/>
                              </a:cubicBezTo>
                              <a:lnTo>
                                <a:pt x="308" y="215"/>
                              </a:lnTo>
                              <a:cubicBezTo>
                                <a:pt x="310" y="221"/>
                                <a:pt x="312" y="226"/>
                                <a:pt x="315" y="229"/>
                              </a:cubicBezTo>
                              <a:lnTo>
                                <a:pt x="315" y="229"/>
                              </a:lnTo>
                              <a:cubicBezTo>
                                <a:pt x="319" y="232"/>
                                <a:pt x="322" y="235"/>
                                <a:pt x="326" y="237"/>
                              </a:cubicBezTo>
                              <a:lnTo>
                                <a:pt x="326" y="237"/>
                              </a:lnTo>
                              <a:cubicBezTo>
                                <a:pt x="330" y="238"/>
                                <a:pt x="333" y="239"/>
                                <a:pt x="337" y="240"/>
                              </a:cubicBezTo>
                              <a:lnTo>
                                <a:pt x="337" y="240"/>
                              </a:lnTo>
                              <a:cubicBezTo>
                                <a:pt x="341" y="241"/>
                                <a:pt x="345" y="241"/>
                                <a:pt x="349" y="241"/>
                              </a:cubicBezTo>
                              <a:lnTo>
                                <a:pt x="349" y="241"/>
                              </a:lnTo>
                              <a:cubicBezTo>
                                <a:pt x="351" y="241"/>
                                <a:pt x="354" y="241"/>
                                <a:pt x="356" y="240"/>
                              </a:cubicBezTo>
                              <a:lnTo>
                                <a:pt x="356" y="240"/>
                              </a:lnTo>
                              <a:cubicBezTo>
                                <a:pt x="358" y="240"/>
                                <a:pt x="359" y="240"/>
                                <a:pt x="359" y="240"/>
                              </a:cubicBezTo>
                              <a:lnTo>
                                <a:pt x="359" y="212"/>
                              </a:lnTo>
                              <a:lnTo>
                                <a:pt x="359" y="212"/>
                              </a:lnTo>
                              <a:cubicBezTo>
                                <a:pt x="359" y="212"/>
                                <a:pt x="358" y="212"/>
                                <a:pt x="357" y="212"/>
                              </a:cubicBezTo>
                              <a:lnTo>
                                <a:pt x="357" y="212"/>
                              </a:lnTo>
                              <a:cubicBezTo>
                                <a:pt x="356" y="212"/>
                                <a:pt x="355" y="212"/>
                                <a:pt x="353" y="212"/>
                              </a:cubicBezTo>
                              <a:lnTo>
                                <a:pt x="353" y="212"/>
                              </a:lnTo>
                              <a:cubicBezTo>
                                <a:pt x="350" y="212"/>
                                <a:pt x="347" y="212"/>
                                <a:pt x="345" y="210"/>
                              </a:cubicBezTo>
                              <a:lnTo>
                                <a:pt x="345" y="210"/>
                              </a:lnTo>
                              <a:cubicBezTo>
                                <a:pt x="342" y="209"/>
                                <a:pt x="340" y="207"/>
                                <a:pt x="338" y="204"/>
                              </a:cubicBezTo>
                              <a:lnTo>
                                <a:pt x="338" y="204"/>
                              </a:lnTo>
                              <a:cubicBezTo>
                                <a:pt x="337" y="200"/>
                                <a:pt x="336" y="196"/>
                                <a:pt x="336" y="189"/>
                              </a:cubicBezTo>
                              <a:lnTo>
                                <a:pt x="336" y="13"/>
                              </a:lnTo>
                              <a:lnTo>
                                <a:pt x="305" y="13"/>
                              </a:lnTo>
                              <a:lnTo>
                                <a:pt x="305" y="195"/>
                              </a:lnTo>
                              <a:close/>
                              <a:moveTo>
                                <a:pt x="393" y="240"/>
                              </a:moveTo>
                              <a:lnTo>
                                <a:pt x="425" y="240"/>
                              </a:lnTo>
                              <a:lnTo>
                                <a:pt x="425" y="206"/>
                              </a:lnTo>
                              <a:lnTo>
                                <a:pt x="393" y="206"/>
                              </a:lnTo>
                              <a:lnTo>
                                <a:pt x="393" y="240"/>
                              </a:lnTo>
                              <a:close/>
                              <a:moveTo>
                                <a:pt x="461" y="253"/>
                              </a:moveTo>
                              <a:lnTo>
                                <a:pt x="488" y="253"/>
                              </a:lnTo>
                              <a:lnTo>
                                <a:pt x="570" y="0"/>
                              </a:lnTo>
                              <a:lnTo>
                                <a:pt x="543" y="0"/>
                              </a:lnTo>
                              <a:lnTo>
                                <a:pt x="461" y="253"/>
                              </a:lnTo>
                              <a:close/>
                              <a:moveTo>
                                <a:pt x="612" y="240"/>
                              </a:moveTo>
                              <a:lnTo>
                                <a:pt x="642" y="240"/>
                              </a:lnTo>
                              <a:lnTo>
                                <a:pt x="642" y="103"/>
                              </a:lnTo>
                              <a:lnTo>
                                <a:pt x="681" y="103"/>
                              </a:lnTo>
                              <a:lnTo>
                                <a:pt x="681" y="79"/>
                              </a:lnTo>
                              <a:lnTo>
                                <a:pt x="642" y="79"/>
                              </a:lnTo>
                              <a:lnTo>
                                <a:pt x="642" y="72"/>
                              </a:lnTo>
                              <a:lnTo>
                                <a:pt x="642" y="72"/>
                              </a:lnTo>
                              <a:cubicBezTo>
                                <a:pt x="642" y="64"/>
                                <a:pt x="643" y="58"/>
                                <a:pt x="646" y="54"/>
                              </a:cubicBezTo>
                              <a:lnTo>
                                <a:pt x="646" y="54"/>
                              </a:lnTo>
                              <a:cubicBezTo>
                                <a:pt x="648" y="49"/>
                                <a:pt x="651" y="46"/>
                                <a:pt x="655" y="44"/>
                              </a:cubicBezTo>
                              <a:lnTo>
                                <a:pt x="655" y="44"/>
                              </a:lnTo>
                              <a:cubicBezTo>
                                <a:pt x="658" y="41"/>
                                <a:pt x="663" y="40"/>
                                <a:pt x="667" y="39"/>
                              </a:cubicBezTo>
                              <a:lnTo>
                                <a:pt x="667" y="39"/>
                              </a:lnTo>
                              <a:cubicBezTo>
                                <a:pt x="671" y="38"/>
                                <a:pt x="674" y="38"/>
                                <a:pt x="677" y="38"/>
                              </a:cubicBezTo>
                              <a:lnTo>
                                <a:pt x="677" y="38"/>
                              </a:lnTo>
                              <a:cubicBezTo>
                                <a:pt x="679" y="38"/>
                                <a:pt x="681" y="38"/>
                                <a:pt x="683" y="38"/>
                              </a:cubicBezTo>
                              <a:lnTo>
                                <a:pt x="683" y="38"/>
                              </a:lnTo>
                              <a:cubicBezTo>
                                <a:pt x="684" y="38"/>
                                <a:pt x="685" y="38"/>
                                <a:pt x="685" y="39"/>
                              </a:cubicBezTo>
                              <a:lnTo>
                                <a:pt x="685" y="12"/>
                              </a:lnTo>
                              <a:lnTo>
                                <a:pt x="685" y="12"/>
                              </a:lnTo>
                              <a:cubicBezTo>
                                <a:pt x="685" y="12"/>
                                <a:pt x="684" y="12"/>
                                <a:pt x="682" y="12"/>
                              </a:cubicBezTo>
                              <a:lnTo>
                                <a:pt x="682" y="12"/>
                              </a:lnTo>
                              <a:cubicBezTo>
                                <a:pt x="679" y="11"/>
                                <a:pt x="677" y="11"/>
                                <a:pt x="673" y="11"/>
                              </a:cubicBezTo>
                              <a:lnTo>
                                <a:pt x="673" y="11"/>
                              </a:lnTo>
                              <a:cubicBezTo>
                                <a:pt x="669" y="11"/>
                                <a:pt x="664" y="11"/>
                                <a:pt x="658" y="12"/>
                              </a:cubicBezTo>
                              <a:lnTo>
                                <a:pt x="658" y="12"/>
                              </a:lnTo>
                              <a:cubicBezTo>
                                <a:pt x="653" y="13"/>
                                <a:pt x="647" y="15"/>
                                <a:pt x="642" y="17"/>
                              </a:cubicBezTo>
                              <a:lnTo>
                                <a:pt x="642" y="17"/>
                              </a:lnTo>
                              <a:cubicBezTo>
                                <a:pt x="637" y="19"/>
                                <a:pt x="632" y="23"/>
                                <a:pt x="627" y="27"/>
                              </a:cubicBezTo>
                              <a:lnTo>
                                <a:pt x="627" y="27"/>
                              </a:lnTo>
                              <a:cubicBezTo>
                                <a:pt x="622" y="31"/>
                                <a:pt x="619" y="37"/>
                                <a:pt x="616" y="44"/>
                              </a:cubicBezTo>
                              <a:lnTo>
                                <a:pt x="616" y="44"/>
                              </a:lnTo>
                              <a:cubicBezTo>
                                <a:pt x="613" y="52"/>
                                <a:pt x="612" y="60"/>
                                <a:pt x="612" y="71"/>
                              </a:cubicBezTo>
                              <a:lnTo>
                                <a:pt x="612" y="79"/>
                              </a:lnTo>
                              <a:lnTo>
                                <a:pt x="592" y="79"/>
                              </a:lnTo>
                              <a:lnTo>
                                <a:pt x="592" y="103"/>
                              </a:lnTo>
                              <a:lnTo>
                                <a:pt x="612" y="103"/>
                              </a:lnTo>
                              <a:lnTo>
                                <a:pt x="612" y="240"/>
                              </a:lnTo>
                              <a:close/>
                              <a:moveTo>
                                <a:pt x="698" y="193"/>
                              </a:moveTo>
                              <a:lnTo>
                                <a:pt x="698" y="193"/>
                              </a:lnTo>
                              <a:cubicBezTo>
                                <a:pt x="698" y="201"/>
                                <a:pt x="700" y="208"/>
                                <a:pt x="703" y="215"/>
                              </a:cubicBezTo>
                              <a:lnTo>
                                <a:pt x="703" y="215"/>
                              </a:lnTo>
                              <a:cubicBezTo>
                                <a:pt x="706" y="222"/>
                                <a:pt x="710" y="227"/>
                                <a:pt x="715" y="231"/>
                              </a:cubicBezTo>
                              <a:lnTo>
                                <a:pt x="715" y="231"/>
                              </a:lnTo>
                              <a:cubicBezTo>
                                <a:pt x="720" y="235"/>
                                <a:pt x="726" y="238"/>
                                <a:pt x="732" y="240"/>
                              </a:cubicBezTo>
                              <a:lnTo>
                                <a:pt x="732" y="240"/>
                              </a:lnTo>
                              <a:cubicBezTo>
                                <a:pt x="739" y="242"/>
                                <a:pt x="746" y="243"/>
                                <a:pt x="753" y="243"/>
                              </a:cubicBezTo>
                              <a:lnTo>
                                <a:pt x="753" y="243"/>
                              </a:lnTo>
                              <a:cubicBezTo>
                                <a:pt x="760" y="243"/>
                                <a:pt x="767" y="242"/>
                                <a:pt x="773" y="240"/>
                              </a:cubicBezTo>
                              <a:lnTo>
                                <a:pt x="773" y="240"/>
                              </a:lnTo>
                              <a:cubicBezTo>
                                <a:pt x="779" y="238"/>
                                <a:pt x="783" y="235"/>
                                <a:pt x="788" y="232"/>
                              </a:cubicBezTo>
                              <a:lnTo>
                                <a:pt x="788" y="232"/>
                              </a:lnTo>
                              <a:cubicBezTo>
                                <a:pt x="791" y="229"/>
                                <a:pt x="795" y="226"/>
                                <a:pt x="797" y="223"/>
                              </a:cubicBezTo>
                              <a:lnTo>
                                <a:pt x="797" y="223"/>
                              </a:lnTo>
                              <a:cubicBezTo>
                                <a:pt x="801" y="220"/>
                                <a:pt x="802" y="216"/>
                                <a:pt x="804" y="214"/>
                              </a:cubicBezTo>
                              <a:lnTo>
                                <a:pt x="804" y="214"/>
                              </a:lnTo>
                              <a:cubicBezTo>
                                <a:pt x="805" y="212"/>
                                <a:pt x="805" y="211"/>
                                <a:pt x="805" y="210"/>
                              </a:cubicBezTo>
                              <a:lnTo>
                                <a:pt x="806" y="210"/>
                              </a:lnTo>
                              <a:lnTo>
                                <a:pt x="806" y="210"/>
                              </a:lnTo>
                              <a:cubicBezTo>
                                <a:pt x="806" y="211"/>
                                <a:pt x="806" y="212"/>
                                <a:pt x="806" y="214"/>
                              </a:cubicBezTo>
                              <a:lnTo>
                                <a:pt x="806" y="214"/>
                              </a:lnTo>
                              <a:cubicBezTo>
                                <a:pt x="805" y="216"/>
                                <a:pt x="805" y="221"/>
                                <a:pt x="805" y="224"/>
                              </a:cubicBezTo>
                              <a:lnTo>
                                <a:pt x="805" y="240"/>
                              </a:lnTo>
                              <a:lnTo>
                                <a:pt x="834" y="240"/>
                              </a:lnTo>
                              <a:lnTo>
                                <a:pt x="834" y="137"/>
                              </a:lnTo>
                              <a:lnTo>
                                <a:pt x="834" y="137"/>
                              </a:lnTo>
                              <a:cubicBezTo>
                                <a:pt x="834" y="123"/>
                                <a:pt x="831" y="112"/>
                                <a:pt x="827" y="101"/>
                              </a:cubicBezTo>
                              <a:lnTo>
                                <a:pt x="827" y="101"/>
                              </a:lnTo>
                              <a:cubicBezTo>
                                <a:pt x="822" y="92"/>
                                <a:pt x="814" y="85"/>
                                <a:pt x="805" y="80"/>
                              </a:cubicBezTo>
                              <a:lnTo>
                                <a:pt x="805" y="80"/>
                              </a:lnTo>
                              <a:cubicBezTo>
                                <a:pt x="794" y="75"/>
                                <a:pt x="783" y="73"/>
                                <a:pt x="769" y="73"/>
                              </a:cubicBezTo>
                              <a:lnTo>
                                <a:pt x="769" y="73"/>
                              </a:lnTo>
                              <a:cubicBezTo>
                                <a:pt x="762" y="73"/>
                                <a:pt x="755" y="73"/>
                                <a:pt x="749" y="75"/>
                              </a:cubicBezTo>
                              <a:lnTo>
                                <a:pt x="749" y="75"/>
                              </a:lnTo>
                              <a:cubicBezTo>
                                <a:pt x="743" y="76"/>
                                <a:pt x="737" y="77"/>
                                <a:pt x="732" y="79"/>
                              </a:cubicBezTo>
                              <a:lnTo>
                                <a:pt x="732" y="79"/>
                              </a:lnTo>
                              <a:cubicBezTo>
                                <a:pt x="727" y="81"/>
                                <a:pt x="723" y="83"/>
                                <a:pt x="720" y="85"/>
                              </a:cubicBezTo>
                              <a:lnTo>
                                <a:pt x="720" y="85"/>
                              </a:lnTo>
                              <a:cubicBezTo>
                                <a:pt x="716" y="87"/>
                                <a:pt x="714" y="88"/>
                                <a:pt x="712" y="90"/>
                              </a:cubicBezTo>
                              <a:lnTo>
                                <a:pt x="712" y="90"/>
                              </a:lnTo>
                              <a:cubicBezTo>
                                <a:pt x="710" y="91"/>
                                <a:pt x="709" y="92"/>
                                <a:pt x="709" y="92"/>
                              </a:cubicBezTo>
                              <a:lnTo>
                                <a:pt x="722" y="115"/>
                              </a:lnTo>
                              <a:lnTo>
                                <a:pt x="722" y="115"/>
                              </a:lnTo>
                              <a:cubicBezTo>
                                <a:pt x="722" y="115"/>
                                <a:pt x="723" y="114"/>
                                <a:pt x="725" y="113"/>
                              </a:cubicBezTo>
                              <a:lnTo>
                                <a:pt x="725" y="113"/>
                              </a:lnTo>
                              <a:cubicBezTo>
                                <a:pt x="728" y="110"/>
                                <a:pt x="731" y="109"/>
                                <a:pt x="735" y="107"/>
                              </a:cubicBezTo>
                              <a:lnTo>
                                <a:pt x="735" y="107"/>
                              </a:lnTo>
                              <a:cubicBezTo>
                                <a:pt x="739" y="104"/>
                                <a:pt x="744" y="103"/>
                                <a:pt x="749" y="101"/>
                              </a:cubicBezTo>
                              <a:lnTo>
                                <a:pt x="749" y="101"/>
                              </a:lnTo>
                              <a:cubicBezTo>
                                <a:pt x="755" y="100"/>
                                <a:pt x="760" y="99"/>
                                <a:pt x="767" y="99"/>
                              </a:cubicBezTo>
                              <a:lnTo>
                                <a:pt x="767" y="99"/>
                              </a:lnTo>
                              <a:cubicBezTo>
                                <a:pt x="774" y="99"/>
                                <a:pt x="780" y="100"/>
                                <a:pt x="785" y="102"/>
                              </a:cubicBezTo>
                              <a:lnTo>
                                <a:pt x="785" y="102"/>
                              </a:lnTo>
                              <a:cubicBezTo>
                                <a:pt x="790" y="104"/>
                                <a:pt x="794" y="108"/>
                                <a:pt x="797" y="114"/>
                              </a:cubicBezTo>
                              <a:lnTo>
                                <a:pt x="797" y="114"/>
                              </a:lnTo>
                              <a:cubicBezTo>
                                <a:pt x="801" y="119"/>
                                <a:pt x="803" y="126"/>
                                <a:pt x="803" y="135"/>
                              </a:cubicBezTo>
                              <a:lnTo>
                                <a:pt x="803" y="138"/>
                              </a:lnTo>
                              <a:lnTo>
                                <a:pt x="795" y="138"/>
                              </a:lnTo>
                              <a:lnTo>
                                <a:pt x="795" y="138"/>
                              </a:lnTo>
                              <a:cubicBezTo>
                                <a:pt x="790" y="138"/>
                                <a:pt x="785" y="138"/>
                                <a:pt x="778" y="138"/>
                              </a:cubicBezTo>
                              <a:lnTo>
                                <a:pt x="778" y="138"/>
                              </a:lnTo>
                              <a:cubicBezTo>
                                <a:pt x="772" y="139"/>
                                <a:pt x="765" y="139"/>
                                <a:pt x="758" y="140"/>
                              </a:cubicBezTo>
                              <a:lnTo>
                                <a:pt x="758" y="140"/>
                              </a:lnTo>
                              <a:cubicBezTo>
                                <a:pt x="751" y="142"/>
                                <a:pt x="743" y="143"/>
                                <a:pt x="736" y="146"/>
                              </a:cubicBezTo>
                              <a:lnTo>
                                <a:pt x="736" y="146"/>
                              </a:lnTo>
                              <a:cubicBezTo>
                                <a:pt x="729" y="148"/>
                                <a:pt x="723" y="151"/>
                                <a:pt x="717" y="155"/>
                              </a:cubicBezTo>
                              <a:lnTo>
                                <a:pt x="717" y="155"/>
                              </a:lnTo>
                              <a:cubicBezTo>
                                <a:pt x="711" y="159"/>
                                <a:pt x="707" y="165"/>
                                <a:pt x="703" y="171"/>
                              </a:cubicBezTo>
                              <a:lnTo>
                                <a:pt x="703" y="171"/>
                              </a:lnTo>
                              <a:cubicBezTo>
                                <a:pt x="700" y="177"/>
                                <a:pt x="698" y="184"/>
                                <a:pt x="698" y="193"/>
                              </a:cubicBezTo>
                              <a:close/>
                              <a:moveTo>
                                <a:pt x="729" y="192"/>
                              </a:moveTo>
                              <a:lnTo>
                                <a:pt x="729" y="192"/>
                              </a:lnTo>
                              <a:cubicBezTo>
                                <a:pt x="729" y="186"/>
                                <a:pt x="731" y="181"/>
                                <a:pt x="734" y="177"/>
                              </a:cubicBezTo>
                              <a:lnTo>
                                <a:pt x="734" y="177"/>
                              </a:lnTo>
                              <a:cubicBezTo>
                                <a:pt x="737" y="174"/>
                                <a:pt x="741" y="171"/>
                                <a:pt x="745" y="168"/>
                              </a:cubicBezTo>
                              <a:lnTo>
                                <a:pt x="745" y="168"/>
                              </a:lnTo>
                              <a:cubicBezTo>
                                <a:pt x="750" y="166"/>
                                <a:pt x="756" y="165"/>
                                <a:pt x="761" y="164"/>
                              </a:cubicBezTo>
                              <a:lnTo>
                                <a:pt x="761" y="164"/>
                              </a:lnTo>
                              <a:cubicBezTo>
                                <a:pt x="767" y="163"/>
                                <a:pt x="773" y="162"/>
                                <a:pt x="779" y="162"/>
                              </a:cubicBezTo>
                              <a:lnTo>
                                <a:pt x="779" y="162"/>
                              </a:lnTo>
                              <a:cubicBezTo>
                                <a:pt x="784" y="161"/>
                                <a:pt x="790" y="161"/>
                                <a:pt x="794" y="161"/>
                              </a:cubicBezTo>
                              <a:lnTo>
                                <a:pt x="803" y="161"/>
                              </a:lnTo>
                              <a:lnTo>
                                <a:pt x="803" y="166"/>
                              </a:lnTo>
                              <a:lnTo>
                                <a:pt x="803" y="166"/>
                              </a:lnTo>
                              <a:cubicBezTo>
                                <a:pt x="803" y="172"/>
                                <a:pt x="802" y="178"/>
                                <a:pt x="799" y="184"/>
                              </a:cubicBezTo>
                              <a:lnTo>
                                <a:pt x="799" y="184"/>
                              </a:lnTo>
                              <a:cubicBezTo>
                                <a:pt x="797" y="190"/>
                                <a:pt x="794" y="196"/>
                                <a:pt x="791" y="201"/>
                              </a:cubicBezTo>
                              <a:lnTo>
                                <a:pt x="791" y="201"/>
                              </a:lnTo>
                              <a:cubicBezTo>
                                <a:pt x="787" y="206"/>
                                <a:pt x="782" y="210"/>
                                <a:pt x="777" y="213"/>
                              </a:cubicBezTo>
                              <a:lnTo>
                                <a:pt x="777" y="213"/>
                              </a:lnTo>
                              <a:cubicBezTo>
                                <a:pt x="772" y="216"/>
                                <a:pt x="766" y="218"/>
                                <a:pt x="759" y="218"/>
                              </a:cubicBezTo>
                              <a:lnTo>
                                <a:pt x="759" y="218"/>
                              </a:lnTo>
                              <a:cubicBezTo>
                                <a:pt x="753" y="218"/>
                                <a:pt x="747" y="216"/>
                                <a:pt x="743" y="214"/>
                              </a:cubicBezTo>
                              <a:lnTo>
                                <a:pt x="743" y="214"/>
                              </a:lnTo>
                              <a:cubicBezTo>
                                <a:pt x="738" y="211"/>
                                <a:pt x="735" y="208"/>
                                <a:pt x="733" y="204"/>
                              </a:cubicBezTo>
                              <a:lnTo>
                                <a:pt x="733" y="204"/>
                              </a:lnTo>
                              <a:cubicBezTo>
                                <a:pt x="730" y="200"/>
                                <a:pt x="729" y="196"/>
                                <a:pt x="729" y="192"/>
                              </a:cubicBezTo>
                              <a:close/>
                              <a:moveTo>
                                <a:pt x="937" y="176"/>
                              </a:moveTo>
                              <a:lnTo>
                                <a:pt x="937" y="176"/>
                              </a:lnTo>
                              <a:cubicBezTo>
                                <a:pt x="937" y="176"/>
                                <a:pt x="937" y="176"/>
                                <a:pt x="938" y="177"/>
                              </a:cubicBezTo>
                              <a:lnTo>
                                <a:pt x="938" y="177"/>
                              </a:lnTo>
                              <a:cubicBezTo>
                                <a:pt x="938" y="178"/>
                                <a:pt x="939" y="179"/>
                                <a:pt x="940" y="181"/>
                              </a:cubicBezTo>
                              <a:lnTo>
                                <a:pt x="940" y="181"/>
                              </a:lnTo>
                              <a:cubicBezTo>
                                <a:pt x="940" y="182"/>
                                <a:pt x="942" y="183"/>
                                <a:pt x="943" y="185"/>
                              </a:cubicBezTo>
                              <a:lnTo>
                                <a:pt x="977" y="240"/>
                              </a:lnTo>
                              <a:lnTo>
                                <a:pt x="1012" y="240"/>
                              </a:lnTo>
                              <a:lnTo>
                                <a:pt x="957" y="156"/>
                              </a:lnTo>
                              <a:lnTo>
                                <a:pt x="1009" y="76"/>
                              </a:lnTo>
                              <a:lnTo>
                                <a:pt x="973" y="76"/>
                              </a:lnTo>
                              <a:lnTo>
                                <a:pt x="943" y="126"/>
                              </a:lnTo>
                              <a:lnTo>
                                <a:pt x="943" y="126"/>
                              </a:lnTo>
                              <a:cubicBezTo>
                                <a:pt x="943" y="128"/>
                                <a:pt x="942" y="129"/>
                                <a:pt x="940" y="131"/>
                              </a:cubicBezTo>
                              <a:lnTo>
                                <a:pt x="940" y="131"/>
                              </a:lnTo>
                              <a:cubicBezTo>
                                <a:pt x="939" y="132"/>
                                <a:pt x="938" y="133"/>
                                <a:pt x="938" y="134"/>
                              </a:cubicBezTo>
                              <a:lnTo>
                                <a:pt x="938" y="134"/>
                              </a:lnTo>
                              <a:cubicBezTo>
                                <a:pt x="937" y="135"/>
                                <a:pt x="937" y="136"/>
                                <a:pt x="937" y="136"/>
                              </a:cubicBezTo>
                              <a:lnTo>
                                <a:pt x="936" y="136"/>
                              </a:lnTo>
                              <a:lnTo>
                                <a:pt x="936" y="136"/>
                              </a:lnTo>
                              <a:cubicBezTo>
                                <a:pt x="936" y="136"/>
                                <a:pt x="936" y="135"/>
                                <a:pt x="936" y="134"/>
                              </a:cubicBezTo>
                              <a:lnTo>
                                <a:pt x="936" y="134"/>
                              </a:lnTo>
                              <a:cubicBezTo>
                                <a:pt x="935" y="133"/>
                                <a:pt x="934" y="132"/>
                                <a:pt x="934" y="131"/>
                              </a:cubicBezTo>
                              <a:lnTo>
                                <a:pt x="934" y="131"/>
                              </a:lnTo>
                              <a:cubicBezTo>
                                <a:pt x="933" y="129"/>
                                <a:pt x="932" y="128"/>
                                <a:pt x="931" y="126"/>
                              </a:cubicBezTo>
                              <a:lnTo>
                                <a:pt x="901" y="76"/>
                              </a:lnTo>
                              <a:lnTo>
                                <a:pt x="866" y="76"/>
                              </a:lnTo>
                              <a:lnTo>
                                <a:pt x="918" y="156"/>
                              </a:lnTo>
                              <a:lnTo>
                                <a:pt x="863" y="240"/>
                              </a:lnTo>
                              <a:lnTo>
                                <a:pt x="898" y="240"/>
                              </a:lnTo>
                              <a:lnTo>
                                <a:pt x="932" y="185"/>
                              </a:lnTo>
                              <a:lnTo>
                                <a:pt x="932" y="185"/>
                              </a:lnTo>
                              <a:cubicBezTo>
                                <a:pt x="932" y="183"/>
                                <a:pt x="933" y="182"/>
                                <a:pt x="934" y="181"/>
                              </a:cubicBezTo>
                              <a:lnTo>
                                <a:pt x="934" y="181"/>
                              </a:lnTo>
                              <a:cubicBezTo>
                                <a:pt x="935" y="179"/>
                                <a:pt x="935" y="178"/>
                                <a:pt x="936" y="177"/>
                              </a:cubicBezTo>
                              <a:lnTo>
                                <a:pt x="936" y="177"/>
                              </a:lnTo>
                              <a:cubicBezTo>
                                <a:pt x="936" y="176"/>
                                <a:pt x="936" y="176"/>
                                <a:pt x="936" y="176"/>
                              </a:cubicBezTo>
                              <a:lnTo>
                                <a:pt x="937" y="176"/>
                              </a:lnTo>
                              <a:close/>
                              <a:moveTo>
                                <a:pt x="1167" y="160"/>
                              </a:moveTo>
                              <a:lnTo>
                                <a:pt x="1239" y="160"/>
                              </a:lnTo>
                              <a:lnTo>
                                <a:pt x="1239" y="240"/>
                              </a:lnTo>
                              <a:lnTo>
                                <a:pt x="1265" y="240"/>
                              </a:lnTo>
                              <a:lnTo>
                                <a:pt x="1265" y="160"/>
                              </a:lnTo>
                              <a:lnTo>
                                <a:pt x="1336" y="160"/>
                              </a:lnTo>
                              <a:lnTo>
                                <a:pt x="1336" y="135"/>
                              </a:lnTo>
                              <a:lnTo>
                                <a:pt x="1265" y="135"/>
                              </a:lnTo>
                              <a:lnTo>
                                <a:pt x="1265" y="56"/>
                              </a:lnTo>
                              <a:lnTo>
                                <a:pt x="1239" y="56"/>
                              </a:lnTo>
                              <a:lnTo>
                                <a:pt x="1239" y="135"/>
                              </a:lnTo>
                              <a:lnTo>
                                <a:pt x="1167" y="135"/>
                              </a:lnTo>
                              <a:lnTo>
                                <a:pt x="1167" y="160"/>
                              </a:lnTo>
                              <a:close/>
                              <a:moveTo>
                                <a:pt x="1372" y="178"/>
                              </a:moveTo>
                              <a:lnTo>
                                <a:pt x="1481" y="178"/>
                              </a:lnTo>
                              <a:lnTo>
                                <a:pt x="1481" y="240"/>
                              </a:lnTo>
                              <a:lnTo>
                                <a:pt x="1512" y="240"/>
                              </a:lnTo>
                              <a:lnTo>
                                <a:pt x="1512" y="178"/>
                              </a:lnTo>
                              <a:lnTo>
                                <a:pt x="1543" y="178"/>
                              </a:lnTo>
                              <a:lnTo>
                                <a:pt x="1543" y="152"/>
                              </a:lnTo>
                              <a:lnTo>
                                <a:pt x="1512" y="152"/>
                              </a:lnTo>
                              <a:lnTo>
                                <a:pt x="1512" y="13"/>
                              </a:lnTo>
                              <a:lnTo>
                                <a:pt x="1475" y="13"/>
                              </a:lnTo>
                              <a:lnTo>
                                <a:pt x="1372" y="159"/>
                              </a:lnTo>
                              <a:lnTo>
                                <a:pt x="1372" y="178"/>
                              </a:lnTo>
                              <a:close/>
                              <a:moveTo>
                                <a:pt x="1406" y="152"/>
                              </a:moveTo>
                              <a:lnTo>
                                <a:pt x="1406" y="151"/>
                              </a:lnTo>
                              <a:lnTo>
                                <a:pt x="1470" y="65"/>
                              </a:lnTo>
                              <a:lnTo>
                                <a:pt x="1470" y="65"/>
                              </a:lnTo>
                              <a:cubicBezTo>
                                <a:pt x="1472" y="62"/>
                                <a:pt x="1474" y="59"/>
                                <a:pt x="1476" y="57"/>
                              </a:cubicBezTo>
                              <a:lnTo>
                                <a:pt x="1476" y="57"/>
                              </a:lnTo>
                              <a:cubicBezTo>
                                <a:pt x="1477" y="54"/>
                                <a:pt x="1479" y="51"/>
                                <a:pt x="1480" y="50"/>
                              </a:cubicBezTo>
                              <a:lnTo>
                                <a:pt x="1480" y="50"/>
                              </a:lnTo>
                              <a:cubicBezTo>
                                <a:pt x="1481" y="48"/>
                                <a:pt x="1481" y="47"/>
                                <a:pt x="1481" y="46"/>
                              </a:cubicBezTo>
                              <a:lnTo>
                                <a:pt x="1482" y="46"/>
                              </a:lnTo>
                              <a:lnTo>
                                <a:pt x="1482" y="46"/>
                              </a:lnTo>
                              <a:cubicBezTo>
                                <a:pt x="1482" y="47"/>
                                <a:pt x="1482" y="48"/>
                                <a:pt x="1482" y="50"/>
                              </a:cubicBezTo>
                              <a:lnTo>
                                <a:pt x="1482" y="50"/>
                              </a:lnTo>
                              <a:cubicBezTo>
                                <a:pt x="1481" y="52"/>
                                <a:pt x="1481" y="55"/>
                                <a:pt x="1481" y="58"/>
                              </a:cubicBezTo>
                              <a:lnTo>
                                <a:pt x="1481" y="58"/>
                              </a:lnTo>
                              <a:cubicBezTo>
                                <a:pt x="1481" y="62"/>
                                <a:pt x="1481" y="65"/>
                                <a:pt x="1481" y="69"/>
                              </a:cubicBezTo>
                              <a:lnTo>
                                <a:pt x="1481" y="152"/>
                              </a:lnTo>
                              <a:lnTo>
                                <a:pt x="1406" y="152"/>
                              </a:lnTo>
                              <a:close/>
                              <a:moveTo>
                                <a:pt x="1574" y="174"/>
                              </a:moveTo>
                              <a:lnTo>
                                <a:pt x="1574" y="174"/>
                              </a:lnTo>
                              <a:cubicBezTo>
                                <a:pt x="1574" y="184"/>
                                <a:pt x="1576" y="193"/>
                                <a:pt x="1580" y="202"/>
                              </a:cubicBezTo>
                              <a:lnTo>
                                <a:pt x="1580" y="202"/>
                              </a:lnTo>
                              <a:cubicBezTo>
                                <a:pt x="1584" y="210"/>
                                <a:pt x="1589" y="218"/>
                                <a:pt x="1596" y="224"/>
                              </a:cubicBezTo>
                              <a:lnTo>
                                <a:pt x="1596" y="224"/>
                              </a:lnTo>
                              <a:cubicBezTo>
                                <a:pt x="1603" y="230"/>
                                <a:pt x="1612" y="235"/>
                                <a:pt x="1621" y="238"/>
                              </a:cubicBezTo>
                              <a:lnTo>
                                <a:pt x="1621" y="238"/>
                              </a:lnTo>
                              <a:cubicBezTo>
                                <a:pt x="1631" y="242"/>
                                <a:pt x="1641" y="243"/>
                                <a:pt x="1653" y="243"/>
                              </a:cubicBezTo>
                              <a:lnTo>
                                <a:pt x="1653" y="243"/>
                              </a:lnTo>
                              <a:cubicBezTo>
                                <a:pt x="1665" y="243"/>
                                <a:pt x="1676" y="241"/>
                                <a:pt x="1685" y="238"/>
                              </a:cubicBezTo>
                              <a:lnTo>
                                <a:pt x="1685" y="238"/>
                              </a:lnTo>
                              <a:cubicBezTo>
                                <a:pt x="1694" y="234"/>
                                <a:pt x="1703" y="230"/>
                                <a:pt x="1709" y="223"/>
                              </a:cubicBezTo>
                              <a:lnTo>
                                <a:pt x="1709" y="223"/>
                              </a:lnTo>
                              <a:cubicBezTo>
                                <a:pt x="1716" y="216"/>
                                <a:pt x="1721" y="209"/>
                                <a:pt x="1725" y="202"/>
                              </a:cubicBezTo>
                              <a:lnTo>
                                <a:pt x="1725" y="202"/>
                              </a:lnTo>
                              <a:cubicBezTo>
                                <a:pt x="1728" y="194"/>
                                <a:pt x="1730" y="185"/>
                                <a:pt x="1730" y="176"/>
                              </a:cubicBezTo>
                              <a:lnTo>
                                <a:pt x="1730" y="176"/>
                              </a:lnTo>
                              <a:cubicBezTo>
                                <a:pt x="1730" y="169"/>
                                <a:pt x="1729" y="162"/>
                                <a:pt x="1726" y="156"/>
                              </a:cubicBezTo>
                              <a:lnTo>
                                <a:pt x="1726" y="156"/>
                              </a:lnTo>
                              <a:cubicBezTo>
                                <a:pt x="1723" y="150"/>
                                <a:pt x="1720" y="145"/>
                                <a:pt x="1715" y="141"/>
                              </a:cubicBezTo>
                              <a:lnTo>
                                <a:pt x="1715" y="141"/>
                              </a:lnTo>
                              <a:cubicBezTo>
                                <a:pt x="1711" y="136"/>
                                <a:pt x="1705" y="132"/>
                                <a:pt x="1700" y="129"/>
                              </a:cubicBezTo>
                              <a:lnTo>
                                <a:pt x="1700" y="129"/>
                              </a:lnTo>
                              <a:cubicBezTo>
                                <a:pt x="1700" y="128"/>
                                <a:pt x="1702" y="127"/>
                                <a:pt x="1704" y="124"/>
                              </a:cubicBezTo>
                              <a:lnTo>
                                <a:pt x="1704" y="124"/>
                              </a:lnTo>
                              <a:cubicBezTo>
                                <a:pt x="1706" y="122"/>
                                <a:pt x="1708" y="119"/>
                                <a:pt x="1710" y="115"/>
                              </a:cubicBezTo>
                              <a:lnTo>
                                <a:pt x="1710" y="115"/>
                              </a:lnTo>
                              <a:cubicBezTo>
                                <a:pt x="1713" y="112"/>
                                <a:pt x="1715" y="106"/>
                                <a:pt x="1718" y="102"/>
                              </a:cubicBezTo>
                              <a:lnTo>
                                <a:pt x="1718" y="102"/>
                              </a:lnTo>
                              <a:cubicBezTo>
                                <a:pt x="1720" y="97"/>
                                <a:pt x="1722" y="92"/>
                                <a:pt x="1724" y="86"/>
                              </a:cubicBezTo>
                              <a:lnTo>
                                <a:pt x="1724" y="86"/>
                              </a:lnTo>
                              <a:cubicBezTo>
                                <a:pt x="1726" y="81"/>
                                <a:pt x="1726" y="75"/>
                                <a:pt x="1726" y="69"/>
                              </a:cubicBezTo>
                              <a:lnTo>
                                <a:pt x="1726" y="69"/>
                              </a:lnTo>
                              <a:cubicBezTo>
                                <a:pt x="1726" y="60"/>
                                <a:pt x="1725" y="51"/>
                                <a:pt x="1721" y="44"/>
                              </a:cubicBezTo>
                              <a:lnTo>
                                <a:pt x="1721" y="44"/>
                              </a:lnTo>
                              <a:cubicBezTo>
                                <a:pt x="1718" y="37"/>
                                <a:pt x="1713" y="30"/>
                                <a:pt x="1707" y="25"/>
                              </a:cubicBezTo>
                              <a:lnTo>
                                <a:pt x="1707" y="25"/>
                              </a:lnTo>
                              <a:cubicBezTo>
                                <a:pt x="1700" y="20"/>
                                <a:pt x="1693" y="16"/>
                                <a:pt x="1684" y="13"/>
                              </a:cubicBezTo>
                              <a:lnTo>
                                <a:pt x="1684" y="13"/>
                              </a:lnTo>
                              <a:cubicBezTo>
                                <a:pt x="1676" y="10"/>
                                <a:pt x="1666" y="9"/>
                                <a:pt x="1656" y="9"/>
                              </a:cubicBezTo>
                              <a:lnTo>
                                <a:pt x="1656" y="9"/>
                              </a:lnTo>
                              <a:cubicBezTo>
                                <a:pt x="1643" y="9"/>
                                <a:pt x="1633" y="11"/>
                                <a:pt x="1624" y="14"/>
                              </a:cubicBezTo>
                              <a:lnTo>
                                <a:pt x="1624" y="14"/>
                              </a:lnTo>
                              <a:cubicBezTo>
                                <a:pt x="1615" y="17"/>
                                <a:pt x="1608" y="22"/>
                                <a:pt x="1602" y="27"/>
                              </a:cubicBezTo>
                              <a:lnTo>
                                <a:pt x="1602" y="27"/>
                              </a:lnTo>
                              <a:cubicBezTo>
                                <a:pt x="1596" y="33"/>
                                <a:pt x="1592" y="39"/>
                                <a:pt x="1589" y="46"/>
                              </a:cubicBezTo>
                              <a:lnTo>
                                <a:pt x="1589" y="46"/>
                              </a:lnTo>
                              <a:cubicBezTo>
                                <a:pt x="1586" y="53"/>
                                <a:pt x="1585" y="60"/>
                                <a:pt x="1585" y="68"/>
                              </a:cubicBezTo>
                              <a:lnTo>
                                <a:pt x="1585" y="68"/>
                              </a:lnTo>
                              <a:cubicBezTo>
                                <a:pt x="1585" y="75"/>
                                <a:pt x="1586" y="81"/>
                                <a:pt x="1588" y="86"/>
                              </a:cubicBezTo>
                              <a:lnTo>
                                <a:pt x="1588" y="86"/>
                              </a:lnTo>
                              <a:cubicBezTo>
                                <a:pt x="1590" y="92"/>
                                <a:pt x="1593" y="97"/>
                                <a:pt x="1597" y="101"/>
                              </a:cubicBezTo>
                              <a:lnTo>
                                <a:pt x="1597" y="101"/>
                              </a:lnTo>
                              <a:cubicBezTo>
                                <a:pt x="1601" y="105"/>
                                <a:pt x="1605" y="109"/>
                                <a:pt x="1610" y="114"/>
                              </a:cubicBezTo>
                              <a:lnTo>
                                <a:pt x="1610" y="114"/>
                              </a:lnTo>
                              <a:cubicBezTo>
                                <a:pt x="1609" y="115"/>
                                <a:pt x="1607" y="116"/>
                                <a:pt x="1604" y="118"/>
                              </a:cubicBezTo>
                              <a:lnTo>
                                <a:pt x="1604" y="118"/>
                              </a:lnTo>
                              <a:cubicBezTo>
                                <a:pt x="1601" y="120"/>
                                <a:pt x="1598" y="123"/>
                                <a:pt x="1595" y="127"/>
                              </a:cubicBezTo>
                              <a:lnTo>
                                <a:pt x="1595" y="127"/>
                              </a:lnTo>
                              <a:cubicBezTo>
                                <a:pt x="1591" y="130"/>
                                <a:pt x="1588" y="134"/>
                                <a:pt x="1585" y="139"/>
                              </a:cubicBezTo>
                              <a:lnTo>
                                <a:pt x="1585" y="139"/>
                              </a:lnTo>
                              <a:cubicBezTo>
                                <a:pt x="1582" y="143"/>
                                <a:pt x="1579" y="149"/>
                                <a:pt x="1577" y="155"/>
                              </a:cubicBezTo>
                              <a:lnTo>
                                <a:pt x="1577" y="155"/>
                              </a:lnTo>
                              <a:cubicBezTo>
                                <a:pt x="1575" y="160"/>
                                <a:pt x="1574" y="167"/>
                                <a:pt x="1574" y="174"/>
                              </a:cubicBezTo>
                              <a:close/>
                              <a:moveTo>
                                <a:pt x="1698" y="175"/>
                              </a:moveTo>
                              <a:lnTo>
                                <a:pt x="1698" y="175"/>
                              </a:lnTo>
                              <a:cubicBezTo>
                                <a:pt x="1698" y="181"/>
                                <a:pt x="1696" y="187"/>
                                <a:pt x="1694" y="191"/>
                              </a:cubicBezTo>
                              <a:lnTo>
                                <a:pt x="1694" y="191"/>
                              </a:lnTo>
                              <a:cubicBezTo>
                                <a:pt x="1692" y="196"/>
                                <a:pt x="1688" y="200"/>
                                <a:pt x="1684" y="203"/>
                              </a:cubicBezTo>
                              <a:lnTo>
                                <a:pt x="1684" y="203"/>
                              </a:lnTo>
                              <a:cubicBezTo>
                                <a:pt x="1680" y="207"/>
                                <a:pt x="1675" y="209"/>
                                <a:pt x="1670" y="211"/>
                              </a:cubicBezTo>
                              <a:lnTo>
                                <a:pt x="1670" y="211"/>
                              </a:lnTo>
                              <a:cubicBezTo>
                                <a:pt x="1665" y="213"/>
                                <a:pt x="1659" y="214"/>
                                <a:pt x="1653" y="214"/>
                              </a:cubicBezTo>
                              <a:lnTo>
                                <a:pt x="1653" y="214"/>
                              </a:lnTo>
                              <a:cubicBezTo>
                                <a:pt x="1647" y="214"/>
                                <a:pt x="1640" y="213"/>
                                <a:pt x="1635" y="211"/>
                              </a:cubicBezTo>
                              <a:lnTo>
                                <a:pt x="1635" y="211"/>
                              </a:lnTo>
                              <a:cubicBezTo>
                                <a:pt x="1629" y="209"/>
                                <a:pt x="1624" y="206"/>
                                <a:pt x="1620" y="202"/>
                              </a:cubicBezTo>
                              <a:lnTo>
                                <a:pt x="1620" y="202"/>
                              </a:lnTo>
                              <a:cubicBezTo>
                                <a:pt x="1616" y="199"/>
                                <a:pt x="1612" y="194"/>
                                <a:pt x="1610" y="189"/>
                              </a:cubicBezTo>
                              <a:lnTo>
                                <a:pt x="1610" y="189"/>
                              </a:lnTo>
                              <a:cubicBezTo>
                                <a:pt x="1607" y="184"/>
                                <a:pt x="1606" y="178"/>
                                <a:pt x="1606" y="172"/>
                              </a:cubicBezTo>
                              <a:lnTo>
                                <a:pt x="1606" y="172"/>
                              </a:lnTo>
                              <a:cubicBezTo>
                                <a:pt x="1606" y="166"/>
                                <a:pt x="1607" y="160"/>
                                <a:pt x="1609" y="155"/>
                              </a:cubicBezTo>
                              <a:lnTo>
                                <a:pt x="1609" y="155"/>
                              </a:lnTo>
                              <a:cubicBezTo>
                                <a:pt x="1611" y="150"/>
                                <a:pt x="1614" y="146"/>
                                <a:pt x="1617" y="142"/>
                              </a:cubicBezTo>
                              <a:lnTo>
                                <a:pt x="1617" y="142"/>
                              </a:lnTo>
                              <a:cubicBezTo>
                                <a:pt x="1620" y="138"/>
                                <a:pt x="1623" y="135"/>
                                <a:pt x="1626" y="133"/>
                              </a:cubicBezTo>
                              <a:lnTo>
                                <a:pt x="1626" y="133"/>
                              </a:lnTo>
                              <a:cubicBezTo>
                                <a:pt x="1629" y="130"/>
                                <a:pt x="1631" y="128"/>
                                <a:pt x="1633" y="127"/>
                              </a:cubicBezTo>
                              <a:lnTo>
                                <a:pt x="1633" y="127"/>
                              </a:lnTo>
                              <a:cubicBezTo>
                                <a:pt x="1639" y="130"/>
                                <a:pt x="1645" y="133"/>
                                <a:pt x="1652" y="135"/>
                              </a:cubicBezTo>
                              <a:lnTo>
                                <a:pt x="1652" y="135"/>
                              </a:lnTo>
                              <a:cubicBezTo>
                                <a:pt x="1658" y="138"/>
                                <a:pt x="1664" y="141"/>
                                <a:pt x="1670" y="143"/>
                              </a:cubicBezTo>
                              <a:lnTo>
                                <a:pt x="1670" y="143"/>
                              </a:lnTo>
                              <a:cubicBezTo>
                                <a:pt x="1675" y="146"/>
                                <a:pt x="1680" y="149"/>
                                <a:pt x="1684" y="152"/>
                              </a:cubicBezTo>
                              <a:lnTo>
                                <a:pt x="1684" y="152"/>
                              </a:lnTo>
                              <a:cubicBezTo>
                                <a:pt x="1688" y="155"/>
                                <a:pt x="1692" y="159"/>
                                <a:pt x="1694" y="163"/>
                              </a:cubicBezTo>
                              <a:lnTo>
                                <a:pt x="1694" y="163"/>
                              </a:lnTo>
                              <a:cubicBezTo>
                                <a:pt x="1696" y="166"/>
                                <a:pt x="1698" y="171"/>
                                <a:pt x="1698" y="175"/>
                              </a:cubicBezTo>
                              <a:close/>
                              <a:moveTo>
                                <a:pt x="1616" y="68"/>
                              </a:moveTo>
                              <a:lnTo>
                                <a:pt x="1616" y="68"/>
                              </a:lnTo>
                              <a:cubicBezTo>
                                <a:pt x="1616" y="63"/>
                                <a:pt x="1617" y="57"/>
                                <a:pt x="1620" y="53"/>
                              </a:cubicBezTo>
                              <a:lnTo>
                                <a:pt x="1620" y="53"/>
                              </a:lnTo>
                              <a:cubicBezTo>
                                <a:pt x="1623" y="48"/>
                                <a:pt x="1628" y="44"/>
                                <a:pt x="1633" y="42"/>
                              </a:cubicBezTo>
                              <a:lnTo>
                                <a:pt x="1633" y="42"/>
                              </a:lnTo>
                              <a:cubicBezTo>
                                <a:pt x="1639" y="39"/>
                                <a:pt x="1647" y="37"/>
                                <a:pt x="1655" y="37"/>
                              </a:cubicBezTo>
                              <a:lnTo>
                                <a:pt x="1655" y="37"/>
                              </a:lnTo>
                              <a:cubicBezTo>
                                <a:pt x="1663" y="37"/>
                                <a:pt x="1670" y="39"/>
                                <a:pt x="1676" y="41"/>
                              </a:cubicBezTo>
                              <a:lnTo>
                                <a:pt x="1676" y="41"/>
                              </a:lnTo>
                              <a:cubicBezTo>
                                <a:pt x="1682" y="44"/>
                                <a:pt x="1687" y="48"/>
                                <a:pt x="1690" y="53"/>
                              </a:cubicBezTo>
                              <a:lnTo>
                                <a:pt x="1690" y="53"/>
                              </a:lnTo>
                              <a:cubicBezTo>
                                <a:pt x="1694" y="58"/>
                                <a:pt x="1695" y="64"/>
                                <a:pt x="1696" y="71"/>
                              </a:cubicBezTo>
                              <a:lnTo>
                                <a:pt x="1696" y="71"/>
                              </a:lnTo>
                              <a:cubicBezTo>
                                <a:pt x="1695" y="77"/>
                                <a:pt x="1695" y="82"/>
                                <a:pt x="1693" y="87"/>
                              </a:cubicBezTo>
                              <a:lnTo>
                                <a:pt x="1693" y="87"/>
                              </a:lnTo>
                              <a:cubicBezTo>
                                <a:pt x="1691" y="92"/>
                                <a:pt x="1689" y="97"/>
                                <a:pt x="1687" y="101"/>
                              </a:cubicBezTo>
                              <a:lnTo>
                                <a:pt x="1687" y="101"/>
                              </a:lnTo>
                              <a:cubicBezTo>
                                <a:pt x="1685" y="104"/>
                                <a:pt x="1682" y="108"/>
                                <a:pt x="1680" y="110"/>
                              </a:cubicBezTo>
                              <a:lnTo>
                                <a:pt x="1680" y="110"/>
                              </a:lnTo>
                              <a:cubicBezTo>
                                <a:pt x="1678" y="114"/>
                                <a:pt x="1677" y="115"/>
                                <a:pt x="1676" y="116"/>
                              </a:cubicBezTo>
                              <a:lnTo>
                                <a:pt x="1676" y="116"/>
                              </a:lnTo>
                              <a:cubicBezTo>
                                <a:pt x="1668" y="113"/>
                                <a:pt x="1661" y="109"/>
                                <a:pt x="1654" y="106"/>
                              </a:cubicBezTo>
                              <a:lnTo>
                                <a:pt x="1654" y="106"/>
                              </a:lnTo>
                              <a:cubicBezTo>
                                <a:pt x="1647" y="103"/>
                                <a:pt x="1640" y="100"/>
                                <a:pt x="1634" y="97"/>
                              </a:cubicBezTo>
                              <a:lnTo>
                                <a:pt x="1634" y="97"/>
                              </a:lnTo>
                              <a:cubicBezTo>
                                <a:pt x="1629" y="93"/>
                                <a:pt x="1624" y="89"/>
                                <a:pt x="1621" y="84"/>
                              </a:cubicBezTo>
                              <a:lnTo>
                                <a:pt x="1621" y="84"/>
                              </a:lnTo>
                              <a:cubicBezTo>
                                <a:pt x="1618" y="80"/>
                                <a:pt x="1616" y="75"/>
                                <a:pt x="1616" y="68"/>
                              </a:cubicBezTo>
                              <a:close/>
                              <a:moveTo>
                                <a:pt x="1893" y="240"/>
                              </a:moveTo>
                              <a:lnTo>
                                <a:pt x="2039" y="240"/>
                              </a:lnTo>
                              <a:lnTo>
                                <a:pt x="2039" y="211"/>
                              </a:lnTo>
                              <a:lnTo>
                                <a:pt x="1926" y="211"/>
                              </a:lnTo>
                              <a:lnTo>
                                <a:pt x="1926" y="211"/>
                              </a:lnTo>
                              <a:cubicBezTo>
                                <a:pt x="1926" y="205"/>
                                <a:pt x="1929" y="199"/>
                                <a:pt x="1932" y="194"/>
                              </a:cubicBezTo>
                              <a:lnTo>
                                <a:pt x="1932" y="194"/>
                              </a:lnTo>
                              <a:cubicBezTo>
                                <a:pt x="1935" y="188"/>
                                <a:pt x="1939" y="183"/>
                                <a:pt x="1944" y="179"/>
                              </a:cubicBezTo>
                              <a:lnTo>
                                <a:pt x="1944" y="179"/>
                              </a:lnTo>
                              <a:cubicBezTo>
                                <a:pt x="1950" y="174"/>
                                <a:pt x="1955" y="169"/>
                                <a:pt x="1962" y="165"/>
                              </a:cubicBezTo>
                              <a:lnTo>
                                <a:pt x="1962" y="165"/>
                              </a:lnTo>
                              <a:cubicBezTo>
                                <a:pt x="1968" y="160"/>
                                <a:pt x="1975" y="156"/>
                                <a:pt x="1981" y="151"/>
                              </a:cubicBezTo>
                              <a:lnTo>
                                <a:pt x="1981" y="151"/>
                              </a:lnTo>
                              <a:cubicBezTo>
                                <a:pt x="1988" y="147"/>
                                <a:pt x="1995" y="142"/>
                                <a:pt x="2001" y="137"/>
                              </a:cubicBezTo>
                              <a:lnTo>
                                <a:pt x="2001" y="137"/>
                              </a:lnTo>
                              <a:cubicBezTo>
                                <a:pt x="2008" y="132"/>
                                <a:pt x="2013" y="126"/>
                                <a:pt x="2018" y="120"/>
                              </a:cubicBezTo>
                              <a:lnTo>
                                <a:pt x="2018" y="120"/>
                              </a:lnTo>
                              <a:cubicBezTo>
                                <a:pt x="2023" y="114"/>
                                <a:pt x="2028" y="106"/>
                                <a:pt x="2031" y="99"/>
                              </a:cubicBezTo>
                              <a:lnTo>
                                <a:pt x="2031" y="99"/>
                              </a:lnTo>
                              <a:cubicBezTo>
                                <a:pt x="2034" y="91"/>
                                <a:pt x="2035" y="83"/>
                                <a:pt x="2035" y="74"/>
                              </a:cubicBezTo>
                              <a:lnTo>
                                <a:pt x="2035" y="74"/>
                              </a:lnTo>
                              <a:cubicBezTo>
                                <a:pt x="2035" y="64"/>
                                <a:pt x="2033" y="55"/>
                                <a:pt x="2030" y="47"/>
                              </a:cubicBezTo>
                              <a:lnTo>
                                <a:pt x="2030" y="47"/>
                              </a:lnTo>
                              <a:cubicBezTo>
                                <a:pt x="2026" y="39"/>
                                <a:pt x="2022" y="32"/>
                                <a:pt x="2015" y="27"/>
                              </a:cubicBezTo>
                              <a:lnTo>
                                <a:pt x="2015" y="27"/>
                              </a:lnTo>
                              <a:cubicBezTo>
                                <a:pt x="2009" y="21"/>
                                <a:pt x="2001" y="17"/>
                                <a:pt x="1993" y="14"/>
                              </a:cubicBezTo>
                              <a:lnTo>
                                <a:pt x="1993" y="14"/>
                              </a:lnTo>
                              <a:cubicBezTo>
                                <a:pt x="1984" y="11"/>
                                <a:pt x="1975" y="9"/>
                                <a:pt x="1964" y="9"/>
                              </a:cubicBezTo>
                              <a:lnTo>
                                <a:pt x="1964" y="9"/>
                              </a:lnTo>
                              <a:cubicBezTo>
                                <a:pt x="1956" y="9"/>
                                <a:pt x="1948" y="10"/>
                                <a:pt x="1941" y="12"/>
                              </a:cubicBezTo>
                              <a:lnTo>
                                <a:pt x="1941" y="12"/>
                              </a:lnTo>
                              <a:cubicBezTo>
                                <a:pt x="1935" y="14"/>
                                <a:pt x="1929" y="17"/>
                                <a:pt x="1922" y="20"/>
                              </a:cubicBezTo>
                              <a:lnTo>
                                <a:pt x="1922" y="20"/>
                              </a:lnTo>
                              <a:cubicBezTo>
                                <a:pt x="1917" y="23"/>
                                <a:pt x="1912" y="27"/>
                                <a:pt x="1909" y="30"/>
                              </a:cubicBezTo>
                              <a:lnTo>
                                <a:pt x="1909" y="30"/>
                              </a:lnTo>
                              <a:cubicBezTo>
                                <a:pt x="1905" y="34"/>
                                <a:pt x="1902" y="37"/>
                                <a:pt x="1899" y="40"/>
                              </a:cubicBezTo>
                              <a:lnTo>
                                <a:pt x="1899" y="40"/>
                              </a:lnTo>
                              <a:cubicBezTo>
                                <a:pt x="1897" y="44"/>
                                <a:pt x="1895" y="46"/>
                                <a:pt x="1894" y="48"/>
                              </a:cubicBezTo>
                              <a:lnTo>
                                <a:pt x="1894" y="48"/>
                              </a:lnTo>
                              <a:cubicBezTo>
                                <a:pt x="1893" y="50"/>
                                <a:pt x="1892" y="52"/>
                                <a:pt x="1892" y="52"/>
                              </a:cubicBezTo>
                              <a:lnTo>
                                <a:pt x="1915" y="67"/>
                              </a:lnTo>
                              <a:lnTo>
                                <a:pt x="1915" y="67"/>
                              </a:lnTo>
                              <a:cubicBezTo>
                                <a:pt x="1915" y="67"/>
                                <a:pt x="1916" y="66"/>
                                <a:pt x="1917" y="64"/>
                              </a:cubicBezTo>
                              <a:lnTo>
                                <a:pt x="1917" y="64"/>
                              </a:lnTo>
                              <a:cubicBezTo>
                                <a:pt x="1919" y="62"/>
                                <a:pt x="1920" y="60"/>
                                <a:pt x="1923" y="57"/>
                              </a:cubicBezTo>
                              <a:lnTo>
                                <a:pt x="1923" y="57"/>
                              </a:lnTo>
                              <a:cubicBezTo>
                                <a:pt x="1925" y="54"/>
                                <a:pt x="1929" y="51"/>
                                <a:pt x="1933" y="49"/>
                              </a:cubicBezTo>
                              <a:lnTo>
                                <a:pt x="1933" y="49"/>
                              </a:lnTo>
                              <a:cubicBezTo>
                                <a:pt x="1937" y="46"/>
                                <a:pt x="1941" y="43"/>
                                <a:pt x="1946" y="42"/>
                              </a:cubicBezTo>
                              <a:lnTo>
                                <a:pt x="1946" y="42"/>
                              </a:lnTo>
                              <a:cubicBezTo>
                                <a:pt x="1951" y="40"/>
                                <a:pt x="1956" y="39"/>
                                <a:pt x="1962" y="39"/>
                              </a:cubicBezTo>
                              <a:lnTo>
                                <a:pt x="1962" y="39"/>
                              </a:lnTo>
                              <a:cubicBezTo>
                                <a:pt x="1970" y="39"/>
                                <a:pt x="1977" y="40"/>
                                <a:pt x="1983" y="43"/>
                              </a:cubicBezTo>
                              <a:lnTo>
                                <a:pt x="1983" y="43"/>
                              </a:lnTo>
                              <a:cubicBezTo>
                                <a:pt x="1989" y="46"/>
                                <a:pt x="1994" y="51"/>
                                <a:pt x="1997" y="56"/>
                              </a:cubicBezTo>
                              <a:lnTo>
                                <a:pt x="1997" y="56"/>
                              </a:lnTo>
                              <a:cubicBezTo>
                                <a:pt x="2001" y="62"/>
                                <a:pt x="2002" y="68"/>
                                <a:pt x="2002" y="76"/>
                              </a:cubicBezTo>
                              <a:lnTo>
                                <a:pt x="2002" y="76"/>
                              </a:lnTo>
                              <a:cubicBezTo>
                                <a:pt x="2002" y="82"/>
                                <a:pt x="2001" y="88"/>
                                <a:pt x="1998" y="94"/>
                              </a:cubicBezTo>
                              <a:lnTo>
                                <a:pt x="1998" y="94"/>
                              </a:lnTo>
                              <a:cubicBezTo>
                                <a:pt x="1995" y="99"/>
                                <a:pt x="1990" y="105"/>
                                <a:pt x="1985" y="109"/>
                              </a:cubicBezTo>
                              <a:lnTo>
                                <a:pt x="1985" y="109"/>
                              </a:lnTo>
                              <a:cubicBezTo>
                                <a:pt x="1980" y="115"/>
                                <a:pt x="1974" y="120"/>
                                <a:pt x="1968" y="125"/>
                              </a:cubicBezTo>
                              <a:lnTo>
                                <a:pt x="1968" y="125"/>
                              </a:lnTo>
                              <a:cubicBezTo>
                                <a:pt x="1961" y="129"/>
                                <a:pt x="1954" y="134"/>
                                <a:pt x="1947" y="139"/>
                              </a:cubicBezTo>
                              <a:lnTo>
                                <a:pt x="1947" y="139"/>
                              </a:lnTo>
                              <a:cubicBezTo>
                                <a:pt x="1940" y="144"/>
                                <a:pt x="1934" y="149"/>
                                <a:pt x="1926" y="154"/>
                              </a:cubicBezTo>
                              <a:lnTo>
                                <a:pt x="1926" y="154"/>
                              </a:lnTo>
                              <a:cubicBezTo>
                                <a:pt x="1920" y="160"/>
                                <a:pt x="1914" y="166"/>
                                <a:pt x="1908" y="172"/>
                              </a:cubicBezTo>
                              <a:lnTo>
                                <a:pt x="1908" y="172"/>
                              </a:lnTo>
                              <a:cubicBezTo>
                                <a:pt x="1903" y="179"/>
                                <a:pt x="1899" y="186"/>
                                <a:pt x="1896" y="194"/>
                              </a:cubicBezTo>
                              <a:lnTo>
                                <a:pt x="1896" y="194"/>
                              </a:lnTo>
                              <a:cubicBezTo>
                                <a:pt x="1893" y="202"/>
                                <a:pt x="1891" y="211"/>
                                <a:pt x="1891" y="222"/>
                              </a:cubicBezTo>
                              <a:lnTo>
                                <a:pt x="1891" y="222"/>
                              </a:lnTo>
                              <a:cubicBezTo>
                                <a:pt x="1891" y="225"/>
                                <a:pt x="1891" y="228"/>
                                <a:pt x="1892" y="231"/>
                              </a:cubicBezTo>
                              <a:lnTo>
                                <a:pt x="1892" y="231"/>
                              </a:lnTo>
                              <a:cubicBezTo>
                                <a:pt x="1892" y="234"/>
                                <a:pt x="1892" y="236"/>
                                <a:pt x="1893" y="240"/>
                              </a:cubicBezTo>
                              <a:close/>
                              <a:moveTo>
                                <a:pt x="2077" y="240"/>
                              </a:moveTo>
                              <a:lnTo>
                                <a:pt x="2223" y="240"/>
                              </a:lnTo>
                              <a:lnTo>
                                <a:pt x="2223" y="211"/>
                              </a:lnTo>
                              <a:lnTo>
                                <a:pt x="2110" y="211"/>
                              </a:lnTo>
                              <a:lnTo>
                                <a:pt x="2110" y="211"/>
                              </a:lnTo>
                              <a:cubicBezTo>
                                <a:pt x="2111" y="205"/>
                                <a:pt x="2112" y="199"/>
                                <a:pt x="2115" y="194"/>
                              </a:cubicBezTo>
                              <a:lnTo>
                                <a:pt x="2115" y="194"/>
                              </a:lnTo>
                              <a:cubicBezTo>
                                <a:pt x="2118" y="188"/>
                                <a:pt x="2122" y="183"/>
                                <a:pt x="2127" y="179"/>
                              </a:cubicBezTo>
                              <a:lnTo>
                                <a:pt x="2127" y="179"/>
                              </a:lnTo>
                              <a:cubicBezTo>
                                <a:pt x="2133" y="174"/>
                                <a:pt x="2138" y="169"/>
                                <a:pt x="2145" y="165"/>
                              </a:cubicBezTo>
                              <a:lnTo>
                                <a:pt x="2145" y="165"/>
                              </a:lnTo>
                              <a:cubicBezTo>
                                <a:pt x="2151" y="160"/>
                                <a:pt x="2158" y="156"/>
                                <a:pt x="2165" y="151"/>
                              </a:cubicBezTo>
                              <a:lnTo>
                                <a:pt x="2165" y="151"/>
                              </a:lnTo>
                              <a:cubicBezTo>
                                <a:pt x="2171" y="147"/>
                                <a:pt x="2178" y="142"/>
                                <a:pt x="2184" y="137"/>
                              </a:cubicBezTo>
                              <a:lnTo>
                                <a:pt x="2184" y="137"/>
                              </a:lnTo>
                              <a:cubicBezTo>
                                <a:pt x="2191" y="132"/>
                                <a:pt x="2196" y="126"/>
                                <a:pt x="2201" y="120"/>
                              </a:cubicBezTo>
                              <a:lnTo>
                                <a:pt x="2201" y="120"/>
                              </a:lnTo>
                              <a:cubicBezTo>
                                <a:pt x="2207" y="114"/>
                                <a:pt x="2212" y="106"/>
                                <a:pt x="2215" y="99"/>
                              </a:cubicBezTo>
                              <a:lnTo>
                                <a:pt x="2215" y="99"/>
                              </a:lnTo>
                              <a:cubicBezTo>
                                <a:pt x="2218" y="91"/>
                                <a:pt x="2219" y="83"/>
                                <a:pt x="2219" y="74"/>
                              </a:cubicBezTo>
                              <a:lnTo>
                                <a:pt x="2219" y="74"/>
                              </a:lnTo>
                              <a:cubicBezTo>
                                <a:pt x="2219" y="64"/>
                                <a:pt x="2217" y="55"/>
                                <a:pt x="2214" y="47"/>
                              </a:cubicBezTo>
                              <a:lnTo>
                                <a:pt x="2214" y="47"/>
                              </a:lnTo>
                              <a:cubicBezTo>
                                <a:pt x="2211" y="39"/>
                                <a:pt x="2205" y="32"/>
                                <a:pt x="2198" y="27"/>
                              </a:cubicBezTo>
                              <a:lnTo>
                                <a:pt x="2198" y="27"/>
                              </a:lnTo>
                              <a:cubicBezTo>
                                <a:pt x="2192" y="21"/>
                                <a:pt x="2184" y="17"/>
                                <a:pt x="2176" y="14"/>
                              </a:cubicBezTo>
                              <a:lnTo>
                                <a:pt x="2176" y="14"/>
                              </a:lnTo>
                              <a:cubicBezTo>
                                <a:pt x="2167" y="11"/>
                                <a:pt x="2158" y="9"/>
                                <a:pt x="2147" y="9"/>
                              </a:cubicBezTo>
                              <a:lnTo>
                                <a:pt x="2147" y="9"/>
                              </a:lnTo>
                              <a:cubicBezTo>
                                <a:pt x="2139" y="9"/>
                                <a:pt x="2131" y="10"/>
                                <a:pt x="2124" y="12"/>
                              </a:cubicBezTo>
                              <a:lnTo>
                                <a:pt x="2124" y="12"/>
                              </a:lnTo>
                              <a:cubicBezTo>
                                <a:pt x="2118" y="14"/>
                                <a:pt x="2112" y="17"/>
                                <a:pt x="2106" y="20"/>
                              </a:cubicBezTo>
                              <a:lnTo>
                                <a:pt x="2106" y="20"/>
                              </a:lnTo>
                              <a:cubicBezTo>
                                <a:pt x="2101" y="23"/>
                                <a:pt x="2097" y="27"/>
                                <a:pt x="2093" y="30"/>
                              </a:cubicBezTo>
                              <a:lnTo>
                                <a:pt x="2093" y="30"/>
                              </a:lnTo>
                              <a:cubicBezTo>
                                <a:pt x="2089" y="34"/>
                                <a:pt x="2086" y="37"/>
                                <a:pt x="2083" y="40"/>
                              </a:cubicBezTo>
                              <a:lnTo>
                                <a:pt x="2083" y="40"/>
                              </a:lnTo>
                              <a:cubicBezTo>
                                <a:pt x="2081" y="44"/>
                                <a:pt x="2079" y="46"/>
                                <a:pt x="2078" y="48"/>
                              </a:cubicBezTo>
                              <a:lnTo>
                                <a:pt x="2078" y="48"/>
                              </a:lnTo>
                              <a:cubicBezTo>
                                <a:pt x="2077" y="50"/>
                                <a:pt x="2076" y="52"/>
                                <a:pt x="2076" y="52"/>
                              </a:cubicBezTo>
                              <a:lnTo>
                                <a:pt x="2100" y="67"/>
                              </a:lnTo>
                              <a:lnTo>
                                <a:pt x="2100" y="67"/>
                              </a:lnTo>
                              <a:cubicBezTo>
                                <a:pt x="2100" y="67"/>
                                <a:pt x="2100" y="66"/>
                                <a:pt x="2101" y="64"/>
                              </a:cubicBezTo>
                              <a:lnTo>
                                <a:pt x="2101" y="64"/>
                              </a:lnTo>
                              <a:cubicBezTo>
                                <a:pt x="2103" y="62"/>
                                <a:pt x="2105" y="60"/>
                                <a:pt x="2107" y="57"/>
                              </a:cubicBezTo>
                              <a:lnTo>
                                <a:pt x="2107" y="57"/>
                              </a:lnTo>
                              <a:cubicBezTo>
                                <a:pt x="2109" y="54"/>
                                <a:pt x="2113" y="51"/>
                                <a:pt x="2116" y="49"/>
                              </a:cubicBezTo>
                              <a:lnTo>
                                <a:pt x="2116" y="49"/>
                              </a:lnTo>
                              <a:cubicBezTo>
                                <a:pt x="2120" y="46"/>
                                <a:pt x="2124" y="43"/>
                                <a:pt x="2129" y="42"/>
                              </a:cubicBezTo>
                              <a:lnTo>
                                <a:pt x="2129" y="42"/>
                              </a:lnTo>
                              <a:cubicBezTo>
                                <a:pt x="2134" y="40"/>
                                <a:pt x="2139" y="39"/>
                                <a:pt x="2145" y="39"/>
                              </a:cubicBezTo>
                              <a:lnTo>
                                <a:pt x="2145" y="39"/>
                              </a:lnTo>
                              <a:cubicBezTo>
                                <a:pt x="2153" y="39"/>
                                <a:pt x="2160" y="40"/>
                                <a:pt x="2166" y="43"/>
                              </a:cubicBezTo>
                              <a:lnTo>
                                <a:pt x="2166" y="43"/>
                              </a:lnTo>
                              <a:cubicBezTo>
                                <a:pt x="2172" y="46"/>
                                <a:pt x="2177" y="51"/>
                                <a:pt x="2180" y="56"/>
                              </a:cubicBezTo>
                              <a:lnTo>
                                <a:pt x="2180" y="56"/>
                              </a:lnTo>
                              <a:cubicBezTo>
                                <a:pt x="2184" y="62"/>
                                <a:pt x="2185" y="68"/>
                                <a:pt x="2185" y="76"/>
                              </a:cubicBezTo>
                              <a:lnTo>
                                <a:pt x="2185" y="76"/>
                              </a:lnTo>
                              <a:cubicBezTo>
                                <a:pt x="2185" y="82"/>
                                <a:pt x="2184" y="88"/>
                                <a:pt x="2181" y="94"/>
                              </a:cubicBezTo>
                              <a:lnTo>
                                <a:pt x="2181" y="94"/>
                              </a:lnTo>
                              <a:cubicBezTo>
                                <a:pt x="2178" y="99"/>
                                <a:pt x="2173" y="105"/>
                                <a:pt x="2168" y="109"/>
                              </a:cubicBezTo>
                              <a:lnTo>
                                <a:pt x="2168" y="109"/>
                              </a:lnTo>
                              <a:cubicBezTo>
                                <a:pt x="2163" y="115"/>
                                <a:pt x="2157" y="120"/>
                                <a:pt x="2151" y="125"/>
                              </a:cubicBezTo>
                              <a:lnTo>
                                <a:pt x="2151" y="125"/>
                              </a:lnTo>
                              <a:cubicBezTo>
                                <a:pt x="2144" y="129"/>
                                <a:pt x="2137" y="134"/>
                                <a:pt x="2130" y="139"/>
                              </a:cubicBezTo>
                              <a:lnTo>
                                <a:pt x="2130" y="139"/>
                              </a:lnTo>
                              <a:cubicBezTo>
                                <a:pt x="2123" y="144"/>
                                <a:pt x="2117" y="149"/>
                                <a:pt x="2110" y="154"/>
                              </a:cubicBezTo>
                              <a:lnTo>
                                <a:pt x="2110" y="154"/>
                              </a:lnTo>
                              <a:cubicBezTo>
                                <a:pt x="2104" y="160"/>
                                <a:pt x="2098" y="166"/>
                                <a:pt x="2093" y="172"/>
                              </a:cubicBezTo>
                              <a:lnTo>
                                <a:pt x="2093" y="172"/>
                              </a:lnTo>
                              <a:cubicBezTo>
                                <a:pt x="2087" y="179"/>
                                <a:pt x="2083" y="186"/>
                                <a:pt x="2080" y="194"/>
                              </a:cubicBezTo>
                              <a:lnTo>
                                <a:pt x="2080" y="194"/>
                              </a:lnTo>
                              <a:cubicBezTo>
                                <a:pt x="2077" y="202"/>
                                <a:pt x="2075" y="211"/>
                                <a:pt x="2075" y="222"/>
                              </a:cubicBezTo>
                              <a:lnTo>
                                <a:pt x="2075" y="222"/>
                              </a:lnTo>
                              <a:cubicBezTo>
                                <a:pt x="2075" y="225"/>
                                <a:pt x="2075" y="228"/>
                                <a:pt x="2076" y="231"/>
                              </a:cubicBezTo>
                              <a:lnTo>
                                <a:pt x="2076" y="231"/>
                              </a:lnTo>
                              <a:cubicBezTo>
                                <a:pt x="2076" y="234"/>
                                <a:pt x="2076" y="236"/>
                                <a:pt x="2077" y="240"/>
                              </a:cubicBezTo>
                              <a:close/>
                              <a:moveTo>
                                <a:pt x="2467" y="243"/>
                              </a:moveTo>
                              <a:lnTo>
                                <a:pt x="2467" y="243"/>
                              </a:lnTo>
                              <a:cubicBezTo>
                                <a:pt x="2478" y="243"/>
                                <a:pt x="2488" y="241"/>
                                <a:pt x="2498" y="238"/>
                              </a:cubicBezTo>
                              <a:lnTo>
                                <a:pt x="2498" y="238"/>
                              </a:lnTo>
                              <a:cubicBezTo>
                                <a:pt x="2506" y="234"/>
                                <a:pt x="2514" y="229"/>
                                <a:pt x="2520" y="222"/>
                              </a:cubicBezTo>
                              <a:lnTo>
                                <a:pt x="2520" y="222"/>
                              </a:lnTo>
                              <a:cubicBezTo>
                                <a:pt x="2527" y="215"/>
                                <a:pt x="2532" y="207"/>
                                <a:pt x="2535" y="198"/>
                              </a:cubicBezTo>
                              <a:lnTo>
                                <a:pt x="2535" y="198"/>
                              </a:lnTo>
                              <a:cubicBezTo>
                                <a:pt x="2539" y="188"/>
                                <a:pt x="2541" y="178"/>
                                <a:pt x="2541" y="167"/>
                              </a:cubicBezTo>
                              <a:lnTo>
                                <a:pt x="2541" y="167"/>
                              </a:lnTo>
                              <a:cubicBezTo>
                                <a:pt x="2541" y="157"/>
                                <a:pt x="2539" y="147"/>
                                <a:pt x="2536" y="138"/>
                              </a:cubicBezTo>
                              <a:lnTo>
                                <a:pt x="2536" y="138"/>
                              </a:lnTo>
                              <a:cubicBezTo>
                                <a:pt x="2532" y="129"/>
                                <a:pt x="2527" y="121"/>
                                <a:pt x="2521" y="114"/>
                              </a:cubicBezTo>
                              <a:lnTo>
                                <a:pt x="2521" y="114"/>
                              </a:lnTo>
                              <a:cubicBezTo>
                                <a:pt x="2515" y="107"/>
                                <a:pt x="2508" y="102"/>
                                <a:pt x="2499" y="98"/>
                              </a:cubicBezTo>
                              <a:lnTo>
                                <a:pt x="2499" y="98"/>
                              </a:lnTo>
                              <a:cubicBezTo>
                                <a:pt x="2489" y="94"/>
                                <a:pt x="2479" y="92"/>
                                <a:pt x="2469" y="92"/>
                              </a:cubicBezTo>
                              <a:lnTo>
                                <a:pt x="2469" y="92"/>
                              </a:lnTo>
                              <a:cubicBezTo>
                                <a:pt x="2462" y="92"/>
                                <a:pt x="2456" y="93"/>
                                <a:pt x="2449" y="95"/>
                              </a:cubicBezTo>
                              <a:lnTo>
                                <a:pt x="2449" y="95"/>
                              </a:lnTo>
                              <a:cubicBezTo>
                                <a:pt x="2443" y="96"/>
                                <a:pt x="2437" y="99"/>
                                <a:pt x="2432" y="102"/>
                              </a:cubicBezTo>
                              <a:lnTo>
                                <a:pt x="2432" y="102"/>
                              </a:lnTo>
                              <a:cubicBezTo>
                                <a:pt x="2427" y="105"/>
                                <a:pt x="2422" y="109"/>
                                <a:pt x="2419" y="114"/>
                              </a:cubicBezTo>
                              <a:lnTo>
                                <a:pt x="2418" y="114"/>
                              </a:lnTo>
                              <a:lnTo>
                                <a:pt x="2418" y="114"/>
                              </a:lnTo>
                              <a:cubicBezTo>
                                <a:pt x="2419" y="106"/>
                                <a:pt x="2421" y="98"/>
                                <a:pt x="2423" y="91"/>
                              </a:cubicBezTo>
                              <a:lnTo>
                                <a:pt x="2423" y="91"/>
                              </a:lnTo>
                              <a:cubicBezTo>
                                <a:pt x="2426" y="84"/>
                                <a:pt x="2429" y="77"/>
                                <a:pt x="2432" y="71"/>
                              </a:cubicBezTo>
                              <a:lnTo>
                                <a:pt x="2432" y="71"/>
                              </a:lnTo>
                              <a:cubicBezTo>
                                <a:pt x="2436" y="64"/>
                                <a:pt x="2441" y="59"/>
                                <a:pt x="2446" y="54"/>
                              </a:cubicBezTo>
                              <a:lnTo>
                                <a:pt x="2446" y="54"/>
                              </a:lnTo>
                              <a:cubicBezTo>
                                <a:pt x="2451" y="49"/>
                                <a:pt x="2457" y="45"/>
                                <a:pt x="2463" y="42"/>
                              </a:cubicBezTo>
                              <a:lnTo>
                                <a:pt x="2463" y="42"/>
                              </a:lnTo>
                              <a:cubicBezTo>
                                <a:pt x="2470" y="39"/>
                                <a:pt x="2478" y="38"/>
                                <a:pt x="2486" y="38"/>
                              </a:cubicBezTo>
                              <a:lnTo>
                                <a:pt x="2486" y="38"/>
                              </a:lnTo>
                              <a:cubicBezTo>
                                <a:pt x="2490" y="38"/>
                                <a:pt x="2496" y="38"/>
                                <a:pt x="2500" y="39"/>
                              </a:cubicBezTo>
                              <a:lnTo>
                                <a:pt x="2500" y="39"/>
                              </a:lnTo>
                              <a:cubicBezTo>
                                <a:pt x="2503" y="40"/>
                                <a:pt x="2507" y="41"/>
                                <a:pt x="2510" y="42"/>
                              </a:cubicBezTo>
                              <a:lnTo>
                                <a:pt x="2510" y="42"/>
                              </a:lnTo>
                              <a:cubicBezTo>
                                <a:pt x="2513" y="43"/>
                                <a:pt x="2515" y="43"/>
                                <a:pt x="2517" y="44"/>
                              </a:cubicBezTo>
                              <a:lnTo>
                                <a:pt x="2517" y="44"/>
                              </a:lnTo>
                              <a:cubicBezTo>
                                <a:pt x="2518" y="45"/>
                                <a:pt x="2519" y="45"/>
                                <a:pt x="2519" y="45"/>
                              </a:cubicBezTo>
                              <a:lnTo>
                                <a:pt x="2529" y="18"/>
                              </a:lnTo>
                              <a:lnTo>
                                <a:pt x="2529" y="18"/>
                              </a:lnTo>
                              <a:cubicBezTo>
                                <a:pt x="2529" y="18"/>
                                <a:pt x="2528" y="18"/>
                                <a:pt x="2526" y="17"/>
                              </a:cubicBezTo>
                              <a:lnTo>
                                <a:pt x="2526" y="17"/>
                              </a:lnTo>
                              <a:cubicBezTo>
                                <a:pt x="2524" y="16"/>
                                <a:pt x="2521" y="15"/>
                                <a:pt x="2517" y="14"/>
                              </a:cubicBezTo>
                              <a:lnTo>
                                <a:pt x="2517" y="14"/>
                              </a:lnTo>
                              <a:cubicBezTo>
                                <a:pt x="2514" y="12"/>
                                <a:pt x="2509" y="11"/>
                                <a:pt x="2504" y="10"/>
                              </a:cubicBezTo>
                              <a:lnTo>
                                <a:pt x="2504" y="10"/>
                              </a:lnTo>
                              <a:cubicBezTo>
                                <a:pt x="2498" y="9"/>
                                <a:pt x="2491" y="9"/>
                                <a:pt x="2485" y="9"/>
                              </a:cubicBezTo>
                              <a:lnTo>
                                <a:pt x="2485" y="9"/>
                              </a:lnTo>
                              <a:cubicBezTo>
                                <a:pt x="2473" y="9"/>
                                <a:pt x="2462" y="11"/>
                                <a:pt x="2453" y="14"/>
                              </a:cubicBezTo>
                              <a:lnTo>
                                <a:pt x="2453" y="14"/>
                              </a:lnTo>
                              <a:cubicBezTo>
                                <a:pt x="2443" y="18"/>
                                <a:pt x="2435" y="23"/>
                                <a:pt x="2427" y="29"/>
                              </a:cubicBezTo>
                              <a:lnTo>
                                <a:pt x="2427" y="29"/>
                              </a:lnTo>
                              <a:cubicBezTo>
                                <a:pt x="2420" y="35"/>
                                <a:pt x="2413" y="42"/>
                                <a:pt x="2408" y="51"/>
                              </a:cubicBezTo>
                              <a:lnTo>
                                <a:pt x="2408" y="51"/>
                              </a:lnTo>
                              <a:cubicBezTo>
                                <a:pt x="2402" y="59"/>
                                <a:pt x="2398" y="68"/>
                                <a:pt x="2394" y="77"/>
                              </a:cubicBezTo>
                              <a:lnTo>
                                <a:pt x="2394" y="77"/>
                              </a:lnTo>
                              <a:cubicBezTo>
                                <a:pt x="2391" y="86"/>
                                <a:pt x="2388" y="96"/>
                                <a:pt x="2386" y="106"/>
                              </a:cubicBezTo>
                              <a:lnTo>
                                <a:pt x="2386" y="106"/>
                              </a:lnTo>
                              <a:cubicBezTo>
                                <a:pt x="2384" y="117"/>
                                <a:pt x="2383" y="127"/>
                                <a:pt x="2383" y="136"/>
                              </a:cubicBezTo>
                              <a:lnTo>
                                <a:pt x="2383" y="136"/>
                              </a:lnTo>
                              <a:cubicBezTo>
                                <a:pt x="2383" y="152"/>
                                <a:pt x="2386" y="167"/>
                                <a:pt x="2390" y="180"/>
                              </a:cubicBezTo>
                              <a:lnTo>
                                <a:pt x="2390" y="180"/>
                              </a:lnTo>
                              <a:cubicBezTo>
                                <a:pt x="2394" y="193"/>
                                <a:pt x="2400" y="204"/>
                                <a:pt x="2407" y="213"/>
                              </a:cubicBezTo>
                              <a:lnTo>
                                <a:pt x="2407" y="213"/>
                              </a:lnTo>
                              <a:cubicBezTo>
                                <a:pt x="2415" y="224"/>
                                <a:pt x="2424" y="231"/>
                                <a:pt x="2434" y="236"/>
                              </a:cubicBezTo>
                              <a:lnTo>
                                <a:pt x="2434" y="236"/>
                              </a:lnTo>
                              <a:cubicBezTo>
                                <a:pt x="2444" y="241"/>
                                <a:pt x="2455" y="243"/>
                                <a:pt x="2467" y="243"/>
                              </a:cubicBezTo>
                              <a:close/>
                              <a:moveTo>
                                <a:pt x="2467" y="213"/>
                              </a:moveTo>
                              <a:lnTo>
                                <a:pt x="2467" y="213"/>
                              </a:lnTo>
                              <a:cubicBezTo>
                                <a:pt x="2461" y="213"/>
                                <a:pt x="2456" y="212"/>
                                <a:pt x="2451" y="210"/>
                              </a:cubicBezTo>
                              <a:lnTo>
                                <a:pt x="2451" y="210"/>
                              </a:lnTo>
                              <a:cubicBezTo>
                                <a:pt x="2446" y="207"/>
                                <a:pt x="2441" y="204"/>
                                <a:pt x="2437" y="200"/>
                              </a:cubicBezTo>
                              <a:lnTo>
                                <a:pt x="2437" y="200"/>
                              </a:lnTo>
                              <a:cubicBezTo>
                                <a:pt x="2433" y="196"/>
                                <a:pt x="2429" y="191"/>
                                <a:pt x="2426" y="186"/>
                              </a:cubicBezTo>
                              <a:lnTo>
                                <a:pt x="2426" y="186"/>
                              </a:lnTo>
                              <a:cubicBezTo>
                                <a:pt x="2423" y="180"/>
                                <a:pt x="2421" y="175"/>
                                <a:pt x="2419" y="169"/>
                              </a:cubicBezTo>
                              <a:lnTo>
                                <a:pt x="2419" y="169"/>
                              </a:lnTo>
                              <a:cubicBezTo>
                                <a:pt x="2417" y="163"/>
                                <a:pt x="2417" y="157"/>
                                <a:pt x="2417" y="151"/>
                              </a:cubicBezTo>
                              <a:lnTo>
                                <a:pt x="2417" y="151"/>
                              </a:lnTo>
                              <a:cubicBezTo>
                                <a:pt x="2417" y="147"/>
                                <a:pt x="2418" y="143"/>
                                <a:pt x="2420" y="140"/>
                              </a:cubicBezTo>
                              <a:lnTo>
                                <a:pt x="2420" y="140"/>
                              </a:lnTo>
                              <a:cubicBezTo>
                                <a:pt x="2422" y="136"/>
                                <a:pt x="2426" y="132"/>
                                <a:pt x="2430" y="129"/>
                              </a:cubicBezTo>
                              <a:lnTo>
                                <a:pt x="2430" y="129"/>
                              </a:lnTo>
                              <a:cubicBezTo>
                                <a:pt x="2434" y="126"/>
                                <a:pt x="2439" y="124"/>
                                <a:pt x="2445" y="122"/>
                              </a:cubicBezTo>
                              <a:lnTo>
                                <a:pt x="2445" y="122"/>
                              </a:lnTo>
                              <a:cubicBezTo>
                                <a:pt x="2450" y="121"/>
                                <a:pt x="2456" y="120"/>
                                <a:pt x="2462" y="120"/>
                              </a:cubicBezTo>
                              <a:lnTo>
                                <a:pt x="2462" y="120"/>
                              </a:lnTo>
                              <a:cubicBezTo>
                                <a:pt x="2472" y="120"/>
                                <a:pt x="2480" y="122"/>
                                <a:pt x="2487" y="126"/>
                              </a:cubicBezTo>
                              <a:lnTo>
                                <a:pt x="2487" y="126"/>
                              </a:lnTo>
                              <a:cubicBezTo>
                                <a:pt x="2495" y="130"/>
                                <a:pt x="2500" y="136"/>
                                <a:pt x="2504" y="143"/>
                              </a:cubicBezTo>
                              <a:lnTo>
                                <a:pt x="2504" y="143"/>
                              </a:lnTo>
                              <a:cubicBezTo>
                                <a:pt x="2508" y="150"/>
                                <a:pt x="2509" y="158"/>
                                <a:pt x="2510" y="167"/>
                              </a:cubicBezTo>
                              <a:lnTo>
                                <a:pt x="2510" y="167"/>
                              </a:lnTo>
                              <a:cubicBezTo>
                                <a:pt x="2510" y="176"/>
                                <a:pt x="2508" y="184"/>
                                <a:pt x="2505" y="191"/>
                              </a:cubicBezTo>
                              <a:lnTo>
                                <a:pt x="2505" y="191"/>
                              </a:lnTo>
                              <a:cubicBezTo>
                                <a:pt x="2501" y="198"/>
                                <a:pt x="2497" y="203"/>
                                <a:pt x="2489" y="207"/>
                              </a:cubicBezTo>
                              <a:lnTo>
                                <a:pt x="2489" y="207"/>
                              </a:lnTo>
                              <a:cubicBezTo>
                                <a:pt x="2483" y="211"/>
                                <a:pt x="2476" y="213"/>
                                <a:pt x="2467" y="213"/>
                              </a:cubicBezTo>
                              <a:close/>
                              <a:moveTo>
                                <a:pt x="2566" y="178"/>
                              </a:moveTo>
                              <a:lnTo>
                                <a:pt x="2676" y="178"/>
                              </a:lnTo>
                              <a:lnTo>
                                <a:pt x="2676" y="240"/>
                              </a:lnTo>
                              <a:lnTo>
                                <a:pt x="2707" y="240"/>
                              </a:lnTo>
                              <a:lnTo>
                                <a:pt x="2707" y="178"/>
                              </a:lnTo>
                              <a:lnTo>
                                <a:pt x="2738" y="178"/>
                              </a:lnTo>
                              <a:lnTo>
                                <a:pt x="2738" y="152"/>
                              </a:lnTo>
                              <a:lnTo>
                                <a:pt x="2707" y="152"/>
                              </a:lnTo>
                              <a:lnTo>
                                <a:pt x="2707" y="13"/>
                              </a:lnTo>
                              <a:lnTo>
                                <a:pt x="2671" y="13"/>
                              </a:lnTo>
                              <a:lnTo>
                                <a:pt x="2566" y="159"/>
                              </a:lnTo>
                              <a:lnTo>
                                <a:pt x="2566" y="178"/>
                              </a:lnTo>
                              <a:close/>
                              <a:moveTo>
                                <a:pt x="2601" y="152"/>
                              </a:moveTo>
                              <a:lnTo>
                                <a:pt x="2601" y="151"/>
                              </a:lnTo>
                              <a:lnTo>
                                <a:pt x="2666" y="65"/>
                              </a:lnTo>
                              <a:lnTo>
                                <a:pt x="2666" y="65"/>
                              </a:lnTo>
                              <a:cubicBezTo>
                                <a:pt x="2668" y="62"/>
                                <a:pt x="2670" y="59"/>
                                <a:pt x="2671" y="57"/>
                              </a:cubicBezTo>
                              <a:lnTo>
                                <a:pt x="2671" y="57"/>
                              </a:lnTo>
                              <a:cubicBezTo>
                                <a:pt x="2673" y="54"/>
                                <a:pt x="2674" y="51"/>
                                <a:pt x="2675" y="50"/>
                              </a:cubicBezTo>
                              <a:lnTo>
                                <a:pt x="2675" y="50"/>
                              </a:lnTo>
                              <a:cubicBezTo>
                                <a:pt x="2676" y="48"/>
                                <a:pt x="2677" y="47"/>
                                <a:pt x="2677" y="46"/>
                              </a:cubicBezTo>
                              <a:lnTo>
                                <a:pt x="2677" y="46"/>
                              </a:lnTo>
                              <a:lnTo>
                                <a:pt x="2677" y="46"/>
                              </a:lnTo>
                              <a:cubicBezTo>
                                <a:pt x="2677" y="47"/>
                                <a:pt x="2677" y="48"/>
                                <a:pt x="2677" y="50"/>
                              </a:cubicBezTo>
                              <a:lnTo>
                                <a:pt x="2677" y="50"/>
                              </a:lnTo>
                              <a:cubicBezTo>
                                <a:pt x="2677" y="52"/>
                                <a:pt x="2677" y="55"/>
                                <a:pt x="2676" y="58"/>
                              </a:cubicBezTo>
                              <a:lnTo>
                                <a:pt x="2676" y="58"/>
                              </a:lnTo>
                              <a:cubicBezTo>
                                <a:pt x="2676" y="62"/>
                                <a:pt x="2676" y="65"/>
                                <a:pt x="2676" y="69"/>
                              </a:cubicBezTo>
                              <a:lnTo>
                                <a:pt x="2676" y="152"/>
                              </a:lnTo>
                              <a:lnTo>
                                <a:pt x="2601" y="152"/>
                              </a:lnTo>
                              <a:close/>
                              <a:moveTo>
                                <a:pt x="2822" y="243"/>
                              </a:moveTo>
                              <a:lnTo>
                                <a:pt x="2822" y="243"/>
                              </a:lnTo>
                              <a:cubicBezTo>
                                <a:pt x="2834" y="243"/>
                                <a:pt x="2844" y="241"/>
                                <a:pt x="2854" y="238"/>
                              </a:cubicBezTo>
                              <a:lnTo>
                                <a:pt x="2854" y="238"/>
                              </a:lnTo>
                              <a:cubicBezTo>
                                <a:pt x="2863" y="234"/>
                                <a:pt x="2872" y="230"/>
                                <a:pt x="2879" y="223"/>
                              </a:cubicBezTo>
                              <a:lnTo>
                                <a:pt x="2879" y="223"/>
                              </a:lnTo>
                              <a:cubicBezTo>
                                <a:pt x="2887" y="216"/>
                                <a:pt x="2893" y="209"/>
                                <a:pt x="2899" y="201"/>
                              </a:cubicBezTo>
                              <a:lnTo>
                                <a:pt x="2899" y="201"/>
                              </a:lnTo>
                              <a:cubicBezTo>
                                <a:pt x="2904" y="193"/>
                                <a:pt x="2909" y="184"/>
                                <a:pt x="2912" y="174"/>
                              </a:cubicBezTo>
                              <a:lnTo>
                                <a:pt x="2912" y="174"/>
                              </a:lnTo>
                              <a:cubicBezTo>
                                <a:pt x="2917" y="165"/>
                                <a:pt x="2920" y="155"/>
                                <a:pt x="2922" y="145"/>
                              </a:cubicBezTo>
                              <a:lnTo>
                                <a:pt x="2922" y="145"/>
                              </a:lnTo>
                              <a:cubicBezTo>
                                <a:pt x="2923" y="135"/>
                                <a:pt x="2924" y="126"/>
                                <a:pt x="2924" y="116"/>
                              </a:cubicBezTo>
                              <a:lnTo>
                                <a:pt x="2924" y="116"/>
                              </a:lnTo>
                              <a:cubicBezTo>
                                <a:pt x="2924" y="99"/>
                                <a:pt x="2922" y="84"/>
                                <a:pt x="2918" y="71"/>
                              </a:cubicBezTo>
                              <a:lnTo>
                                <a:pt x="2918" y="71"/>
                              </a:lnTo>
                              <a:cubicBezTo>
                                <a:pt x="2913" y="58"/>
                                <a:pt x="2907" y="47"/>
                                <a:pt x="2899" y="38"/>
                              </a:cubicBezTo>
                              <a:lnTo>
                                <a:pt x="2899" y="38"/>
                              </a:lnTo>
                              <a:cubicBezTo>
                                <a:pt x="2892" y="29"/>
                                <a:pt x="2883" y="21"/>
                                <a:pt x="2872" y="16"/>
                              </a:cubicBezTo>
                              <a:lnTo>
                                <a:pt x="2872" y="16"/>
                              </a:lnTo>
                              <a:cubicBezTo>
                                <a:pt x="2862" y="11"/>
                                <a:pt x="2851" y="9"/>
                                <a:pt x="2839" y="9"/>
                              </a:cubicBezTo>
                              <a:lnTo>
                                <a:pt x="2839" y="9"/>
                              </a:lnTo>
                              <a:cubicBezTo>
                                <a:pt x="2829" y="9"/>
                                <a:pt x="2819" y="11"/>
                                <a:pt x="2810" y="14"/>
                              </a:cubicBezTo>
                              <a:lnTo>
                                <a:pt x="2810" y="14"/>
                              </a:lnTo>
                              <a:cubicBezTo>
                                <a:pt x="2801" y="18"/>
                                <a:pt x="2794" y="23"/>
                                <a:pt x="2787" y="30"/>
                              </a:cubicBezTo>
                              <a:lnTo>
                                <a:pt x="2787" y="30"/>
                              </a:lnTo>
                              <a:cubicBezTo>
                                <a:pt x="2781" y="37"/>
                                <a:pt x="2776" y="44"/>
                                <a:pt x="2771" y="54"/>
                              </a:cubicBezTo>
                              <a:lnTo>
                                <a:pt x="2771" y="54"/>
                              </a:lnTo>
                              <a:cubicBezTo>
                                <a:pt x="2768" y="63"/>
                                <a:pt x="2766" y="73"/>
                                <a:pt x="2766" y="84"/>
                              </a:cubicBezTo>
                              <a:lnTo>
                                <a:pt x="2766" y="84"/>
                              </a:lnTo>
                              <a:cubicBezTo>
                                <a:pt x="2766" y="95"/>
                                <a:pt x="2768" y="104"/>
                                <a:pt x="2771" y="114"/>
                              </a:cubicBezTo>
                              <a:lnTo>
                                <a:pt x="2771" y="114"/>
                              </a:lnTo>
                              <a:cubicBezTo>
                                <a:pt x="2775" y="123"/>
                                <a:pt x="2780" y="131"/>
                                <a:pt x="2786" y="138"/>
                              </a:cubicBezTo>
                              <a:lnTo>
                                <a:pt x="2786" y="138"/>
                              </a:lnTo>
                              <a:cubicBezTo>
                                <a:pt x="2793" y="144"/>
                                <a:pt x="2800" y="150"/>
                                <a:pt x="2809" y="153"/>
                              </a:cubicBezTo>
                              <a:lnTo>
                                <a:pt x="2809" y="153"/>
                              </a:lnTo>
                              <a:cubicBezTo>
                                <a:pt x="2817" y="157"/>
                                <a:pt x="2827" y="159"/>
                                <a:pt x="2838" y="159"/>
                              </a:cubicBezTo>
                              <a:lnTo>
                                <a:pt x="2838" y="159"/>
                              </a:lnTo>
                              <a:cubicBezTo>
                                <a:pt x="2845" y="159"/>
                                <a:pt x="2851" y="158"/>
                                <a:pt x="2857" y="156"/>
                              </a:cubicBezTo>
                              <a:lnTo>
                                <a:pt x="2857" y="156"/>
                              </a:lnTo>
                              <a:cubicBezTo>
                                <a:pt x="2864" y="155"/>
                                <a:pt x="2870" y="152"/>
                                <a:pt x="2875" y="149"/>
                              </a:cubicBezTo>
                              <a:lnTo>
                                <a:pt x="2875" y="149"/>
                              </a:lnTo>
                              <a:cubicBezTo>
                                <a:pt x="2880" y="146"/>
                                <a:pt x="2884" y="142"/>
                                <a:pt x="2888" y="138"/>
                              </a:cubicBezTo>
                              <a:lnTo>
                                <a:pt x="2888" y="138"/>
                              </a:lnTo>
                              <a:lnTo>
                                <a:pt x="2888" y="138"/>
                              </a:lnTo>
                              <a:cubicBezTo>
                                <a:pt x="2887" y="145"/>
                                <a:pt x="2886" y="153"/>
                                <a:pt x="2883" y="160"/>
                              </a:cubicBezTo>
                              <a:lnTo>
                                <a:pt x="2883" y="160"/>
                              </a:lnTo>
                              <a:cubicBezTo>
                                <a:pt x="2881" y="167"/>
                                <a:pt x="2878" y="174"/>
                                <a:pt x="2874" y="181"/>
                              </a:cubicBezTo>
                              <a:lnTo>
                                <a:pt x="2874" y="181"/>
                              </a:lnTo>
                              <a:cubicBezTo>
                                <a:pt x="2871" y="187"/>
                                <a:pt x="2866" y="193"/>
                                <a:pt x="2861" y="198"/>
                              </a:cubicBezTo>
                              <a:lnTo>
                                <a:pt x="2861" y="198"/>
                              </a:lnTo>
                              <a:cubicBezTo>
                                <a:pt x="2856" y="202"/>
                                <a:pt x="2850" y="206"/>
                                <a:pt x="2843" y="209"/>
                              </a:cubicBezTo>
                              <a:lnTo>
                                <a:pt x="2843" y="209"/>
                              </a:lnTo>
                              <a:cubicBezTo>
                                <a:pt x="2836" y="212"/>
                                <a:pt x="2829" y="213"/>
                                <a:pt x="2821" y="213"/>
                              </a:cubicBezTo>
                              <a:lnTo>
                                <a:pt x="2821" y="213"/>
                              </a:lnTo>
                              <a:cubicBezTo>
                                <a:pt x="2816" y="213"/>
                                <a:pt x="2812" y="213"/>
                                <a:pt x="2808" y="212"/>
                              </a:cubicBezTo>
                              <a:lnTo>
                                <a:pt x="2808" y="212"/>
                              </a:lnTo>
                              <a:cubicBezTo>
                                <a:pt x="2804" y="211"/>
                                <a:pt x="2801" y="211"/>
                                <a:pt x="2798" y="210"/>
                              </a:cubicBezTo>
                              <a:lnTo>
                                <a:pt x="2798" y="210"/>
                              </a:lnTo>
                              <a:cubicBezTo>
                                <a:pt x="2795" y="209"/>
                                <a:pt x="2793" y="208"/>
                                <a:pt x="2791" y="207"/>
                              </a:cubicBezTo>
                              <a:lnTo>
                                <a:pt x="2791" y="207"/>
                              </a:lnTo>
                              <a:cubicBezTo>
                                <a:pt x="2789" y="206"/>
                                <a:pt x="2789" y="206"/>
                                <a:pt x="2789" y="206"/>
                              </a:cubicBezTo>
                              <a:lnTo>
                                <a:pt x="2778" y="234"/>
                              </a:lnTo>
                              <a:lnTo>
                                <a:pt x="2778" y="234"/>
                              </a:lnTo>
                              <a:cubicBezTo>
                                <a:pt x="2778" y="234"/>
                                <a:pt x="2779" y="235"/>
                                <a:pt x="2781" y="236"/>
                              </a:cubicBezTo>
                              <a:lnTo>
                                <a:pt x="2781" y="236"/>
                              </a:lnTo>
                              <a:cubicBezTo>
                                <a:pt x="2783" y="236"/>
                                <a:pt x="2786" y="237"/>
                                <a:pt x="2790" y="239"/>
                              </a:cubicBezTo>
                              <a:lnTo>
                                <a:pt x="2790" y="239"/>
                              </a:lnTo>
                              <a:cubicBezTo>
                                <a:pt x="2794" y="240"/>
                                <a:pt x="2799" y="241"/>
                                <a:pt x="2804" y="242"/>
                              </a:cubicBezTo>
                              <a:lnTo>
                                <a:pt x="2804" y="242"/>
                              </a:lnTo>
                              <a:cubicBezTo>
                                <a:pt x="2809" y="243"/>
                                <a:pt x="2815" y="243"/>
                                <a:pt x="2822" y="243"/>
                              </a:cubicBezTo>
                              <a:close/>
                              <a:moveTo>
                                <a:pt x="2844" y="132"/>
                              </a:moveTo>
                              <a:lnTo>
                                <a:pt x="2844" y="132"/>
                              </a:lnTo>
                              <a:cubicBezTo>
                                <a:pt x="2835" y="132"/>
                                <a:pt x="2826" y="130"/>
                                <a:pt x="2819" y="126"/>
                              </a:cubicBezTo>
                              <a:lnTo>
                                <a:pt x="2819" y="126"/>
                              </a:lnTo>
                              <a:cubicBezTo>
                                <a:pt x="2813" y="122"/>
                                <a:pt x="2807" y="117"/>
                                <a:pt x="2804" y="109"/>
                              </a:cubicBezTo>
                              <a:lnTo>
                                <a:pt x="2804" y="109"/>
                              </a:lnTo>
                              <a:cubicBezTo>
                                <a:pt x="2800" y="101"/>
                                <a:pt x="2798" y="93"/>
                                <a:pt x="2798" y="84"/>
                              </a:cubicBezTo>
                              <a:lnTo>
                                <a:pt x="2798" y="84"/>
                              </a:lnTo>
                              <a:cubicBezTo>
                                <a:pt x="2798" y="75"/>
                                <a:pt x="2800" y="67"/>
                                <a:pt x="2803" y="61"/>
                              </a:cubicBezTo>
                              <a:lnTo>
                                <a:pt x="2803" y="61"/>
                              </a:lnTo>
                              <a:cubicBezTo>
                                <a:pt x="2806" y="54"/>
                                <a:pt x="2811" y="48"/>
                                <a:pt x="2817" y="44"/>
                              </a:cubicBezTo>
                              <a:lnTo>
                                <a:pt x="2817" y="44"/>
                              </a:lnTo>
                              <a:cubicBezTo>
                                <a:pt x="2823" y="40"/>
                                <a:pt x="2831" y="38"/>
                                <a:pt x="2839" y="38"/>
                              </a:cubicBezTo>
                              <a:lnTo>
                                <a:pt x="2839" y="38"/>
                              </a:lnTo>
                              <a:cubicBezTo>
                                <a:pt x="2845" y="38"/>
                                <a:pt x="2851" y="39"/>
                                <a:pt x="2856" y="42"/>
                              </a:cubicBezTo>
                              <a:lnTo>
                                <a:pt x="2856" y="42"/>
                              </a:lnTo>
                              <a:cubicBezTo>
                                <a:pt x="2861" y="44"/>
                                <a:pt x="2865" y="47"/>
                                <a:pt x="2870" y="51"/>
                              </a:cubicBezTo>
                              <a:lnTo>
                                <a:pt x="2870" y="51"/>
                              </a:lnTo>
                              <a:cubicBezTo>
                                <a:pt x="2874" y="55"/>
                                <a:pt x="2877" y="60"/>
                                <a:pt x="2881" y="65"/>
                              </a:cubicBezTo>
                              <a:lnTo>
                                <a:pt x="2881" y="65"/>
                              </a:lnTo>
                              <a:cubicBezTo>
                                <a:pt x="2884" y="71"/>
                                <a:pt x="2886" y="76"/>
                                <a:pt x="2888" y="82"/>
                              </a:cubicBezTo>
                              <a:lnTo>
                                <a:pt x="2888" y="82"/>
                              </a:lnTo>
                              <a:cubicBezTo>
                                <a:pt x="2889" y="88"/>
                                <a:pt x="2890" y="94"/>
                                <a:pt x="2890" y="100"/>
                              </a:cubicBezTo>
                              <a:lnTo>
                                <a:pt x="2890" y="100"/>
                              </a:lnTo>
                              <a:cubicBezTo>
                                <a:pt x="2890" y="104"/>
                                <a:pt x="2889" y="108"/>
                                <a:pt x="2887" y="113"/>
                              </a:cubicBezTo>
                              <a:lnTo>
                                <a:pt x="2887" y="113"/>
                              </a:lnTo>
                              <a:cubicBezTo>
                                <a:pt x="2884" y="116"/>
                                <a:pt x="2881" y="120"/>
                                <a:pt x="2877" y="123"/>
                              </a:cubicBezTo>
                              <a:lnTo>
                                <a:pt x="2877" y="123"/>
                              </a:lnTo>
                              <a:cubicBezTo>
                                <a:pt x="2873" y="126"/>
                                <a:pt x="2868" y="128"/>
                                <a:pt x="2862" y="130"/>
                              </a:cubicBezTo>
                              <a:lnTo>
                                <a:pt x="2862" y="130"/>
                              </a:lnTo>
                              <a:cubicBezTo>
                                <a:pt x="2857" y="132"/>
                                <a:pt x="2851" y="132"/>
                                <a:pt x="2844" y="132"/>
                              </a:cubicBezTo>
                              <a:close/>
                              <a:moveTo>
                                <a:pt x="3137" y="243"/>
                              </a:moveTo>
                              <a:lnTo>
                                <a:pt x="3137" y="243"/>
                              </a:lnTo>
                              <a:cubicBezTo>
                                <a:pt x="3149" y="243"/>
                                <a:pt x="3160" y="241"/>
                                <a:pt x="3169" y="238"/>
                              </a:cubicBezTo>
                              <a:lnTo>
                                <a:pt x="3169" y="238"/>
                              </a:lnTo>
                              <a:cubicBezTo>
                                <a:pt x="3179" y="234"/>
                                <a:pt x="3187" y="230"/>
                                <a:pt x="3195" y="223"/>
                              </a:cubicBezTo>
                              <a:lnTo>
                                <a:pt x="3195" y="223"/>
                              </a:lnTo>
                              <a:cubicBezTo>
                                <a:pt x="3203" y="216"/>
                                <a:pt x="3210" y="209"/>
                                <a:pt x="3215" y="201"/>
                              </a:cubicBezTo>
                              <a:lnTo>
                                <a:pt x="3215" y="201"/>
                              </a:lnTo>
                              <a:cubicBezTo>
                                <a:pt x="3221" y="193"/>
                                <a:pt x="3225" y="184"/>
                                <a:pt x="3229" y="174"/>
                              </a:cubicBezTo>
                              <a:lnTo>
                                <a:pt x="3229" y="174"/>
                              </a:lnTo>
                              <a:cubicBezTo>
                                <a:pt x="3233" y="165"/>
                                <a:pt x="3235" y="155"/>
                                <a:pt x="3237" y="145"/>
                              </a:cubicBezTo>
                              <a:lnTo>
                                <a:pt x="3237" y="145"/>
                              </a:lnTo>
                              <a:cubicBezTo>
                                <a:pt x="3239" y="135"/>
                                <a:pt x="3240" y="126"/>
                                <a:pt x="3240" y="116"/>
                              </a:cubicBezTo>
                              <a:lnTo>
                                <a:pt x="3240" y="116"/>
                              </a:lnTo>
                              <a:cubicBezTo>
                                <a:pt x="3240" y="99"/>
                                <a:pt x="3237" y="84"/>
                                <a:pt x="3233" y="71"/>
                              </a:cubicBezTo>
                              <a:lnTo>
                                <a:pt x="3233" y="71"/>
                              </a:lnTo>
                              <a:cubicBezTo>
                                <a:pt x="3229" y="58"/>
                                <a:pt x="3223" y="47"/>
                                <a:pt x="3216" y="38"/>
                              </a:cubicBezTo>
                              <a:lnTo>
                                <a:pt x="3216" y="38"/>
                              </a:lnTo>
                              <a:cubicBezTo>
                                <a:pt x="3208" y="29"/>
                                <a:pt x="3199" y="21"/>
                                <a:pt x="3188" y="16"/>
                              </a:cubicBezTo>
                              <a:lnTo>
                                <a:pt x="3188" y="16"/>
                              </a:lnTo>
                              <a:cubicBezTo>
                                <a:pt x="3178" y="11"/>
                                <a:pt x="3167" y="9"/>
                                <a:pt x="3155" y="9"/>
                              </a:cubicBezTo>
                              <a:lnTo>
                                <a:pt x="3155" y="9"/>
                              </a:lnTo>
                              <a:cubicBezTo>
                                <a:pt x="3144" y="9"/>
                                <a:pt x="3134" y="11"/>
                                <a:pt x="3126" y="14"/>
                              </a:cubicBezTo>
                              <a:lnTo>
                                <a:pt x="3126" y="14"/>
                              </a:lnTo>
                              <a:cubicBezTo>
                                <a:pt x="3117" y="18"/>
                                <a:pt x="3109" y="23"/>
                                <a:pt x="3103" y="30"/>
                              </a:cubicBezTo>
                              <a:lnTo>
                                <a:pt x="3103" y="30"/>
                              </a:lnTo>
                              <a:cubicBezTo>
                                <a:pt x="3096" y="37"/>
                                <a:pt x="3091" y="44"/>
                                <a:pt x="3088" y="54"/>
                              </a:cubicBezTo>
                              <a:lnTo>
                                <a:pt x="3088" y="54"/>
                              </a:lnTo>
                              <a:cubicBezTo>
                                <a:pt x="3084" y="63"/>
                                <a:pt x="3082" y="73"/>
                                <a:pt x="3082" y="84"/>
                              </a:cubicBezTo>
                              <a:lnTo>
                                <a:pt x="3082" y="84"/>
                              </a:lnTo>
                              <a:cubicBezTo>
                                <a:pt x="3082" y="95"/>
                                <a:pt x="3084" y="104"/>
                                <a:pt x="3087" y="114"/>
                              </a:cubicBezTo>
                              <a:lnTo>
                                <a:pt x="3087" y="114"/>
                              </a:lnTo>
                              <a:cubicBezTo>
                                <a:pt x="3091" y="123"/>
                                <a:pt x="3096" y="131"/>
                                <a:pt x="3102" y="138"/>
                              </a:cubicBezTo>
                              <a:lnTo>
                                <a:pt x="3102" y="138"/>
                              </a:lnTo>
                              <a:cubicBezTo>
                                <a:pt x="3108" y="144"/>
                                <a:pt x="3116" y="150"/>
                                <a:pt x="3124" y="153"/>
                              </a:cubicBezTo>
                              <a:lnTo>
                                <a:pt x="3124" y="153"/>
                              </a:lnTo>
                              <a:cubicBezTo>
                                <a:pt x="3133" y="157"/>
                                <a:pt x="3143" y="159"/>
                                <a:pt x="3153" y="159"/>
                              </a:cubicBezTo>
                              <a:lnTo>
                                <a:pt x="3153" y="159"/>
                              </a:lnTo>
                              <a:cubicBezTo>
                                <a:pt x="3160" y="159"/>
                                <a:pt x="3167" y="158"/>
                                <a:pt x="3173" y="156"/>
                              </a:cubicBezTo>
                              <a:lnTo>
                                <a:pt x="3173" y="156"/>
                              </a:lnTo>
                              <a:cubicBezTo>
                                <a:pt x="3179" y="155"/>
                                <a:pt x="3185" y="152"/>
                                <a:pt x="3190" y="149"/>
                              </a:cubicBezTo>
                              <a:lnTo>
                                <a:pt x="3190" y="149"/>
                              </a:lnTo>
                              <a:cubicBezTo>
                                <a:pt x="3196" y="146"/>
                                <a:pt x="3201" y="142"/>
                                <a:pt x="3204" y="138"/>
                              </a:cubicBezTo>
                              <a:lnTo>
                                <a:pt x="3205" y="138"/>
                              </a:lnTo>
                              <a:lnTo>
                                <a:pt x="3205" y="138"/>
                              </a:lnTo>
                              <a:cubicBezTo>
                                <a:pt x="3204" y="145"/>
                                <a:pt x="3202" y="153"/>
                                <a:pt x="3200" y="160"/>
                              </a:cubicBezTo>
                              <a:lnTo>
                                <a:pt x="3200" y="160"/>
                              </a:lnTo>
                              <a:cubicBezTo>
                                <a:pt x="3196" y="167"/>
                                <a:pt x="3193" y="174"/>
                                <a:pt x="3190" y="181"/>
                              </a:cubicBezTo>
                              <a:lnTo>
                                <a:pt x="3190" y="181"/>
                              </a:lnTo>
                              <a:cubicBezTo>
                                <a:pt x="3186" y="187"/>
                                <a:pt x="3182" y="193"/>
                                <a:pt x="3176" y="198"/>
                              </a:cubicBezTo>
                              <a:lnTo>
                                <a:pt x="3176" y="198"/>
                              </a:lnTo>
                              <a:cubicBezTo>
                                <a:pt x="3171" y="202"/>
                                <a:pt x="3165" y="206"/>
                                <a:pt x="3159" y="209"/>
                              </a:cubicBezTo>
                              <a:lnTo>
                                <a:pt x="3159" y="209"/>
                              </a:lnTo>
                              <a:cubicBezTo>
                                <a:pt x="3152" y="212"/>
                                <a:pt x="3144" y="213"/>
                                <a:pt x="3136" y="213"/>
                              </a:cubicBezTo>
                              <a:lnTo>
                                <a:pt x="3136" y="213"/>
                              </a:lnTo>
                              <a:cubicBezTo>
                                <a:pt x="3132" y="213"/>
                                <a:pt x="3127" y="213"/>
                                <a:pt x="3124" y="212"/>
                              </a:cubicBezTo>
                              <a:lnTo>
                                <a:pt x="3124" y="212"/>
                              </a:lnTo>
                              <a:cubicBezTo>
                                <a:pt x="3120" y="211"/>
                                <a:pt x="3116" y="211"/>
                                <a:pt x="3113" y="210"/>
                              </a:cubicBezTo>
                              <a:lnTo>
                                <a:pt x="3113" y="210"/>
                              </a:lnTo>
                              <a:cubicBezTo>
                                <a:pt x="3110" y="209"/>
                                <a:pt x="3108" y="208"/>
                                <a:pt x="3106" y="207"/>
                              </a:cubicBezTo>
                              <a:lnTo>
                                <a:pt x="3106" y="207"/>
                              </a:lnTo>
                              <a:cubicBezTo>
                                <a:pt x="3105" y="206"/>
                                <a:pt x="3104" y="206"/>
                                <a:pt x="3104" y="206"/>
                              </a:cubicBezTo>
                              <a:lnTo>
                                <a:pt x="3094" y="234"/>
                              </a:lnTo>
                              <a:lnTo>
                                <a:pt x="3094" y="234"/>
                              </a:lnTo>
                              <a:cubicBezTo>
                                <a:pt x="3094" y="234"/>
                                <a:pt x="3095" y="235"/>
                                <a:pt x="3097" y="236"/>
                              </a:cubicBezTo>
                              <a:lnTo>
                                <a:pt x="3097" y="236"/>
                              </a:lnTo>
                              <a:cubicBezTo>
                                <a:pt x="3099" y="236"/>
                                <a:pt x="3102" y="237"/>
                                <a:pt x="3106" y="239"/>
                              </a:cubicBezTo>
                              <a:lnTo>
                                <a:pt x="3106" y="239"/>
                              </a:lnTo>
                              <a:cubicBezTo>
                                <a:pt x="3109" y="240"/>
                                <a:pt x="3114" y="241"/>
                                <a:pt x="3119" y="242"/>
                              </a:cubicBezTo>
                              <a:lnTo>
                                <a:pt x="3119" y="242"/>
                              </a:lnTo>
                              <a:cubicBezTo>
                                <a:pt x="3125" y="243"/>
                                <a:pt x="3131" y="243"/>
                                <a:pt x="3137" y="243"/>
                              </a:cubicBezTo>
                              <a:close/>
                              <a:moveTo>
                                <a:pt x="3160" y="132"/>
                              </a:moveTo>
                              <a:lnTo>
                                <a:pt x="3160" y="132"/>
                              </a:lnTo>
                              <a:cubicBezTo>
                                <a:pt x="3150" y="132"/>
                                <a:pt x="3142" y="130"/>
                                <a:pt x="3135" y="126"/>
                              </a:cubicBezTo>
                              <a:lnTo>
                                <a:pt x="3135" y="126"/>
                              </a:lnTo>
                              <a:cubicBezTo>
                                <a:pt x="3128" y="122"/>
                                <a:pt x="3123" y="117"/>
                                <a:pt x="3119" y="109"/>
                              </a:cubicBezTo>
                              <a:lnTo>
                                <a:pt x="3119" y="109"/>
                              </a:lnTo>
                              <a:cubicBezTo>
                                <a:pt x="3115" y="101"/>
                                <a:pt x="3114" y="93"/>
                                <a:pt x="3113" y="84"/>
                              </a:cubicBezTo>
                              <a:lnTo>
                                <a:pt x="3113" y="84"/>
                              </a:lnTo>
                              <a:cubicBezTo>
                                <a:pt x="3113" y="75"/>
                                <a:pt x="3115" y="67"/>
                                <a:pt x="3118" y="61"/>
                              </a:cubicBezTo>
                              <a:lnTo>
                                <a:pt x="3118" y="61"/>
                              </a:lnTo>
                              <a:cubicBezTo>
                                <a:pt x="3122" y="54"/>
                                <a:pt x="3126" y="48"/>
                                <a:pt x="3133" y="44"/>
                              </a:cubicBezTo>
                              <a:lnTo>
                                <a:pt x="3133" y="44"/>
                              </a:lnTo>
                              <a:cubicBezTo>
                                <a:pt x="3139" y="40"/>
                                <a:pt x="3146" y="38"/>
                                <a:pt x="3155" y="38"/>
                              </a:cubicBezTo>
                              <a:lnTo>
                                <a:pt x="3155" y="38"/>
                              </a:lnTo>
                              <a:cubicBezTo>
                                <a:pt x="3161" y="38"/>
                                <a:pt x="3166" y="39"/>
                                <a:pt x="3171" y="42"/>
                              </a:cubicBezTo>
                              <a:lnTo>
                                <a:pt x="3171" y="42"/>
                              </a:lnTo>
                              <a:cubicBezTo>
                                <a:pt x="3176" y="44"/>
                                <a:pt x="3181" y="47"/>
                                <a:pt x="3185" y="51"/>
                              </a:cubicBezTo>
                              <a:lnTo>
                                <a:pt x="3185" y="51"/>
                              </a:lnTo>
                              <a:cubicBezTo>
                                <a:pt x="3189" y="55"/>
                                <a:pt x="3193" y="60"/>
                                <a:pt x="3196" y="65"/>
                              </a:cubicBezTo>
                              <a:lnTo>
                                <a:pt x="3196" y="65"/>
                              </a:lnTo>
                              <a:cubicBezTo>
                                <a:pt x="3200" y="71"/>
                                <a:pt x="3202" y="76"/>
                                <a:pt x="3204" y="82"/>
                              </a:cubicBezTo>
                              <a:lnTo>
                                <a:pt x="3204" y="82"/>
                              </a:lnTo>
                              <a:cubicBezTo>
                                <a:pt x="3206" y="88"/>
                                <a:pt x="3207" y="94"/>
                                <a:pt x="3207" y="100"/>
                              </a:cubicBezTo>
                              <a:lnTo>
                                <a:pt x="3207" y="100"/>
                              </a:lnTo>
                              <a:cubicBezTo>
                                <a:pt x="3206" y="104"/>
                                <a:pt x="3205" y="108"/>
                                <a:pt x="3203" y="113"/>
                              </a:cubicBezTo>
                              <a:lnTo>
                                <a:pt x="3203" y="113"/>
                              </a:lnTo>
                              <a:cubicBezTo>
                                <a:pt x="3201" y="116"/>
                                <a:pt x="3196" y="120"/>
                                <a:pt x="3192" y="123"/>
                              </a:cubicBezTo>
                              <a:lnTo>
                                <a:pt x="3192" y="123"/>
                              </a:lnTo>
                              <a:cubicBezTo>
                                <a:pt x="3188" y="126"/>
                                <a:pt x="3183" y="128"/>
                                <a:pt x="3178" y="130"/>
                              </a:cubicBezTo>
                              <a:lnTo>
                                <a:pt x="3178" y="130"/>
                              </a:lnTo>
                              <a:cubicBezTo>
                                <a:pt x="3172" y="132"/>
                                <a:pt x="3166" y="132"/>
                                <a:pt x="3160" y="132"/>
                              </a:cubicBezTo>
                              <a:close/>
                              <a:moveTo>
                                <a:pt x="3268" y="178"/>
                              </a:moveTo>
                              <a:lnTo>
                                <a:pt x="3378" y="178"/>
                              </a:lnTo>
                              <a:lnTo>
                                <a:pt x="3378" y="240"/>
                              </a:lnTo>
                              <a:lnTo>
                                <a:pt x="3409" y="240"/>
                              </a:lnTo>
                              <a:lnTo>
                                <a:pt x="3409" y="178"/>
                              </a:lnTo>
                              <a:lnTo>
                                <a:pt x="3440" y="178"/>
                              </a:lnTo>
                              <a:lnTo>
                                <a:pt x="3440" y="152"/>
                              </a:lnTo>
                              <a:lnTo>
                                <a:pt x="3409" y="152"/>
                              </a:lnTo>
                              <a:lnTo>
                                <a:pt x="3409" y="13"/>
                              </a:lnTo>
                              <a:lnTo>
                                <a:pt x="3373" y="13"/>
                              </a:lnTo>
                              <a:lnTo>
                                <a:pt x="3268" y="159"/>
                              </a:lnTo>
                              <a:lnTo>
                                <a:pt x="3268" y="178"/>
                              </a:lnTo>
                              <a:close/>
                              <a:moveTo>
                                <a:pt x="3303" y="152"/>
                              </a:moveTo>
                              <a:lnTo>
                                <a:pt x="3303" y="151"/>
                              </a:lnTo>
                              <a:lnTo>
                                <a:pt x="3368" y="65"/>
                              </a:lnTo>
                              <a:lnTo>
                                <a:pt x="3368" y="65"/>
                              </a:lnTo>
                              <a:cubicBezTo>
                                <a:pt x="3370" y="62"/>
                                <a:pt x="3372" y="59"/>
                                <a:pt x="3373" y="57"/>
                              </a:cubicBezTo>
                              <a:lnTo>
                                <a:pt x="3373" y="57"/>
                              </a:lnTo>
                              <a:cubicBezTo>
                                <a:pt x="3375" y="54"/>
                                <a:pt x="3376" y="51"/>
                                <a:pt x="3377" y="50"/>
                              </a:cubicBezTo>
                              <a:lnTo>
                                <a:pt x="3377" y="50"/>
                              </a:lnTo>
                              <a:cubicBezTo>
                                <a:pt x="3378" y="48"/>
                                <a:pt x="3379" y="47"/>
                                <a:pt x="3379" y="46"/>
                              </a:cubicBezTo>
                              <a:lnTo>
                                <a:pt x="3379" y="46"/>
                              </a:lnTo>
                              <a:lnTo>
                                <a:pt x="3379" y="46"/>
                              </a:lnTo>
                              <a:cubicBezTo>
                                <a:pt x="3379" y="47"/>
                                <a:pt x="3379" y="48"/>
                                <a:pt x="3379" y="50"/>
                              </a:cubicBezTo>
                              <a:lnTo>
                                <a:pt x="3379" y="50"/>
                              </a:lnTo>
                              <a:cubicBezTo>
                                <a:pt x="3379" y="52"/>
                                <a:pt x="3379" y="55"/>
                                <a:pt x="3378" y="58"/>
                              </a:cubicBezTo>
                              <a:lnTo>
                                <a:pt x="3378" y="58"/>
                              </a:lnTo>
                              <a:cubicBezTo>
                                <a:pt x="3378" y="62"/>
                                <a:pt x="3378" y="65"/>
                                <a:pt x="3378" y="69"/>
                              </a:cubicBezTo>
                              <a:lnTo>
                                <a:pt x="3378" y="152"/>
                              </a:lnTo>
                              <a:lnTo>
                                <a:pt x="3303" y="152"/>
                              </a:lnTo>
                              <a:close/>
                              <a:moveTo>
                                <a:pt x="3648" y="243"/>
                              </a:moveTo>
                              <a:lnTo>
                                <a:pt x="3648" y="243"/>
                              </a:lnTo>
                              <a:cubicBezTo>
                                <a:pt x="3659" y="243"/>
                                <a:pt x="3670" y="241"/>
                                <a:pt x="3679" y="238"/>
                              </a:cubicBezTo>
                              <a:lnTo>
                                <a:pt x="3679" y="238"/>
                              </a:lnTo>
                              <a:cubicBezTo>
                                <a:pt x="3689" y="234"/>
                                <a:pt x="3698" y="230"/>
                                <a:pt x="3705" y="223"/>
                              </a:cubicBezTo>
                              <a:lnTo>
                                <a:pt x="3705" y="223"/>
                              </a:lnTo>
                              <a:cubicBezTo>
                                <a:pt x="3712" y="216"/>
                                <a:pt x="3719" y="209"/>
                                <a:pt x="3725" y="201"/>
                              </a:cubicBezTo>
                              <a:lnTo>
                                <a:pt x="3725" y="201"/>
                              </a:lnTo>
                              <a:cubicBezTo>
                                <a:pt x="3730" y="193"/>
                                <a:pt x="3735" y="184"/>
                                <a:pt x="3738" y="174"/>
                              </a:cubicBezTo>
                              <a:lnTo>
                                <a:pt x="3738" y="174"/>
                              </a:lnTo>
                              <a:cubicBezTo>
                                <a:pt x="3742" y="165"/>
                                <a:pt x="3745" y="155"/>
                                <a:pt x="3746" y="145"/>
                              </a:cubicBezTo>
                              <a:lnTo>
                                <a:pt x="3746" y="145"/>
                              </a:lnTo>
                              <a:cubicBezTo>
                                <a:pt x="3748" y="135"/>
                                <a:pt x="3749" y="126"/>
                                <a:pt x="3749" y="116"/>
                              </a:cubicBezTo>
                              <a:lnTo>
                                <a:pt x="3749" y="116"/>
                              </a:lnTo>
                              <a:cubicBezTo>
                                <a:pt x="3749" y="99"/>
                                <a:pt x="3747" y="84"/>
                                <a:pt x="3743" y="71"/>
                              </a:cubicBezTo>
                              <a:lnTo>
                                <a:pt x="3743" y="71"/>
                              </a:lnTo>
                              <a:cubicBezTo>
                                <a:pt x="3738" y="58"/>
                                <a:pt x="3732" y="47"/>
                                <a:pt x="3725" y="38"/>
                              </a:cubicBezTo>
                              <a:lnTo>
                                <a:pt x="3725" y="38"/>
                              </a:lnTo>
                              <a:cubicBezTo>
                                <a:pt x="3717" y="29"/>
                                <a:pt x="3708" y="21"/>
                                <a:pt x="3698" y="16"/>
                              </a:cubicBezTo>
                              <a:lnTo>
                                <a:pt x="3698" y="16"/>
                              </a:lnTo>
                              <a:cubicBezTo>
                                <a:pt x="3688" y="11"/>
                                <a:pt x="3677" y="9"/>
                                <a:pt x="3665" y="9"/>
                              </a:cubicBezTo>
                              <a:lnTo>
                                <a:pt x="3665" y="9"/>
                              </a:lnTo>
                              <a:cubicBezTo>
                                <a:pt x="3654" y="9"/>
                                <a:pt x="3645" y="11"/>
                                <a:pt x="3636" y="14"/>
                              </a:cubicBezTo>
                              <a:lnTo>
                                <a:pt x="3636" y="14"/>
                              </a:lnTo>
                              <a:cubicBezTo>
                                <a:pt x="3627" y="18"/>
                                <a:pt x="3619" y="23"/>
                                <a:pt x="3612" y="30"/>
                              </a:cubicBezTo>
                              <a:lnTo>
                                <a:pt x="3612" y="30"/>
                              </a:lnTo>
                              <a:cubicBezTo>
                                <a:pt x="3606" y="37"/>
                                <a:pt x="3601" y="44"/>
                                <a:pt x="3597" y="54"/>
                              </a:cubicBezTo>
                              <a:lnTo>
                                <a:pt x="3597" y="54"/>
                              </a:lnTo>
                              <a:cubicBezTo>
                                <a:pt x="3594" y="63"/>
                                <a:pt x="3592" y="73"/>
                                <a:pt x="3592" y="84"/>
                              </a:cubicBezTo>
                              <a:lnTo>
                                <a:pt x="3592" y="84"/>
                              </a:lnTo>
                              <a:cubicBezTo>
                                <a:pt x="3592" y="95"/>
                                <a:pt x="3593" y="104"/>
                                <a:pt x="3597" y="114"/>
                              </a:cubicBezTo>
                              <a:lnTo>
                                <a:pt x="3597" y="114"/>
                              </a:lnTo>
                              <a:cubicBezTo>
                                <a:pt x="3600" y="123"/>
                                <a:pt x="3605" y="131"/>
                                <a:pt x="3611" y="138"/>
                              </a:cubicBezTo>
                              <a:lnTo>
                                <a:pt x="3611" y="138"/>
                              </a:lnTo>
                              <a:cubicBezTo>
                                <a:pt x="3617" y="144"/>
                                <a:pt x="3626" y="150"/>
                                <a:pt x="3635" y="153"/>
                              </a:cubicBezTo>
                              <a:lnTo>
                                <a:pt x="3635" y="153"/>
                              </a:lnTo>
                              <a:cubicBezTo>
                                <a:pt x="3643" y="157"/>
                                <a:pt x="3653" y="159"/>
                                <a:pt x="3664" y="159"/>
                              </a:cubicBezTo>
                              <a:lnTo>
                                <a:pt x="3664" y="159"/>
                              </a:lnTo>
                              <a:cubicBezTo>
                                <a:pt x="3670" y="159"/>
                                <a:pt x="3677" y="158"/>
                                <a:pt x="3683" y="156"/>
                              </a:cubicBezTo>
                              <a:lnTo>
                                <a:pt x="3683" y="156"/>
                              </a:lnTo>
                              <a:cubicBezTo>
                                <a:pt x="3690" y="155"/>
                                <a:pt x="3695" y="152"/>
                                <a:pt x="3701" y="149"/>
                              </a:cubicBezTo>
                              <a:lnTo>
                                <a:pt x="3701" y="149"/>
                              </a:lnTo>
                              <a:cubicBezTo>
                                <a:pt x="3706" y="146"/>
                                <a:pt x="3710" y="142"/>
                                <a:pt x="3713" y="138"/>
                              </a:cubicBezTo>
                              <a:lnTo>
                                <a:pt x="3714" y="138"/>
                              </a:lnTo>
                              <a:lnTo>
                                <a:pt x="3714" y="138"/>
                              </a:lnTo>
                              <a:cubicBezTo>
                                <a:pt x="3713" y="145"/>
                                <a:pt x="3711" y="153"/>
                                <a:pt x="3709" y="160"/>
                              </a:cubicBezTo>
                              <a:lnTo>
                                <a:pt x="3709" y="160"/>
                              </a:lnTo>
                              <a:cubicBezTo>
                                <a:pt x="3707" y="167"/>
                                <a:pt x="3704" y="174"/>
                                <a:pt x="3700" y="181"/>
                              </a:cubicBezTo>
                              <a:lnTo>
                                <a:pt x="3700" y="181"/>
                              </a:lnTo>
                              <a:cubicBezTo>
                                <a:pt x="3696" y="187"/>
                                <a:pt x="3692" y="193"/>
                                <a:pt x="3687" y="198"/>
                              </a:cubicBezTo>
                              <a:lnTo>
                                <a:pt x="3687" y="198"/>
                              </a:lnTo>
                              <a:cubicBezTo>
                                <a:pt x="3682" y="202"/>
                                <a:pt x="3676" y="206"/>
                                <a:pt x="3669" y="209"/>
                              </a:cubicBezTo>
                              <a:lnTo>
                                <a:pt x="3669" y="209"/>
                              </a:lnTo>
                              <a:cubicBezTo>
                                <a:pt x="3662" y="212"/>
                                <a:pt x="3655" y="213"/>
                                <a:pt x="3646" y="213"/>
                              </a:cubicBezTo>
                              <a:lnTo>
                                <a:pt x="3646" y="213"/>
                              </a:lnTo>
                              <a:cubicBezTo>
                                <a:pt x="3642" y="213"/>
                                <a:pt x="3638" y="213"/>
                                <a:pt x="3634" y="212"/>
                              </a:cubicBezTo>
                              <a:lnTo>
                                <a:pt x="3634" y="212"/>
                              </a:lnTo>
                              <a:cubicBezTo>
                                <a:pt x="3630" y="211"/>
                                <a:pt x="3627" y="211"/>
                                <a:pt x="3624" y="210"/>
                              </a:cubicBezTo>
                              <a:lnTo>
                                <a:pt x="3624" y="210"/>
                              </a:lnTo>
                              <a:cubicBezTo>
                                <a:pt x="3621" y="209"/>
                                <a:pt x="3618" y="208"/>
                                <a:pt x="3616" y="207"/>
                              </a:cubicBezTo>
                              <a:lnTo>
                                <a:pt x="3616" y="207"/>
                              </a:lnTo>
                              <a:cubicBezTo>
                                <a:pt x="3614" y="206"/>
                                <a:pt x="3613" y="206"/>
                                <a:pt x="3613" y="206"/>
                              </a:cubicBezTo>
                              <a:lnTo>
                                <a:pt x="3603" y="234"/>
                              </a:lnTo>
                              <a:lnTo>
                                <a:pt x="3603" y="234"/>
                              </a:lnTo>
                              <a:cubicBezTo>
                                <a:pt x="3603" y="234"/>
                                <a:pt x="3604" y="235"/>
                                <a:pt x="3606" y="236"/>
                              </a:cubicBezTo>
                              <a:lnTo>
                                <a:pt x="3606" y="236"/>
                              </a:lnTo>
                              <a:cubicBezTo>
                                <a:pt x="3608" y="236"/>
                                <a:pt x="3611" y="237"/>
                                <a:pt x="3615" y="239"/>
                              </a:cubicBezTo>
                              <a:lnTo>
                                <a:pt x="3615" y="239"/>
                              </a:lnTo>
                              <a:cubicBezTo>
                                <a:pt x="3619" y="240"/>
                                <a:pt x="3624" y="241"/>
                                <a:pt x="3630" y="242"/>
                              </a:cubicBezTo>
                              <a:lnTo>
                                <a:pt x="3630" y="242"/>
                              </a:lnTo>
                              <a:cubicBezTo>
                                <a:pt x="3635" y="243"/>
                                <a:pt x="3641" y="243"/>
                                <a:pt x="3648" y="243"/>
                              </a:cubicBezTo>
                              <a:close/>
                              <a:moveTo>
                                <a:pt x="3670" y="132"/>
                              </a:moveTo>
                              <a:lnTo>
                                <a:pt x="3670" y="132"/>
                              </a:lnTo>
                              <a:cubicBezTo>
                                <a:pt x="3660" y="132"/>
                                <a:pt x="3652" y="130"/>
                                <a:pt x="3645" y="126"/>
                              </a:cubicBezTo>
                              <a:lnTo>
                                <a:pt x="3645" y="126"/>
                              </a:lnTo>
                              <a:cubicBezTo>
                                <a:pt x="3638" y="122"/>
                                <a:pt x="3633" y="117"/>
                                <a:pt x="3629" y="109"/>
                              </a:cubicBezTo>
                              <a:lnTo>
                                <a:pt x="3629" y="109"/>
                              </a:lnTo>
                              <a:cubicBezTo>
                                <a:pt x="3626" y="101"/>
                                <a:pt x="3624" y="93"/>
                                <a:pt x="3624" y="84"/>
                              </a:cubicBezTo>
                              <a:lnTo>
                                <a:pt x="3624" y="84"/>
                              </a:lnTo>
                              <a:cubicBezTo>
                                <a:pt x="3624" y="75"/>
                                <a:pt x="3626" y="67"/>
                                <a:pt x="3629" y="61"/>
                              </a:cubicBezTo>
                              <a:lnTo>
                                <a:pt x="3629" y="61"/>
                              </a:lnTo>
                              <a:cubicBezTo>
                                <a:pt x="3632" y="54"/>
                                <a:pt x="3637" y="48"/>
                                <a:pt x="3643" y="44"/>
                              </a:cubicBezTo>
                              <a:lnTo>
                                <a:pt x="3643" y="44"/>
                              </a:lnTo>
                              <a:cubicBezTo>
                                <a:pt x="3649" y="40"/>
                                <a:pt x="3657" y="38"/>
                                <a:pt x="3665" y="38"/>
                              </a:cubicBezTo>
                              <a:lnTo>
                                <a:pt x="3665" y="38"/>
                              </a:lnTo>
                              <a:cubicBezTo>
                                <a:pt x="3671" y="38"/>
                                <a:pt x="3676" y="39"/>
                                <a:pt x="3682" y="42"/>
                              </a:cubicBezTo>
                              <a:lnTo>
                                <a:pt x="3682" y="42"/>
                              </a:lnTo>
                              <a:cubicBezTo>
                                <a:pt x="3687" y="44"/>
                                <a:pt x="3691" y="47"/>
                                <a:pt x="3695" y="51"/>
                              </a:cubicBezTo>
                              <a:lnTo>
                                <a:pt x="3695" y="51"/>
                              </a:lnTo>
                              <a:cubicBezTo>
                                <a:pt x="3700" y="55"/>
                                <a:pt x="3703" y="60"/>
                                <a:pt x="3706" y="65"/>
                              </a:cubicBezTo>
                              <a:lnTo>
                                <a:pt x="3706" y="65"/>
                              </a:lnTo>
                              <a:cubicBezTo>
                                <a:pt x="3709" y="71"/>
                                <a:pt x="3712" y="76"/>
                                <a:pt x="3713" y="82"/>
                              </a:cubicBezTo>
                              <a:lnTo>
                                <a:pt x="3713" y="82"/>
                              </a:lnTo>
                              <a:cubicBezTo>
                                <a:pt x="3715" y="88"/>
                                <a:pt x="3716" y="94"/>
                                <a:pt x="3716" y="100"/>
                              </a:cubicBezTo>
                              <a:lnTo>
                                <a:pt x="3716" y="100"/>
                              </a:lnTo>
                              <a:cubicBezTo>
                                <a:pt x="3716" y="104"/>
                                <a:pt x="3715" y="108"/>
                                <a:pt x="3712" y="113"/>
                              </a:cubicBezTo>
                              <a:lnTo>
                                <a:pt x="3712" y="113"/>
                              </a:lnTo>
                              <a:cubicBezTo>
                                <a:pt x="3710" y="116"/>
                                <a:pt x="3707" y="120"/>
                                <a:pt x="3703" y="123"/>
                              </a:cubicBezTo>
                              <a:lnTo>
                                <a:pt x="3703" y="123"/>
                              </a:lnTo>
                              <a:cubicBezTo>
                                <a:pt x="3698" y="126"/>
                                <a:pt x="3693" y="128"/>
                                <a:pt x="3688" y="130"/>
                              </a:cubicBezTo>
                              <a:lnTo>
                                <a:pt x="3688" y="130"/>
                              </a:lnTo>
                              <a:cubicBezTo>
                                <a:pt x="3682" y="132"/>
                                <a:pt x="3676" y="132"/>
                                <a:pt x="3670" y="1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1313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94402" name="Freeform 7"/>
                      <wps:cNvSpPr>
                        <a:spLocks noEditPoints="1"/>
                      </wps:cNvSpPr>
                      <wps:spPr bwMode="auto">
                        <a:xfrm>
                          <a:off x="245836" y="385445"/>
                          <a:ext cx="2047240" cy="267335"/>
                        </a:xfrm>
                        <a:custGeom>
                          <a:avLst/>
                          <a:gdLst>
                            <a:gd name="T0" fmla="*/ 3920 w 5709"/>
                            <a:gd name="T1" fmla="*/ 22 h 777"/>
                            <a:gd name="T2" fmla="*/ 3796 w 5709"/>
                            <a:gd name="T3" fmla="*/ 186 h 777"/>
                            <a:gd name="T4" fmla="*/ 3828 w 5709"/>
                            <a:gd name="T5" fmla="*/ 54 h 777"/>
                            <a:gd name="T6" fmla="*/ 3888 w 5709"/>
                            <a:gd name="T7" fmla="*/ 198 h 777"/>
                            <a:gd name="T8" fmla="*/ 4337 w 5709"/>
                            <a:gd name="T9" fmla="*/ 129 h 777"/>
                            <a:gd name="T10" fmla="*/ 4234 w 5709"/>
                            <a:gd name="T11" fmla="*/ 62 h 777"/>
                            <a:gd name="T12" fmla="*/ 4318 w 5709"/>
                            <a:gd name="T13" fmla="*/ 5 h 777"/>
                            <a:gd name="T14" fmla="*/ 4191 w 5709"/>
                            <a:gd name="T15" fmla="*/ 171 h 777"/>
                            <a:gd name="T16" fmla="*/ 4218 w 5709"/>
                            <a:gd name="T17" fmla="*/ 142 h 777"/>
                            <a:gd name="T18" fmla="*/ 4291 w 5709"/>
                            <a:gd name="T19" fmla="*/ 198 h 777"/>
                            <a:gd name="T20" fmla="*/ 4472 w 5709"/>
                            <a:gd name="T21" fmla="*/ 48 h 777"/>
                            <a:gd name="T22" fmla="*/ 4592 w 5709"/>
                            <a:gd name="T23" fmla="*/ 215 h 777"/>
                            <a:gd name="T24" fmla="*/ 4695 w 5709"/>
                            <a:gd name="T25" fmla="*/ 120 h 777"/>
                            <a:gd name="T26" fmla="*/ 4652 w 5709"/>
                            <a:gd name="T27" fmla="*/ 0 h 777"/>
                            <a:gd name="T28" fmla="*/ 4590 w 5709"/>
                            <a:gd name="T29" fmla="*/ 118 h 777"/>
                            <a:gd name="T30" fmla="*/ 4632 w 5709"/>
                            <a:gd name="T31" fmla="*/ 202 h 777"/>
                            <a:gd name="T32" fmla="*/ 4665 w 5709"/>
                            <a:gd name="T33" fmla="*/ 134 h 777"/>
                            <a:gd name="T34" fmla="*/ 4691 w 5709"/>
                            <a:gd name="T35" fmla="*/ 62 h 777"/>
                            <a:gd name="T36" fmla="*/ 4885 w 5709"/>
                            <a:gd name="T37" fmla="*/ 202 h 777"/>
                            <a:gd name="T38" fmla="*/ 5035 w 5709"/>
                            <a:gd name="T39" fmla="*/ 158 h 777"/>
                            <a:gd name="T40" fmla="*/ 4928 w 5709"/>
                            <a:gd name="T41" fmla="*/ 79 h 777"/>
                            <a:gd name="T42" fmla="*/ 4987 w 5709"/>
                            <a:gd name="T43" fmla="*/ 125 h 777"/>
                            <a:gd name="T44" fmla="*/ 4912 w 5709"/>
                            <a:gd name="T45" fmla="*/ 188 h 777"/>
                            <a:gd name="T46" fmla="*/ 5166 w 5709"/>
                            <a:gd name="T47" fmla="*/ 229 h 777"/>
                            <a:gd name="T48" fmla="*/ 5111 w 5709"/>
                            <a:gd name="T49" fmla="*/ 89 h 777"/>
                            <a:gd name="T50" fmla="*/ 5104 w 5709"/>
                            <a:gd name="T51" fmla="*/ 117 h 777"/>
                            <a:gd name="T52" fmla="*/ 5152 w 5709"/>
                            <a:gd name="T53" fmla="*/ 200 h 777"/>
                            <a:gd name="T54" fmla="*/ 5381 w 5709"/>
                            <a:gd name="T55" fmla="*/ 214 h 777"/>
                            <a:gd name="T56" fmla="*/ 5498 w 5709"/>
                            <a:gd name="T57" fmla="*/ 106 h 777"/>
                            <a:gd name="T58" fmla="*/ 5390 w 5709"/>
                            <a:gd name="T59" fmla="*/ 4 h 777"/>
                            <a:gd name="T60" fmla="*/ 5487 w 5709"/>
                            <a:gd name="T61" fmla="*/ 158 h 777"/>
                            <a:gd name="T62" fmla="*/ 5388 w 5709"/>
                            <a:gd name="T63" fmla="*/ 179 h 777"/>
                            <a:gd name="T64" fmla="*/ 5709 w 5709"/>
                            <a:gd name="T65" fmla="*/ 167 h 777"/>
                            <a:gd name="T66" fmla="*/ 5700 w 5709"/>
                            <a:gd name="T67" fmla="*/ 35 h 777"/>
                            <a:gd name="T68" fmla="*/ 5576 w 5709"/>
                            <a:gd name="T69" fmla="*/ 92 h 777"/>
                            <a:gd name="T70" fmla="*/ 5664 w 5709"/>
                            <a:gd name="T71" fmla="*/ 194 h 777"/>
                            <a:gd name="T72" fmla="*/ 5606 w 5709"/>
                            <a:gd name="T73" fmla="*/ 124 h 777"/>
                            <a:gd name="T74" fmla="*/ 5635 w 5709"/>
                            <a:gd name="T75" fmla="*/ 28 h 777"/>
                            <a:gd name="T76" fmla="*/ 5615 w 5709"/>
                            <a:gd name="T77" fmla="*/ 88 h 777"/>
                            <a:gd name="T78" fmla="*/ 125 w 5709"/>
                            <a:gd name="T79" fmla="*/ 708 h 777"/>
                            <a:gd name="T80" fmla="*/ 67 w 5709"/>
                            <a:gd name="T81" fmla="*/ 686 h 777"/>
                            <a:gd name="T82" fmla="*/ 134 w 5709"/>
                            <a:gd name="T83" fmla="*/ 568 h 777"/>
                            <a:gd name="T84" fmla="*/ 80 w 5709"/>
                            <a:gd name="T85" fmla="*/ 571 h 777"/>
                            <a:gd name="T86" fmla="*/ 372 w 5709"/>
                            <a:gd name="T87" fmla="*/ 627 h 777"/>
                            <a:gd name="T88" fmla="*/ 448 w 5709"/>
                            <a:gd name="T89" fmla="*/ 712 h 777"/>
                            <a:gd name="T90" fmla="*/ 551 w 5709"/>
                            <a:gd name="T91" fmla="*/ 586 h 777"/>
                            <a:gd name="T92" fmla="*/ 485 w 5709"/>
                            <a:gd name="T93" fmla="*/ 569 h 777"/>
                            <a:gd name="T94" fmla="*/ 370 w 5709"/>
                            <a:gd name="T95" fmla="*/ 581 h 777"/>
                            <a:gd name="T96" fmla="*/ 696 w 5709"/>
                            <a:gd name="T97" fmla="*/ 713 h 777"/>
                            <a:gd name="T98" fmla="*/ 749 w 5709"/>
                            <a:gd name="T99" fmla="*/ 575 h 777"/>
                            <a:gd name="T100" fmla="*/ 658 w 5709"/>
                            <a:gd name="T101" fmla="*/ 580 h 777"/>
                            <a:gd name="T102" fmla="*/ 660 w 5709"/>
                            <a:gd name="T103" fmla="*/ 618 h 777"/>
                            <a:gd name="T104" fmla="*/ 726 w 5709"/>
                            <a:gd name="T105" fmla="*/ 635 h 777"/>
                            <a:gd name="T106" fmla="*/ 834 w 5709"/>
                            <a:gd name="T107" fmla="*/ 485 h 777"/>
                            <a:gd name="T108" fmla="*/ 924 w 5709"/>
                            <a:gd name="T109" fmla="*/ 713 h 777"/>
                            <a:gd name="T110" fmla="*/ 881 w 5709"/>
                            <a:gd name="T111" fmla="*/ 668 h 777"/>
                            <a:gd name="T112" fmla="*/ 1216 w 5709"/>
                            <a:gd name="T113" fmla="*/ 689 h 777"/>
                            <a:gd name="T114" fmla="*/ 1339 w 5709"/>
                            <a:gd name="T115" fmla="*/ 631 h 777"/>
                            <a:gd name="T116" fmla="*/ 1213 w 5709"/>
                            <a:gd name="T117" fmla="*/ 575 h 777"/>
                            <a:gd name="T118" fmla="*/ 1245 w 5709"/>
                            <a:gd name="T119" fmla="*/ 576 h 777"/>
                            <a:gd name="T120" fmla="*/ 1242 w 5709"/>
                            <a:gd name="T121" fmla="*/ 685 h 7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709" h="777">
                              <a:moveTo>
                                <a:pt x="3865" y="234"/>
                              </a:moveTo>
                              <a:lnTo>
                                <a:pt x="3865" y="234"/>
                              </a:lnTo>
                              <a:cubicBezTo>
                                <a:pt x="3877" y="234"/>
                                <a:pt x="3888" y="232"/>
                                <a:pt x="3897" y="228"/>
                              </a:cubicBezTo>
                              <a:lnTo>
                                <a:pt x="3897" y="228"/>
                              </a:lnTo>
                              <a:cubicBezTo>
                                <a:pt x="3906" y="225"/>
                                <a:pt x="3914" y="219"/>
                                <a:pt x="3920" y="212"/>
                              </a:cubicBezTo>
                              <a:lnTo>
                                <a:pt x="3920" y="212"/>
                              </a:lnTo>
                              <a:cubicBezTo>
                                <a:pt x="3926" y="204"/>
                                <a:pt x="3931" y="196"/>
                                <a:pt x="3935" y="186"/>
                              </a:cubicBezTo>
                              <a:lnTo>
                                <a:pt x="3935" y="186"/>
                              </a:lnTo>
                              <a:cubicBezTo>
                                <a:pt x="3939" y="176"/>
                                <a:pt x="3941" y="166"/>
                                <a:pt x="3943" y="154"/>
                              </a:cubicBezTo>
                              <a:lnTo>
                                <a:pt x="3943" y="154"/>
                              </a:lnTo>
                              <a:cubicBezTo>
                                <a:pt x="3945" y="142"/>
                                <a:pt x="3946" y="130"/>
                                <a:pt x="3946" y="117"/>
                              </a:cubicBezTo>
                              <a:lnTo>
                                <a:pt x="3946" y="117"/>
                              </a:lnTo>
                              <a:cubicBezTo>
                                <a:pt x="3946" y="104"/>
                                <a:pt x="3945" y="91"/>
                                <a:pt x="3943" y="79"/>
                              </a:cubicBezTo>
                              <a:lnTo>
                                <a:pt x="3943" y="79"/>
                              </a:lnTo>
                              <a:cubicBezTo>
                                <a:pt x="3941" y="67"/>
                                <a:pt x="3939" y="57"/>
                                <a:pt x="3935" y="47"/>
                              </a:cubicBezTo>
                              <a:lnTo>
                                <a:pt x="3935" y="47"/>
                              </a:lnTo>
                              <a:cubicBezTo>
                                <a:pt x="3931" y="37"/>
                                <a:pt x="3926" y="29"/>
                                <a:pt x="3920" y="22"/>
                              </a:cubicBezTo>
                              <a:lnTo>
                                <a:pt x="3920" y="22"/>
                              </a:lnTo>
                              <a:cubicBezTo>
                                <a:pt x="3914" y="15"/>
                                <a:pt x="3906" y="10"/>
                                <a:pt x="3897" y="6"/>
                              </a:cubicBezTo>
                              <a:lnTo>
                                <a:pt x="3897" y="6"/>
                              </a:lnTo>
                              <a:cubicBezTo>
                                <a:pt x="3888" y="2"/>
                                <a:pt x="3877" y="0"/>
                                <a:pt x="3865" y="0"/>
                              </a:cubicBezTo>
                              <a:lnTo>
                                <a:pt x="3865" y="0"/>
                              </a:lnTo>
                              <a:cubicBezTo>
                                <a:pt x="3853" y="0"/>
                                <a:pt x="3843" y="2"/>
                                <a:pt x="3834" y="6"/>
                              </a:cubicBezTo>
                              <a:lnTo>
                                <a:pt x="3834" y="6"/>
                              </a:lnTo>
                              <a:cubicBezTo>
                                <a:pt x="3825" y="10"/>
                                <a:pt x="3817" y="15"/>
                                <a:pt x="3811" y="22"/>
                              </a:cubicBezTo>
                              <a:lnTo>
                                <a:pt x="3811" y="22"/>
                              </a:lnTo>
                              <a:cubicBezTo>
                                <a:pt x="3805" y="29"/>
                                <a:pt x="3800" y="37"/>
                                <a:pt x="3796" y="47"/>
                              </a:cubicBezTo>
                              <a:lnTo>
                                <a:pt x="3796" y="47"/>
                              </a:lnTo>
                              <a:cubicBezTo>
                                <a:pt x="3793" y="57"/>
                                <a:pt x="3790" y="67"/>
                                <a:pt x="3788" y="79"/>
                              </a:cubicBezTo>
                              <a:lnTo>
                                <a:pt x="3788" y="79"/>
                              </a:lnTo>
                              <a:cubicBezTo>
                                <a:pt x="3787" y="91"/>
                                <a:pt x="3786" y="104"/>
                                <a:pt x="3786" y="117"/>
                              </a:cubicBezTo>
                              <a:lnTo>
                                <a:pt x="3786" y="117"/>
                              </a:lnTo>
                              <a:cubicBezTo>
                                <a:pt x="3786" y="130"/>
                                <a:pt x="3787" y="142"/>
                                <a:pt x="3788" y="154"/>
                              </a:cubicBezTo>
                              <a:lnTo>
                                <a:pt x="3788" y="154"/>
                              </a:lnTo>
                              <a:cubicBezTo>
                                <a:pt x="3790" y="166"/>
                                <a:pt x="3793" y="176"/>
                                <a:pt x="3796" y="186"/>
                              </a:cubicBezTo>
                              <a:lnTo>
                                <a:pt x="3796" y="186"/>
                              </a:lnTo>
                              <a:cubicBezTo>
                                <a:pt x="3800" y="196"/>
                                <a:pt x="3805" y="204"/>
                                <a:pt x="3811" y="212"/>
                              </a:cubicBezTo>
                              <a:lnTo>
                                <a:pt x="3811" y="212"/>
                              </a:lnTo>
                              <a:cubicBezTo>
                                <a:pt x="3817" y="219"/>
                                <a:pt x="3825" y="225"/>
                                <a:pt x="3834" y="228"/>
                              </a:cubicBezTo>
                              <a:lnTo>
                                <a:pt x="3834" y="228"/>
                              </a:lnTo>
                              <a:cubicBezTo>
                                <a:pt x="3843" y="232"/>
                                <a:pt x="3853" y="234"/>
                                <a:pt x="3865" y="234"/>
                              </a:cubicBezTo>
                              <a:close/>
                              <a:moveTo>
                                <a:pt x="3865" y="204"/>
                              </a:moveTo>
                              <a:lnTo>
                                <a:pt x="3865" y="204"/>
                              </a:lnTo>
                              <a:cubicBezTo>
                                <a:pt x="3856" y="204"/>
                                <a:pt x="3848" y="202"/>
                                <a:pt x="3842" y="198"/>
                              </a:cubicBezTo>
                              <a:lnTo>
                                <a:pt x="3842" y="198"/>
                              </a:lnTo>
                              <a:cubicBezTo>
                                <a:pt x="3836" y="193"/>
                                <a:pt x="3831" y="187"/>
                                <a:pt x="3828" y="179"/>
                              </a:cubicBezTo>
                              <a:lnTo>
                                <a:pt x="3828" y="179"/>
                              </a:lnTo>
                              <a:cubicBezTo>
                                <a:pt x="3824" y="171"/>
                                <a:pt x="3822" y="162"/>
                                <a:pt x="3820" y="151"/>
                              </a:cubicBezTo>
                              <a:lnTo>
                                <a:pt x="3820" y="151"/>
                              </a:lnTo>
                              <a:cubicBezTo>
                                <a:pt x="3819" y="141"/>
                                <a:pt x="3818" y="129"/>
                                <a:pt x="3818" y="117"/>
                              </a:cubicBezTo>
                              <a:lnTo>
                                <a:pt x="3818" y="117"/>
                              </a:lnTo>
                              <a:cubicBezTo>
                                <a:pt x="3818" y="105"/>
                                <a:pt x="3819" y="92"/>
                                <a:pt x="3820" y="82"/>
                              </a:cubicBezTo>
                              <a:lnTo>
                                <a:pt x="3820" y="82"/>
                              </a:lnTo>
                              <a:cubicBezTo>
                                <a:pt x="3822" y="71"/>
                                <a:pt x="3824" y="62"/>
                                <a:pt x="3828" y="54"/>
                              </a:cubicBezTo>
                              <a:lnTo>
                                <a:pt x="3828" y="54"/>
                              </a:lnTo>
                              <a:cubicBezTo>
                                <a:pt x="3831" y="46"/>
                                <a:pt x="3836" y="40"/>
                                <a:pt x="3842" y="36"/>
                              </a:cubicBezTo>
                              <a:lnTo>
                                <a:pt x="3842" y="36"/>
                              </a:lnTo>
                              <a:cubicBezTo>
                                <a:pt x="3848" y="31"/>
                                <a:pt x="3856" y="29"/>
                                <a:pt x="3865" y="29"/>
                              </a:cubicBezTo>
                              <a:lnTo>
                                <a:pt x="3865" y="29"/>
                              </a:lnTo>
                              <a:cubicBezTo>
                                <a:pt x="3874" y="29"/>
                                <a:pt x="3882" y="31"/>
                                <a:pt x="3888" y="36"/>
                              </a:cubicBezTo>
                              <a:lnTo>
                                <a:pt x="3888" y="36"/>
                              </a:lnTo>
                              <a:cubicBezTo>
                                <a:pt x="3894" y="40"/>
                                <a:pt x="3900" y="46"/>
                                <a:pt x="3904" y="54"/>
                              </a:cubicBezTo>
                              <a:lnTo>
                                <a:pt x="3904" y="54"/>
                              </a:lnTo>
                              <a:cubicBezTo>
                                <a:pt x="3907" y="62"/>
                                <a:pt x="3910" y="71"/>
                                <a:pt x="3911" y="82"/>
                              </a:cubicBezTo>
                              <a:lnTo>
                                <a:pt x="3911" y="82"/>
                              </a:lnTo>
                              <a:cubicBezTo>
                                <a:pt x="3913" y="92"/>
                                <a:pt x="3914" y="105"/>
                                <a:pt x="3914" y="117"/>
                              </a:cubicBezTo>
                              <a:lnTo>
                                <a:pt x="3914" y="117"/>
                              </a:lnTo>
                              <a:cubicBezTo>
                                <a:pt x="3914" y="129"/>
                                <a:pt x="3913" y="141"/>
                                <a:pt x="3911" y="151"/>
                              </a:cubicBezTo>
                              <a:lnTo>
                                <a:pt x="3911" y="151"/>
                              </a:lnTo>
                              <a:cubicBezTo>
                                <a:pt x="3910" y="162"/>
                                <a:pt x="3907" y="171"/>
                                <a:pt x="3904" y="179"/>
                              </a:cubicBezTo>
                              <a:lnTo>
                                <a:pt x="3904" y="179"/>
                              </a:lnTo>
                              <a:cubicBezTo>
                                <a:pt x="3900" y="187"/>
                                <a:pt x="3894" y="193"/>
                                <a:pt x="3888" y="198"/>
                              </a:cubicBezTo>
                              <a:lnTo>
                                <a:pt x="3888" y="198"/>
                              </a:lnTo>
                              <a:cubicBezTo>
                                <a:pt x="3882" y="202"/>
                                <a:pt x="3874" y="204"/>
                                <a:pt x="3865" y="204"/>
                              </a:cubicBezTo>
                              <a:close/>
                              <a:moveTo>
                                <a:pt x="3969" y="263"/>
                              </a:moveTo>
                              <a:lnTo>
                                <a:pt x="3993" y="263"/>
                              </a:lnTo>
                              <a:lnTo>
                                <a:pt x="4020" y="196"/>
                              </a:lnTo>
                              <a:lnTo>
                                <a:pt x="3988" y="196"/>
                              </a:lnTo>
                              <a:lnTo>
                                <a:pt x="3969" y="263"/>
                              </a:lnTo>
                              <a:close/>
                              <a:moveTo>
                                <a:pt x="4269" y="234"/>
                              </a:moveTo>
                              <a:lnTo>
                                <a:pt x="4269" y="234"/>
                              </a:lnTo>
                              <a:cubicBezTo>
                                <a:pt x="4279" y="234"/>
                                <a:pt x="4289" y="232"/>
                                <a:pt x="4298" y="229"/>
                              </a:cubicBezTo>
                              <a:lnTo>
                                <a:pt x="4298" y="229"/>
                              </a:lnTo>
                              <a:cubicBezTo>
                                <a:pt x="4307" y="225"/>
                                <a:pt x="4314" y="220"/>
                                <a:pt x="4321" y="213"/>
                              </a:cubicBezTo>
                              <a:lnTo>
                                <a:pt x="4321" y="213"/>
                              </a:lnTo>
                              <a:cubicBezTo>
                                <a:pt x="4328" y="206"/>
                                <a:pt x="4333" y="198"/>
                                <a:pt x="4337" y="189"/>
                              </a:cubicBezTo>
                              <a:lnTo>
                                <a:pt x="4337" y="189"/>
                              </a:lnTo>
                              <a:cubicBezTo>
                                <a:pt x="4340" y="179"/>
                                <a:pt x="4342" y="169"/>
                                <a:pt x="4342" y="158"/>
                              </a:cubicBezTo>
                              <a:lnTo>
                                <a:pt x="4342" y="158"/>
                              </a:lnTo>
                              <a:cubicBezTo>
                                <a:pt x="4342" y="148"/>
                                <a:pt x="4340" y="138"/>
                                <a:pt x="4337" y="129"/>
                              </a:cubicBezTo>
                              <a:lnTo>
                                <a:pt x="4337" y="129"/>
                              </a:lnTo>
                              <a:cubicBezTo>
                                <a:pt x="4334" y="120"/>
                                <a:pt x="4329" y="112"/>
                                <a:pt x="4323" y="105"/>
                              </a:cubicBezTo>
                              <a:lnTo>
                                <a:pt x="4323" y="105"/>
                              </a:lnTo>
                              <a:cubicBezTo>
                                <a:pt x="4315" y="98"/>
                                <a:pt x="4308" y="93"/>
                                <a:pt x="4299" y="89"/>
                              </a:cubicBezTo>
                              <a:lnTo>
                                <a:pt x="4299" y="89"/>
                              </a:lnTo>
                              <a:cubicBezTo>
                                <a:pt x="4290" y="85"/>
                                <a:pt x="4281" y="83"/>
                                <a:pt x="4270" y="83"/>
                              </a:cubicBezTo>
                              <a:lnTo>
                                <a:pt x="4270" y="83"/>
                              </a:lnTo>
                              <a:cubicBezTo>
                                <a:pt x="4263" y="83"/>
                                <a:pt x="4257" y="84"/>
                                <a:pt x="4250" y="86"/>
                              </a:cubicBezTo>
                              <a:lnTo>
                                <a:pt x="4250" y="86"/>
                              </a:lnTo>
                              <a:cubicBezTo>
                                <a:pt x="4244" y="87"/>
                                <a:pt x="4238" y="90"/>
                                <a:pt x="4233" y="93"/>
                              </a:cubicBezTo>
                              <a:lnTo>
                                <a:pt x="4233" y="93"/>
                              </a:lnTo>
                              <a:cubicBezTo>
                                <a:pt x="4228" y="96"/>
                                <a:pt x="4224" y="100"/>
                                <a:pt x="4220" y="105"/>
                              </a:cubicBezTo>
                              <a:lnTo>
                                <a:pt x="4220" y="105"/>
                              </a:lnTo>
                              <a:lnTo>
                                <a:pt x="4220" y="105"/>
                              </a:lnTo>
                              <a:cubicBezTo>
                                <a:pt x="4221" y="97"/>
                                <a:pt x="4222" y="89"/>
                                <a:pt x="4225" y="82"/>
                              </a:cubicBezTo>
                              <a:lnTo>
                                <a:pt x="4225" y="82"/>
                              </a:lnTo>
                              <a:cubicBezTo>
                                <a:pt x="4227" y="75"/>
                                <a:pt x="4230" y="68"/>
                                <a:pt x="4234" y="62"/>
                              </a:cubicBezTo>
                              <a:lnTo>
                                <a:pt x="4234" y="62"/>
                              </a:lnTo>
                              <a:cubicBezTo>
                                <a:pt x="4237" y="55"/>
                                <a:pt x="4242" y="50"/>
                                <a:pt x="4247" y="45"/>
                              </a:cubicBezTo>
                              <a:lnTo>
                                <a:pt x="4247" y="45"/>
                              </a:lnTo>
                              <a:cubicBezTo>
                                <a:pt x="4252" y="40"/>
                                <a:pt x="4258" y="36"/>
                                <a:pt x="4265" y="33"/>
                              </a:cubicBezTo>
                              <a:lnTo>
                                <a:pt x="4265" y="33"/>
                              </a:lnTo>
                              <a:cubicBezTo>
                                <a:pt x="4271" y="30"/>
                                <a:pt x="4279" y="29"/>
                                <a:pt x="4287" y="29"/>
                              </a:cubicBezTo>
                              <a:lnTo>
                                <a:pt x="4287" y="29"/>
                              </a:lnTo>
                              <a:cubicBezTo>
                                <a:pt x="4292" y="29"/>
                                <a:pt x="4296" y="29"/>
                                <a:pt x="4300" y="30"/>
                              </a:cubicBezTo>
                              <a:lnTo>
                                <a:pt x="4300" y="30"/>
                              </a:lnTo>
                              <a:cubicBezTo>
                                <a:pt x="4304" y="31"/>
                                <a:pt x="4307" y="32"/>
                                <a:pt x="4310" y="33"/>
                              </a:cubicBezTo>
                              <a:lnTo>
                                <a:pt x="4310" y="33"/>
                              </a:lnTo>
                              <a:cubicBezTo>
                                <a:pt x="4313" y="34"/>
                                <a:pt x="4315" y="34"/>
                                <a:pt x="4317" y="35"/>
                              </a:cubicBezTo>
                              <a:lnTo>
                                <a:pt x="4317" y="35"/>
                              </a:lnTo>
                              <a:cubicBezTo>
                                <a:pt x="4319" y="36"/>
                                <a:pt x="4319" y="36"/>
                                <a:pt x="4319" y="36"/>
                              </a:cubicBezTo>
                              <a:lnTo>
                                <a:pt x="4331" y="9"/>
                              </a:lnTo>
                              <a:lnTo>
                                <a:pt x="4331" y="9"/>
                              </a:lnTo>
                              <a:cubicBezTo>
                                <a:pt x="4331" y="9"/>
                                <a:pt x="4329" y="9"/>
                                <a:pt x="4327" y="8"/>
                              </a:cubicBezTo>
                              <a:lnTo>
                                <a:pt x="4327" y="8"/>
                              </a:lnTo>
                              <a:cubicBezTo>
                                <a:pt x="4325" y="7"/>
                                <a:pt x="4321" y="6"/>
                                <a:pt x="4318" y="5"/>
                              </a:cubicBezTo>
                              <a:lnTo>
                                <a:pt x="4318" y="5"/>
                              </a:lnTo>
                              <a:cubicBezTo>
                                <a:pt x="4314" y="3"/>
                                <a:pt x="4309" y="2"/>
                                <a:pt x="4304" y="1"/>
                              </a:cubicBezTo>
                              <a:lnTo>
                                <a:pt x="4304" y="1"/>
                              </a:lnTo>
                              <a:cubicBezTo>
                                <a:pt x="4299" y="0"/>
                                <a:pt x="4293" y="0"/>
                                <a:pt x="4286" y="0"/>
                              </a:cubicBezTo>
                              <a:lnTo>
                                <a:pt x="4286" y="0"/>
                              </a:lnTo>
                              <a:cubicBezTo>
                                <a:pt x="4274" y="0"/>
                                <a:pt x="4264" y="2"/>
                                <a:pt x="4254" y="5"/>
                              </a:cubicBezTo>
                              <a:lnTo>
                                <a:pt x="4254" y="5"/>
                              </a:lnTo>
                              <a:cubicBezTo>
                                <a:pt x="4245" y="9"/>
                                <a:pt x="4236" y="14"/>
                                <a:pt x="4229" y="20"/>
                              </a:cubicBezTo>
                              <a:lnTo>
                                <a:pt x="4229" y="20"/>
                              </a:lnTo>
                              <a:cubicBezTo>
                                <a:pt x="4221" y="26"/>
                                <a:pt x="4215" y="33"/>
                                <a:pt x="4209" y="42"/>
                              </a:cubicBezTo>
                              <a:lnTo>
                                <a:pt x="4209" y="42"/>
                              </a:lnTo>
                              <a:cubicBezTo>
                                <a:pt x="4204" y="50"/>
                                <a:pt x="4199" y="59"/>
                                <a:pt x="4195" y="68"/>
                              </a:cubicBezTo>
                              <a:lnTo>
                                <a:pt x="4195" y="68"/>
                              </a:lnTo>
                              <a:cubicBezTo>
                                <a:pt x="4192" y="77"/>
                                <a:pt x="4189" y="87"/>
                                <a:pt x="4187" y="97"/>
                              </a:cubicBezTo>
                              <a:lnTo>
                                <a:pt x="4187" y="97"/>
                              </a:lnTo>
                              <a:cubicBezTo>
                                <a:pt x="4186" y="108"/>
                                <a:pt x="4185" y="118"/>
                                <a:pt x="4185" y="127"/>
                              </a:cubicBezTo>
                              <a:lnTo>
                                <a:pt x="4185" y="127"/>
                              </a:lnTo>
                              <a:cubicBezTo>
                                <a:pt x="4185" y="143"/>
                                <a:pt x="4187" y="158"/>
                                <a:pt x="4191" y="171"/>
                              </a:cubicBezTo>
                              <a:lnTo>
                                <a:pt x="4191" y="171"/>
                              </a:lnTo>
                              <a:cubicBezTo>
                                <a:pt x="4195" y="184"/>
                                <a:pt x="4201" y="195"/>
                                <a:pt x="4209" y="204"/>
                              </a:cubicBezTo>
                              <a:lnTo>
                                <a:pt x="4209" y="204"/>
                              </a:lnTo>
                              <a:cubicBezTo>
                                <a:pt x="4216" y="215"/>
                                <a:pt x="4225" y="222"/>
                                <a:pt x="4235" y="227"/>
                              </a:cubicBezTo>
                              <a:lnTo>
                                <a:pt x="4235" y="227"/>
                              </a:lnTo>
                              <a:cubicBezTo>
                                <a:pt x="4246" y="232"/>
                                <a:pt x="4257" y="234"/>
                                <a:pt x="4269" y="234"/>
                              </a:cubicBezTo>
                              <a:close/>
                              <a:moveTo>
                                <a:pt x="4268" y="204"/>
                              </a:moveTo>
                              <a:lnTo>
                                <a:pt x="4268" y="204"/>
                              </a:lnTo>
                              <a:cubicBezTo>
                                <a:pt x="4263" y="204"/>
                                <a:pt x="4257" y="203"/>
                                <a:pt x="4252" y="201"/>
                              </a:cubicBezTo>
                              <a:lnTo>
                                <a:pt x="4252" y="201"/>
                              </a:lnTo>
                              <a:cubicBezTo>
                                <a:pt x="4247" y="198"/>
                                <a:pt x="4242" y="195"/>
                                <a:pt x="4238" y="191"/>
                              </a:cubicBezTo>
                              <a:lnTo>
                                <a:pt x="4238" y="191"/>
                              </a:lnTo>
                              <a:cubicBezTo>
                                <a:pt x="4234" y="187"/>
                                <a:pt x="4230" y="182"/>
                                <a:pt x="4227" y="177"/>
                              </a:cubicBezTo>
                              <a:lnTo>
                                <a:pt x="4227" y="177"/>
                              </a:lnTo>
                              <a:cubicBezTo>
                                <a:pt x="4224" y="171"/>
                                <a:pt x="4222" y="166"/>
                                <a:pt x="4220" y="160"/>
                              </a:cubicBezTo>
                              <a:lnTo>
                                <a:pt x="4220" y="160"/>
                              </a:lnTo>
                              <a:cubicBezTo>
                                <a:pt x="4219" y="154"/>
                                <a:pt x="4218" y="148"/>
                                <a:pt x="4218" y="142"/>
                              </a:cubicBezTo>
                              <a:lnTo>
                                <a:pt x="4218" y="142"/>
                              </a:lnTo>
                              <a:cubicBezTo>
                                <a:pt x="4218" y="138"/>
                                <a:pt x="4219" y="134"/>
                                <a:pt x="4221" y="131"/>
                              </a:cubicBezTo>
                              <a:lnTo>
                                <a:pt x="4221" y="131"/>
                              </a:lnTo>
                              <a:cubicBezTo>
                                <a:pt x="4224" y="127"/>
                                <a:pt x="4227" y="123"/>
                                <a:pt x="4231" y="120"/>
                              </a:cubicBezTo>
                              <a:lnTo>
                                <a:pt x="4231" y="120"/>
                              </a:lnTo>
                              <a:cubicBezTo>
                                <a:pt x="4235" y="117"/>
                                <a:pt x="4240" y="115"/>
                                <a:pt x="4246" y="113"/>
                              </a:cubicBezTo>
                              <a:lnTo>
                                <a:pt x="4246" y="113"/>
                              </a:lnTo>
                              <a:cubicBezTo>
                                <a:pt x="4251" y="112"/>
                                <a:pt x="4257" y="111"/>
                                <a:pt x="4264" y="111"/>
                              </a:cubicBezTo>
                              <a:lnTo>
                                <a:pt x="4264" y="111"/>
                              </a:lnTo>
                              <a:cubicBezTo>
                                <a:pt x="4273" y="111"/>
                                <a:pt x="4281" y="113"/>
                                <a:pt x="4288" y="117"/>
                              </a:cubicBezTo>
                              <a:lnTo>
                                <a:pt x="4288" y="117"/>
                              </a:lnTo>
                              <a:cubicBezTo>
                                <a:pt x="4295" y="121"/>
                                <a:pt x="4301" y="127"/>
                                <a:pt x="4304" y="134"/>
                              </a:cubicBezTo>
                              <a:lnTo>
                                <a:pt x="4304" y="134"/>
                              </a:lnTo>
                              <a:cubicBezTo>
                                <a:pt x="4308" y="141"/>
                                <a:pt x="4310" y="149"/>
                                <a:pt x="4310" y="158"/>
                              </a:cubicBezTo>
                              <a:lnTo>
                                <a:pt x="4310" y="158"/>
                              </a:lnTo>
                              <a:cubicBezTo>
                                <a:pt x="4310" y="167"/>
                                <a:pt x="4308" y="175"/>
                                <a:pt x="4305" y="182"/>
                              </a:cubicBezTo>
                              <a:lnTo>
                                <a:pt x="4305" y="182"/>
                              </a:lnTo>
                              <a:cubicBezTo>
                                <a:pt x="4302" y="189"/>
                                <a:pt x="4297" y="194"/>
                                <a:pt x="4291" y="198"/>
                              </a:cubicBezTo>
                              <a:lnTo>
                                <a:pt x="4291" y="198"/>
                              </a:lnTo>
                              <a:cubicBezTo>
                                <a:pt x="4284" y="202"/>
                                <a:pt x="4277" y="204"/>
                                <a:pt x="4268" y="204"/>
                              </a:cubicBezTo>
                              <a:close/>
                              <a:moveTo>
                                <a:pt x="4367" y="169"/>
                              </a:moveTo>
                              <a:lnTo>
                                <a:pt x="4477" y="169"/>
                              </a:lnTo>
                              <a:lnTo>
                                <a:pt x="4477" y="231"/>
                              </a:lnTo>
                              <a:lnTo>
                                <a:pt x="4508" y="231"/>
                              </a:lnTo>
                              <a:lnTo>
                                <a:pt x="4508" y="169"/>
                              </a:lnTo>
                              <a:lnTo>
                                <a:pt x="4539" y="169"/>
                              </a:lnTo>
                              <a:lnTo>
                                <a:pt x="4539" y="143"/>
                              </a:lnTo>
                              <a:lnTo>
                                <a:pt x="4508" y="143"/>
                              </a:lnTo>
                              <a:lnTo>
                                <a:pt x="4508" y="4"/>
                              </a:lnTo>
                              <a:lnTo>
                                <a:pt x="4472" y="4"/>
                              </a:lnTo>
                              <a:lnTo>
                                <a:pt x="4367" y="150"/>
                              </a:lnTo>
                              <a:lnTo>
                                <a:pt x="4367" y="169"/>
                              </a:lnTo>
                              <a:close/>
                              <a:moveTo>
                                <a:pt x="4402" y="143"/>
                              </a:moveTo>
                              <a:lnTo>
                                <a:pt x="4402" y="142"/>
                              </a:lnTo>
                              <a:lnTo>
                                <a:pt x="4467" y="56"/>
                              </a:lnTo>
                              <a:lnTo>
                                <a:pt x="4467" y="56"/>
                              </a:lnTo>
                              <a:cubicBezTo>
                                <a:pt x="4469" y="53"/>
                                <a:pt x="4471" y="50"/>
                                <a:pt x="4472" y="48"/>
                              </a:cubicBezTo>
                              <a:lnTo>
                                <a:pt x="4472" y="48"/>
                              </a:lnTo>
                              <a:cubicBezTo>
                                <a:pt x="4474" y="45"/>
                                <a:pt x="4475" y="42"/>
                                <a:pt x="4476" y="41"/>
                              </a:cubicBezTo>
                              <a:lnTo>
                                <a:pt x="4476" y="41"/>
                              </a:lnTo>
                              <a:cubicBezTo>
                                <a:pt x="4477" y="39"/>
                                <a:pt x="4478" y="38"/>
                                <a:pt x="4478" y="37"/>
                              </a:cubicBezTo>
                              <a:lnTo>
                                <a:pt x="4479" y="37"/>
                              </a:lnTo>
                              <a:lnTo>
                                <a:pt x="4479" y="37"/>
                              </a:lnTo>
                              <a:cubicBezTo>
                                <a:pt x="4479" y="38"/>
                                <a:pt x="4479" y="39"/>
                                <a:pt x="4478" y="41"/>
                              </a:cubicBezTo>
                              <a:lnTo>
                                <a:pt x="4478" y="41"/>
                              </a:lnTo>
                              <a:cubicBezTo>
                                <a:pt x="4478" y="43"/>
                                <a:pt x="4478" y="46"/>
                                <a:pt x="4478" y="49"/>
                              </a:cubicBezTo>
                              <a:lnTo>
                                <a:pt x="4478" y="49"/>
                              </a:lnTo>
                              <a:cubicBezTo>
                                <a:pt x="4478" y="53"/>
                                <a:pt x="4477" y="56"/>
                                <a:pt x="4477" y="60"/>
                              </a:cubicBezTo>
                              <a:lnTo>
                                <a:pt x="4477" y="143"/>
                              </a:lnTo>
                              <a:lnTo>
                                <a:pt x="4402" y="143"/>
                              </a:lnTo>
                              <a:close/>
                              <a:moveTo>
                                <a:pt x="4570" y="165"/>
                              </a:moveTo>
                              <a:lnTo>
                                <a:pt x="4570" y="165"/>
                              </a:lnTo>
                              <a:cubicBezTo>
                                <a:pt x="4570" y="175"/>
                                <a:pt x="4572" y="184"/>
                                <a:pt x="4576" y="193"/>
                              </a:cubicBezTo>
                              <a:lnTo>
                                <a:pt x="4576" y="193"/>
                              </a:lnTo>
                              <a:cubicBezTo>
                                <a:pt x="4580" y="201"/>
                                <a:pt x="4585" y="209"/>
                                <a:pt x="4592" y="215"/>
                              </a:cubicBezTo>
                              <a:lnTo>
                                <a:pt x="4592" y="215"/>
                              </a:lnTo>
                              <a:cubicBezTo>
                                <a:pt x="4599" y="221"/>
                                <a:pt x="4608" y="226"/>
                                <a:pt x="4618" y="229"/>
                              </a:cubicBezTo>
                              <a:lnTo>
                                <a:pt x="4618" y="229"/>
                              </a:lnTo>
                              <a:cubicBezTo>
                                <a:pt x="4627" y="233"/>
                                <a:pt x="4638" y="234"/>
                                <a:pt x="4649" y="234"/>
                              </a:cubicBezTo>
                              <a:lnTo>
                                <a:pt x="4649" y="234"/>
                              </a:lnTo>
                              <a:cubicBezTo>
                                <a:pt x="4661" y="234"/>
                                <a:pt x="4671" y="232"/>
                                <a:pt x="4681" y="229"/>
                              </a:cubicBezTo>
                              <a:lnTo>
                                <a:pt x="4681" y="229"/>
                              </a:lnTo>
                              <a:cubicBezTo>
                                <a:pt x="4690" y="225"/>
                                <a:pt x="4698" y="221"/>
                                <a:pt x="4705" y="214"/>
                              </a:cubicBezTo>
                              <a:lnTo>
                                <a:pt x="4705" y="214"/>
                              </a:lnTo>
                              <a:cubicBezTo>
                                <a:pt x="4712" y="207"/>
                                <a:pt x="4717" y="200"/>
                                <a:pt x="4721" y="193"/>
                              </a:cubicBezTo>
                              <a:lnTo>
                                <a:pt x="4721" y="193"/>
                              </a:lnTo>
                              <a:cubicBezTo>
                                <a:pt x="4724" y="185"/>
                                <a:pt x="4726" y="176"/>
                                <a:pt x="4726" y="167"/>
                              </a:cubicBezTo>
                              <a:lnTo>
                                <a:pt x="4726" y="167"/>
                              </a:lnTo>
                              <a:cubicBezTo>
                                <a:pt x="4726" y="160"/>
                                <a:pt x="4725" y="153"/>
                                <a:pt x="4722" y="147"/>
                              </a:cubicBezTo>
                              <a:lnTo>
                                <a:pt x="4722" y="147"/>
                              </a:lnTo>
                              <a:cubicBezTo>
                                <a:pt x="4719" y="141"/>
                                <a:pt x="4716" y="136"/>
                                <a:pt x="4711" y="132"/>
                              </a:cubicBezTo>
                              <a:lnTo>
                                <a:pt x="4711" y="132"/>
                              </a:lnTo>
                              <a:cubicBezTo>
                                <a:pt x="4706" y="127"/>
                                <a:pt x="4701" y="123"/>
                                <a:pt x="4695" y="120"/>
                              </a:cubicBezTo>
                              <a:lnTo>
                                <a:pt x="4695" y="120"/>
                              </a:lnTo>
                              <a:cubicBezTo>
                                <a:pt x="4696" y="119"/>
                                <a:pt x="4697" y="118"/>
                                <a:pt x="4699" y="115"/>
                              </a:cubicBezTo>
                              <a:lnTo>
                                <a:pt x="4699" y="115"/>
                              </a:lnTo>
                              <a:cubicBezTo>
                                <a:pt x="4701" y="113"/>
                                <a:pt x="4704" y="110"/>
                                <a:pt x="4706" y="106"/>
                              </a:cubicBezTo>
                              <a:lnTo>
                                <a:pt x="4706" y="106"/>
                              </a:lnTo>
                              <a:cubicBezTo>
                                <a:pt x="4709" y="103"/>
                                <a:pt x="4711" y="97"/>
                                <a:pt x="4714" y="93"/>
                              </a:cubicBezTo>
                              <a:lnTo>
                                <a:pt x="4714" y="93"/>
                              </a:lnTo>
                              <a:cubicBezTo>
                                <a:pt x="4716" y="88"/>
                                <a:pt x="4718" y="83"/>
                                <a:pt x="4720" y="77"/>
                              </a:cubicBezTo>
                              <a:lnTo>
                                <a:pt x="4720" y="77"/>
                              </a:lnTo>
                              <a:cubicBezTo>
                                <a:pt x="4721" y="72"/>
                                <a:pt x="4722" y="66"/>
                                <a:pt x="4722" y="60"/>
                              </a:cubicBezTo>
                              <a:lnTo>
                                <a:pt x="4722" y="60"/>
                              </a:lnTo>
                              <a:cubicBezTo>
                                <a:pt x="4722" y="51"/>
                                <a:pt x="4720" y="42"/>
                                <a:pt x="4717" y="35"/>
                              </a:cubicBezTo>
                              <a:lnTo>
                                <a:pt x="4717" y="35"/>
                              </a:lnTo>
                              <a:cubicBezTo>
                                <a:pt x="4714" y="28"/>
                                <a:pt x="4709" y="21"/>
                                <a:pt x="4703" y="16"/>
                              </a:cubicBezTo>
                              <a:lnTo>
                                <a:pt x="4703" y="16"/>
                              </a:lnTo>
                              <a:cubicBezTo>
                                <a:pt x="4696" y="11"/>
                                <a:pt x="4689" y="7"/>
                                <a:pt x="4680" y="4"/>
                              </a:cubicBezTo>
                              <a:lnTo>
                                <a:pt x="4680" y="4"/>
                              </a:lnTo>
                              <a:cubicBezTo>
                                <a:pt x="4672" y="1"/>
                                <a:pt x="4662" y="0"/>
                                <a:pt x="4652" y="0"/>
                              </a:cubicBezTo>
                              <a:lnTo>
                                <a:pt x="4652" y="0"/>
                              </a:lnTo>
                              <a:cubicBezTo>
                                <a:pt x="4640" y="0"/>
                                <a:pt x="4629" y="2"/>
                                <a:pt x="4621" y="5"/>
                              </a:cubicBezTo>
                              <a:lnTo>
                                <a:pt x="4621" y="5"/>
                              </a:lnTo>
                              <a:cubicBezTo>
                                <a:pt x="4612" y="8"/>
                                <a:pt x="4605" y="13"/>
                                <a:pt x="4598" y="18"/>
                              </a:cubicBezTo>
                              <a:lnTo>
                                <a:pt x="4598" y="18"/>
                              </a:lnTo>
                              <a:cubicBezTo>
                                <a:pt x="4592" y="24"/>
                                <a:pt x="4588" y="30"/>
                                <a:pt x="4585" y="37"/>
                              </a:cubicBezTo>
                              <a:lnTo>
                                <a:pt x="4585" y="37"/>
                              </a:lnTo>
                              <a:cubicBezTo>
                                <a:pt x="4582" y="44"/>
                                <a:pt x="4581" y="51"/>
                                <a:pt x="4581" y="59"/>
                              </a:cubicBezTo>
                              <a:lnTo>
                                <a:pt x="4581" y="59"/>
                              </a:lnTo>
                              <a:cubicBezTo>
                                <a:pt x="4581" y="66"/>
                                <a:pt x="4582" y="72"/>
                                <a:pt x="4584" y="77"/>
                              </a:cubicBezTo>
                              <a:lnTo>
                                <a:pt x="4584" y="77"/>
                              </a:lnTo>
                              <a:cubicBezTo>
                                <a:pt x="4586" y="83"/>
                                <a:pt x="4589" y="88"/>
                                <a:pt x="4593" y="92"/>
                              </a:cubicBezTo>
                              <a:lnTo>
                                <a:pt x="4593" y="92"/>
                              </a:lnTo>
                              <a:cubicBezTo>
                                <a:pt x="4596" y="96"/>
                                <a:pt x="4601" y="100"/>
                                <a:pt x="4607" y="105"/>
                              </a:cubicBezTo>
                              <a:lnTo>
                                <a:pt x="4607" y="105"/>
                              </a:lnTo>
                              <a:cubicBezTo>
                                <a:pt x="4605" y="106"/>
                                <a:pt x="4602" y="107"/>
                                <a:pt x="4600" y="109"/>
                              </a:cubicBezTo>
                              <a:lnTo>
                                <a:pt x="4600" y="109"/>
                              </a:lnTo>
                              <a:cubicBezTo>
                                <a:pt x="4597" y="111"/>
                                <a:pt x="4594" y="114"/>
                                <a:pt x="4590" y="118"/>
                              </a:cubicBezTo>
                              <a:lnTo>
                                <a:pt x="4590" y="118"/>
                              </a:lnTo>
                              <a:cubicBezTo>
                                <a:pt x="4587" y="121"/>
                                <a:pt x="4584" y="125"/>
                                <a:pt x="4581" y="130"/>
                              </a:cubicBezTo>
                              <a:lnTo>
                                <a:pt x="4581" y="130"/>
                              </a:lnTo>
                              <a:cubicBezTo>
                                <a:pt x="4577" y="134"/>
                                <a:pt x="4575" y="140"/>
                                <a:pt x="4573" y="146"/>
                              </a:cubicBezTo>
                              <a:lnTo>
                                <a:pt x="4573" y="146"/>
                              </a:lnTo>
                              <a:cubicBezTo>
                                <a:pt x="4571" y="151"/>
                                <a:pt x="4570" y="158"/>
                                <a:pt x="4570" y="165"/>
                              </a:cubicBezTo>
                              <a:close/>
                              <a:moveTo>
                                <a:pt x="4694" y="166"/>
                              </a:moveTo>
                              <a:lnTo>
                                <a:pt x="4694" y="166"/>
                              </a:lnTo>
                              <a:cubicBezTo>
                                <a:pt x="4694" y="172"/>
                                <a:pt x="4692" y="178"/>
                                <a:pt x="4690" y="182"/>
                              </a:cubicBezTo>
                              <a:lnTo>
                                <a:pt x="4690" y="182"/>
                              </a:lnTo>
                              <a:cubicBezTo>
                                <a:pt x="4688" y="187"/>
                                <a:pt x="4684" y="191"/>
                                <a:pt x="4680" y="194"/>
                              </a:cubicBezTo>
                              <a:lnTo>
                                <a:pt x="4680" y="194"/>
                              </a:lnTo>
                              <a:cubicBezTo>
                                <a:pt x="4676" y="198"/>
                                <a:pt x="4671" y="200"/>
                                <a:pt x="4666" y="202"/>
                              </a:cubicBezTo>
                              <a:lnTo>
                                <a:pt x="4666" y="202"/>
                              </a:lnTo>
                              <a:cubicBezTo>
                                <a:pt x="4661" y="204"/>
                                <a:pt x="4655" y="205"/>
                                <a:pt x="4649" y="205"/>
                              </a:cubicBezTo>
                              <a:lnTo>
                                <a:pt x="4649" y="205"/>
                              </a:lnTo>
                              <a:cubicBezTo>
                                <a:pt x="4643" y="205"/>
                                <a:pt x="4637" y="204"/>
                                <a:pt x="4632" y="202"/>
                              </a:cubicBezTo>
                              <a:lnTo>
                                <a:pt x="4632" y="202"/>
                              </a:lnTo>
                              <a:cubicBezTo>
                                <a:pt x="4626" y="200"/>
                                <a:pt x="4621" y="197"/>
                                <a:pt x="4617" y="193"/>
                              </a:cubicBezTo>
                              <a:lnTo>
                                <a:pt x="4617" y="193"/>
                              </a:lnTo>
                              <a:cubicBezTo>
                                <a:pt x="4613" y="190"/>
                                <a:pt x="4609" y="185"/>
                                <a:pt x="4607" y="180"/>
                              </a:cubicBezTo>
                              <a:lnTo>
                                <a:pt x="4607" y="180"/>
                              </a:lnTo>
                              <a:cubicBezTo>
                                <a:pt x="4603" y="175"/>
                                <a:pt x="4602" y="169"/>
                                <a:pt x="4602" y="163"/>
                              </a:cubicBezTo>
                              <a:lnTo>
                                <a:pt x="4602" y="163"/>
                              </a:lnTo>
                              <a:cubicBezTo>
                                <a:pt x="4602" y="157"/>
                                <a:pt x="4603" y="151"/>
                                <a:pt x="4606" y="146"/>
                              </a:cubicBezTo>
                              <a:lnTo>
                                <a:pt x="4606" y="146"/>
                              </a:lnTo>
                              <a:cubicBezTo>
                                <a:pt x="4608" y="141"/>
                                <a:pt x="4611" y="137"/>
                                <a:pt x="4614" y="133"/>
                              </a:cubicBezTo>
                              <a:lnTo>
                                <a:pt x="4614" y="133"/>
                              </a:lnTo>
                              <a:cubicBezTo>
                                <a:pt x="4617" y="129"/>
                                <a:pt x="4620" y="126"/>
                                <a:pt x="4623" y="124"/>
                              </a:cubicBezTo>
                              <a:lnTo>
                                <a:pt x="4623" y="124"/>
                              </a:lnTo>
                              <a:cubicBezTo>
                                <a:pt x="4626" y="121"/>
                                <a:pt x="4628" y="119"/>
                                <a:pt x="4630" y="118"/>
                              </a:cubicBezTo>
                              <a:lnTo>
                                <a:pt x="4630" y="118"/>
                              </a:lnTo>
                              <a:cubicBezTo>
                                <a:pt x="4636" y="121"/>
                                <a:pt x="4642" y="124"/>
                                <a:pt x="4648" y="126"/>
                              </a:cubicBezTo>
                              <a:lnTo>
                                <a:pt x="4648" y="126"/>
                              </a:lnTo>
                              <a:cubicBezTo>
                                <a:pt x="4654" y="129"/>
                                <a:pt x="4660" y="132"/>
                                <a:pt x="4665" y="134"/>
                              </a:cubicBezTo>
                              <a:lnTo>
                                <a:pt x="4665" y="134"/>
                              </a:lnTo>
                              <a:cubicBezTo>
                                <a:pt x="4671" y="137"/>
                                <a:pt x="4676" y="140"/>
                                <a:pt x="4680" y="143"/>
                              </a:cubicBezTo>
                              <a:lnTo>
                                <a:pt x="4680" y="143"/>
                              </a:lnTo>
                              <a:cubicBezTo>
                                <a:pt x="4684" y="146"/>
                                <a:pt x="4687" y="150"/>
                                <a:pt x="4690" y="154"/>
                              </a:cubicBezTo>
                              <a:lnTo>
                                <a:pt x="4690" y="154"/>
                              </a:lnTo>
                              <a:cubicBezTo>
                                <a:pt x="4692" y="157"/>
                                <a:pt x="4694" y="162"/>
                                <a:pt x="4694" y="166"/>
                              </a:cubicBezTo>
                              <a:close/>
                              <a:moveTo>
                                <a:pt x="4613" y="59"/>
                              </a:moveTo>
                              <a:lnTo>
                                <a:pt x="4613" y="59"/>
                              </a:lnTo>
                              <a:cubicBezTo>
                                <a:pt x="4613" y="54"/>
                                <a:pt x="4614" y="48"/>
                                <a:pt x="4617" y="44"/>
                              </a:cubicBezTo>
                              <a:lnTo>
                                <a:pt x="4617" y="44"/>
                              </a:lnTo>
                              <a:cubicBezTo>
                                <a:pt x="4620" y="39"/>
                                <a:pt x="4624" y="35"/>
                                <a:pt x="4630" y="33"/>
                              </a:cubicBezTo>
                              <a:lnTo>
                                <a:pt x="4630" y="33"/>
                              </a:lnTo>
                              <a:cubicBezTo>
                                <a:pt x="4636" y="30"/>
                                <a:pt x="4643" y="28"/>
                                <a:pt x="4651" y="28"/>
                              </a:cubicBezTo>
                              <a:lnTo>
                                <a:pt x="4651" y="28"/>
                              </a:lnTo>
                              <a:cubicBezTo>
                                <a:pt x="4659" y="28"/>
                                <a:pt x="4666" y="30"/>
                                <a:pt x="4672" y="32"/>
                              </a:cubicBezTo>
                              <a:lnTo>
                                <a:pt x="4672" y="32"/>
                              </a:lnTo>
                              <a:cubicBezTo>
                                <a:pt x="4678" y="35"/>
                                <a:pt x="4683" y="39"/>
                                <a:pt x="4686" y="44"/>
                              </a:cubicBezTo>
                              <a:lnTo>
                                <a:pt x="4686" y="44"/>
                              </a:lnTo>
                              <a:cubicBezTo>
                                <a:pt x="4690" y="49"/>
                                <a:pt x="4691" y="55"/>
                                <a:pt x="4691" y="62"/>
                              </a:cubicBezTo>
                              <a:lnTo>
                                <a:pt x="4691" y="62"/>
                              </a:lnTo>
                              <a:cubicBezTo>
                                <a:pt x="4691" y="68"/>
                                <a:pt x="4690" y="73"/>
                                <a:pt x="4689" y="78"/>
                              </a:cubicBezTo>
                              <a:lnTo>
                                <a:pt x="4689" y="78"/>
                              </a:lnTo>
                              <a:cubicBezTo>
                                <a:pt x="4687" y="83"/>
                                <a:pt x="4685" y="88"/>
                                <a:pt x="4683" y="92"/>
                              </a:cubicBezTo>
                              <a:lnTo>
                                <a:pt x="4683" y="92"/>
                              </a:lnTo>
                              <a:cubicBezTo>
                                <a:pt x="4680" y="95"/>
                                <a:pt x="4678" y="99"/>
                                <a:pt x="4676" y="101"/>
                              </a:cubicBezTo>
                              <a:lnTo>
                                <a:pt x="4676" y="101"/>
                              </a:lnTo>
                              <a:cubicBezTo>
                                <a:pt x="4674" y="105"/>
                                <a:pt x="4673" y="106"/>
                                <a:pt x="4672" y="107"/>
                              </a:cubicBezTo>
                              <a:lnTo>
                                <a:pt x="4672" y="107"/>
                              </a:lnTo>
                              <a:cubicBezTo>
                                <a:pt x="4664" y="104"/>
                                <a:pt x="4657" y="100"/>
                                <a:pt x="4650" y="97"/>
                              </a:cubicBezTo>
                              <a:lnTo>
                                <a:pt x="4650" y="97"/>
                              </a:lnTo>
                              <a:cubicBezTo>
                                <a:pt x="4643" y="94"/>
                                <a:pt x="4637" y="91"/>
                                <a:pt x="4631" y="88"/>
                              </a:cubicBezTo>
                              <a:lnTo>
                                <a:pt x="4631" y="88"/>
                              </a:lnTo>
                              <a:cubicBezTo>
                                <a:pt x="4626" y="84"/>
                                <a:pt x="4621" y="80"/>
                                <a:pt x="4618" y="75"/>
                              </a:cubicBezTo>
                              <a:lnTo>
                                <a:pt x="4618" y="75"/>
                              </a:lnTo>
                              <a:cubicBezTo>
                                <a:pt x="4615" y="71"/>
                                <a:pt x="4613" y="66"/>
                                <a:pt x="4613" y="59"/>
                              </a:cubicBezTo>
                              <a:close/>
                              <a:moveTo>
                                <a:pt x="4885" y="202"/>
                              </a:moveTo>
                              <a:lnTo>
                                <a:pt x="4885" y="202"/>
                              </a:lnTo>
                              <a:cubicBezTo>
                                <a:pt x="4885" y="202"/>
                                <a:pt x="4887" y="203"/>
                                <a:pt x="4889" y="205"/>
                              </a:cubicBezTo>
                              <a:lnTo>
                                <a:pt x="4889" y="205"/>
                              </a:lnTo>
                              <a:cubicBezTo>
                                <a:pt x="4890" y="207"/>
                                <a:pt x="4893" y="211"/>
                                <a:pt x="4897" y="214"/>
                              </a:cubicBezTo>
                              <a:lnTo>
                                <a:pt x="4897" y="214"/>
                              </a:lnTo>
                              <a:cubicBezTo>
                                <a:pt x="4900" y="217"/>
                                <a:pt x="4905" y="220"/>
                                <a:pt x="4910" y="223"/>
                              </a:cubicBezTo>
                              <a:lnTo>
                                <a:pt x="4910" y="223"/>
                              </a:lnTo>
                              <a:cubicBezTo>
                                <a:pt x="4916" y="226"/>
                                <a:pt x="4922" y="229"/>
                                <a:pt x="4930" y="231"/>
                              </a:cubicBezTo>
                              <a:lnTo>
                                <a:pt x="4930" y="231"/>
                              </a:lnTo>
                              <a:cubicBezTo>
                                <a:pt x="4937" y="233"/>
                                <a:pt x="4945" y="234"/>
                                <a:pt x="4955" y="234"/>
                              </a:cubicBezTo>
                              <a:lnTo>
                                <a:pt x="4955" y="234"/>
                              </a:lnTo>
                              <a:cubicBezTo>
                                <a:pt x="4966" y="234"/>
                                <a:pt x="4977" y="232"/>
                                <a:pt x="4986" y="229"/>
                              </a:cubicBezTo>
                              <a:lnTo>
                                <a:pt x="4986" y="229"/>
                              </a:lnTo>
                              <a:cubicBezTo>
                                <a:pt x="4996" y="225"/>
                                <a:pt x="5004" y="220"/>
                                <a:pt x="5011" y="213"/>
                              </a:cubicBezTo>
                              <a:lnTo>
                                <a:pt x="5011" y="213"/>
                              </a:lnTo>
                              <a:cubicBezTo>
                                <a:pt x="5019" y="205"/>
                                <a:pt x="5024" y="197"/>
                                <a:pt x="5029" y="188"/>
                              </a:cubicBezTo>
                              <a:lnTo>
                                <a:pt x="5029" y="188"/>
                              </a:lnTo>
                              <a:cubicBezTo>
                                <a:pt x="5033" y="178"/>
                                <a:pt x="5035" y="168"/>
                                <a:pt x="5035" y="158"/>
                              </a:cubicBezTo>
                              <a:lnTo>
                                <a:pt x="5035" y="158"/>
                              </a:lnTo>
                              <a:cubicBezTo>
                                <a:pt x="5035" y="147"/>
                                <a:pt x="5033" y="138"/>
                                <a:pt x="5030" y="129"/>
                              </a:cubicBezTo>
                              <a:lnTo>
                                <a:pt x="5030" y="129"/>
                              </a:lnTo>
                              <a:cubicBezTo>
                                <a:pt x="5025" y="120"/>
                                <a:pt x="5020" y="112"/>
                                <a:pt x="5013" y="106"/>
                              </a:cubicBezTo>
                              <a:lnTo>
                                <a:pt x="5013" y="106"/>
                              </a:lnTo>
                              <a:cubicBezTo>
                                <a:pt x="5006" y="98"/>
                                <a:pt x="4998" y="93"/>
                                <a:pt x="4988" y="89"/>
                              </a:cubicBezTo>
                              <a:lnTo>
                                <a:pt x="4988" y="89"/>
                              </a:lnTo>
                              <a:cubicBezTo>
                                <a:pt x="4978" y="85"/>
                                <a:pt x="4968" y="83"/>
                                <a:pt x="4956" y="83"/>
                              </a:cubicBezTo>
                              <a:lnTo>
                                <a:pt x="4956" y="83"/>
                              </a:lnTo>
                              <a:cubicBezTo>
                                <a:pt x="4950" y="83"/>
                                <a:pt x="4945" y="84"/>
                                <a:pt x="4941" y="85"/>
                              </a:cubicBezTo>
                              <a:lnTo>
                                <a:pt x="4941" y="85"/>
                              </a:lnTo>
                              <a:cubicBezTo>
                                <a:pt x="4937" y="86"/>
                                <a:pt x="4933" y="87"/>
                                <a:pt x="4931" y="89"/>
                              </a:cubicBezTo>
                              <a:lnTo>
                                <a:pt x="4931" y="89"/>
                              </a:lnTo>
                              <a:cubicBezTo>
                                <a:pt x="4928" y="90"/>
                                <a:pt x="4927" y="90"/>
                                <a:pt x="4927" y="90"/>
                              </a:cubicBezTo>
                              <a:lnTo>
                                <a:pt x="4926" y="90"/>
                              </a:lnTo>
                              <a:lnTo>
                                <a:pt x="4926" y="90"/>
                              </a:lnTo>
                              <a:cubicBezTo>
                                <a:pt x="4926" y="90"/>
                                <a:pt x="4926" y="89"/>
                                <a:pt x="4927" y="87"/>
                              </a:cubicBezTo>
                              <a:lnTo>
                                <a:pt x="4927" y="87"/>
                              </a:lnTo>
                              <a:cubicBezTo>
                                <a:pt x="4927" y="85"/>
                                <a:pt x="4928" y="82"/>
                                <a:pt x="4928" y="79"/>
                              </a:cubicBezTo>
                              <a:lnTo>
                                <a:pt x="4933" y="31"/>
                              </a:lnTo>
                              <a:lnTo>
                                <a:pt x="5019" y="31"/>
                              </a:lnTo>
                              <a:lnTo>
                                <a:pt x="5019" y="4"/>
                              </a:lnTo>
                              <a:lnTo>
                                <a:pt x="4906" y="4"/>
                              </a:lnTo>
                              <a:lnTo>
                                <a:pt x="4895" y="116"/>
                              </a:lnTo>
                              <a:lnTo>
                                <a:pt x="4913" y="123"/>
                              </a:lnTo>
                              <a:lnTo>
                                <a:pt x="4913" y="123"/>
                              </a:lnTo>
                              <a:cubicBezTo>
                                <a:pt x="4913" y="123"/>
                                <a:pt x="4914" y="122"/>
                                <a:pt x="4916" y="121"/>
                              </a:cubicBezTo>
                              <a:lnTo>
                                <a:pt x="4916" y="121"/>
                              </a:lnTo>
                              <a:cubicBezTo>
                                <a:pt x="4918" y="120"/>
                                <a:pt x="4920" y="119"/>
                                <a:pt x="4924" y="117"/>
                              </a:cubicBezTo>
                              <a:lnTo>
                                <a:pt x="4924" y="117"/>
                              </a:lnTo>
                              <a:cubicBezTo>
                                <a:pt x="4927" y="116"/>
                                <a:pt x="4931" y="115"/>
                                <a:pt x="4936" y="113"/>
                              </a:cubicBezTo>
                              <a:lnTo>
                                <a:pt x="4936" y="113"/>
                              </a:lnTo>
                              <a:cubicBezTo>
                                <a:pt x="4940" y="112"/>
                                <a:pt x="4945" y="112"/>
                                <a:pt x="4951" y="112"/>
                              </a:cubicBezTo>
                              <a:lnTo>
                                <a:pt x="4951" y="112"/>
                              </a:lnTo>
                              <a:cubicBezTo>
                                <a:pt x="4958" y="112"/>
                                <a:pt x="4965" y="113"/>
                                <a:pt x="4971" y="115"/>
                              </a:cubicBezTo>
                              <a:lnTo>
                                <a:pt x="4971" y="115"/>
                              </a:lnTo>
                              <a:cubicBezTo>
                                <a:pt x="4977" y="117"/>
                                <a:pt x="4983" y="121"/>
                                <a:pt x="4987" y="125"/>
                              </a:cubicBezTo>
                              <a:lnTo>
                                <a:pt x="4987" y="125"/>
                              </a:lnTo>
                              <a:cubicBezTo>
                                <a:pt x="4992" y="129"/>
                                <a:pt x="4995" y="134"/>
                                <a:pt x="4998" y="139"/>
                              </a:cubicBezTo>
                              <a:lnTo>
                                <a:pt x="4998" y="139"/>
                              </a:lnTo>
                              <a:cubicBezTo>
                                <a:pt x="5001" y="145"/>
                                <a:pt x="5002" y="151"/>
                                <a:pt x="5002" y="158"/>
                              </a:cubicBezTo>
                              <a:lnTo>
                                <a:pt x="5002" y="158"/>
                              </a:lnTo>
                              <a:cubicBezTo>
                                <a:pt x="5002" y="165"/>
                                <a:pt x="5001" y="171"/>
                                <a:pt x="4998" y="177"/>
                              </a:cubicBezTo>
                              <a:lnTo>
                                <a:pt x="4998" y="177"/>
                              </a:lnTo>
                              <a:cubicBezTo>
                                <a:pt x="4995" y="182"/>
                                <a:pt x="4992" y="187"/>
                                <a:pt x="4987" y="191"/>
                              </a:cubicBezTo>
                              <a:lnTo>
                                <a:pt x="4987" y="191"/>
                              </a:lnTo>
                              <a:cubicBezTo>
                                <a:pt x="4983" y="195"/>
                                <a:pt x="4977" y="198"/>
                                <a:pt x="4972" y="200"/>
                              </a:cubicBezTo>
                              <a:lnTo>
                                <a:pt x="4972" y="200"/>
                              </a:lnTo>
                              <a:cubicBezTo>
                                <a:pt x="4966" y="202"/>
                                <a:pt x="4959" y="203"/>
                                <a:pt x="4953" y="203"/>
                              </a:cubicBezTo>
                              <a:lnTo>
                                <a:pt x="4953" y="203"/>
                              </a:lnTo>
                              <a:cubicBezTo>
                                <a:pt x="4946" y="203"/>
                                <a:pt x="4941" y="203"/>
                                <a:pt x="4935" y="201"/>
                              </a:cubicBezTo>
                              <a:lnTo>
                                <a:pt x="4935" y="201"/>
                              </a:lnTo>
                              <a:cubicBezTo>
                                <a:pt x="4930" y="199"/>
                                <a:pt x="4926" y="197"/>
                                <a:pt x="4922" y="195"/>
                              </a:cubicBezTo>
                              <a:lnTo>
                                <a:pt x="4922" y="195"/>
                              </a:lnTo>
                              <a:cubicBezTo>
                                <a:pt x="4918" y="193"/>
                                <a:pt x="4914" y="190"/>
                                <a:pt x="4912" y="188"/>
                              </a:cubicBezTo>
                              <a:lnTo>
                                <a:pt x="4912" y="188"/>
                              </a:lnTo>
                              <a:cubicBezTo>
                                <a:pt x="4909" y="185"/>
                                <a:pt x="4907" y="183"/>
                                <a:pt x="4905" y="182"/>
                              </a:cubicBezTo>
                              <a:lnTo>
                                <a:pt x="4905" y="182"/>
                              </a:lnTo>
                              <a:cubicBezTo>
                                <a:pt x="4904" y="180"/>
                                <a:pt x="4903" y="179"/>
                                <a:pt x="4903" y="179"/>
                              </a:cubicBezTo>
                              <a:lnTo>
                                <a:pt x="4885" y="202"/>
                              </a:lnTo>
                              <a:close/>
                              <a:moveTo>
                                <a:pt x="5066" y="202"/>
                              </a:moveTo>
                              <a:lnTo>
                                <a:pt x="5066" y="202"/>
                              </a:lnTo>
                              <a:cubicBezTo>
                                <a:pt x="5066" y="202"/>
                                <a:pt x="5067" y="203"/>
                                <a:pt x="5069" y="205"/>
                              </a:cubicBezTo>
                              <a:lnTo>
                                <a:pt x="5069" y="205"/>
                              </a:lnTo>
                              <a:cubicBezTo>
                                <a:pt x="5071" y="207"/>
                                <a:pt x="5073" y="211"/>
                                <a:pt x="5077" y="214"/>
                              </a:cubicBezTo>
                              <a:lnTo>
                                <a:pt x="5077" y="214"/>
                              </a:lnTo>
                              <a:cubicBezTo>
                                <a:pt x="5081" y="217"/>
                                <a:pt x="5085" y="220"/>
                                <a:pt x="5091" y="223"/>
                              </a:cubicBezTo>
                              <a:lnTo>
                                <a:pt x="5091" y="223"/>
                              </a:lnTo>
                              <a:cubicBezTo>
                                <a:pt x="5096" y="226"/>
                                <a:pt x="5103" y="229"/>
                                <a:pt x="5110" y="231"/>
                              </a:cubicBezTo>
                              <a:lnTo>
                                <a:pt x="5110" y="231"/>
                              </a:lnTo>
                              <a:cubicBezTo>
                                <a:pt x="5117" y="233"/>
                                <a:pt x="5126" y="234"/>
                                <a:pt x="5135" y="234"/>
                              </a:cubicBezTo>
                              <a:lnTo>
                                <a:pt x="5135" y="234"/>
                              </a:lnTo>
                              <a:cubicBezTo>
                                <a:pt x="5146" y="234"/>
                                <a:pt x="5157" y="232"/>
                                <a:pt x="5166" y="229"/>
                              </a:cubicBezTo>
                              <a:lnTo>
                                <a:pt x="5166" y="229"/>
                              </a:lnTo>
                              <a:cubicBezTo>
                                <a:pt x="5177" y="225"/>
                                <a:pt x="5186" y="220"/>
                                <a:pt x="5193" y="213"/>
                              </a:cubicBezTo>
                              <a:lnTo>
                                <a:pt x="5193" y="213"/>
                              </a:lnTo>
                              <a:cubicBezTo>
                                <a:pt x="5200" y="205"/>
                                <a:pt x="5205" y="197"/>
                                <a:pt x="5209" y="188"/>
                              </a:cubicBezTo>
                              <a:lnTo>
                                <a:pt x="5209" y="188"/>
                              </a:lnTo>
                              <a:cubicBezTo>
                                <a:pt x="5213" y="178"/>
                                <a:pt x="5215" y="168"/>
                                <a:pt x="5215" y="158"/>
                              </a:cubicBezTo>
                              <a:lnTo>
                                <a:pt x="5215" y="158"/>
                              </a:lnTo>
                              <a:cubicBezTo>
                                <a:pt x="5215" y="147"/>
                                <a:pt x="5213" y="138"/>
                                <a:pt x="5210" y="129"/>
                              </a:cubicBezTo>
                              <a:lnTo>
                                <a:pt x="5210" y="129"/>
                              </a:lnTo>
                              <a:cubicBezTo>
                                <a:pt x="5206" y="120"/>
                                <a:pt x="5201" y="112"/>
                                <a:pt x="5194" y="106"/>
                              </a:cubicBezTo>
                              <a:lnTo>
                                <a:pt x="5194" y="106"/>
                              </a:lnTo>
                              <a:cubicBezTo>
                                <a:pt x="5187" y="98"/>
                                <a:pt x="5179" y="93"/>
                                <a:pt x="5169" y="89"/>
                              </a:cubicBezTo>
                              <a:lnTo>
                                <a:pt x="5169" y="89"/>
                              </a:lnTo>
                              <a:cubicBezTo>
                                <a:pt x="5159" y="85"/>
                                <a:pt x="5148" y="83"/>
                                <a:pt x="5136" y="83"/>
                              </a:cubicBezTo>
                              <a:lnTo>
                                <a:pt x="5136" y="83"/>
                              </a:lnTo>
                              <a:cubicBezTo>
                                <a:pt x="5130" y="83"/>
                                <a:pt x="5126" y="84"/>
                                <a:pt x="5121" y="85"/>
                              </a:cubicBezTo>
                              <a:lnTo>
                                <a:pt x="5121" y="85"/>
                              </a:lnTo>
                              <a:cubicBezTo>
                                <a:pt x="5117" y="86"/>
                                <a:pt x="5113" y="87"/>
                                <a:pt x="5111" y="89"/>
                              </a:cubicBezTo>
                              <a:lnTo>
                                <a:pt x="5111" y="89"/>
                              </a:lnTo>
                              <a:cubicBezTo>
                                <a:pt x="5108" y="90"/>
                                <a:pt x="5107" y="90"/>
                                <a:pt x="5107" y="90"/>
                              </a:cubicBezTo>
                              <a:lnTo>
                                <a:pt x="5106" y="90"/>
                              </a:lnTo>
                              <a:lnTo>
                                <a:pt x="5106" y="90"/>
                              </a:lnTo>
                              <a:cubicBezTo>
                                <a:pt x="5107" y="90"/>
                                <a:pt x="5107" y="89"/>
                                <a:pt x="5107" y="87"/>
                              </a:cubicBezTo>
                              <a:lnTo>
                                <a:pt x="5107" y="87"/>
                              </a:lnTo>
                              <a:cubicBezTo>
                                <a:pt x="5108" y="85"/>
                                <a:pt x="5108" y="82"/>
                                <a:pt x="5108" y="79"/>
                              </a:cubicBezTo>
                              <a:lnTo>
                                <a:pt x="5113" y="31"/>
                              </a:lnTo>
                              <a:lnTo>
                                <a:pt x="5200" y="31"/>
                              </a:lnTo>
                              <a:lnTo>
                                <a:pt x="5200" y="4"/>
                              </a:lnTo>
                              <a:lnTo>
                                <a:pt x="5086" y="4"/>
                              </a:lnTo>
                              <a:lnTo>
                                <a:pt x="5075" y="116"/>
                              </a:lnTo>
                              <a:lnTo>
                                <a:pt x="5093" y="123"/>
                              </a:lnTo>
                              <a:lnTo>
                                <a:pt x="5093" y="123"/>
                              </a:lnTo>
                              <a:cubicBezTo>
                                <a:pt x="5093" y="123"/>
                                <a:pt x="5094" y="122"/>
                                <a:pt x="5096" y="121"/>
                              </a:cubicBezTo>
                              <a:lnTo>
                                <a:pt x="5096" y="121"/>
                              </a:lnTo>
                              <a:cubicBezTo>
                                <a:pt x="5098" y="120"/>
                                <a:pt x="5100" y="119"/>
                                <a:pt x="5104" y="117"/>
                              </a:cubicBezTo>
                              <a:lnTo>
                                <a:pt x="5104" y="117"/>
                              </a:lnTo>
                              <a:cubicBezTo>
                                <a:pt x="5107" y="116"/>
                                <a:pt x="5111" y="115"/>
                                <a:pt x="5116" y="113"/>
                              </a:cubicBezTo>
                              <a:lnTo>
                                <a:pt x="5116" y="113"/>
                              </a:lnTo>
                              <a:cubicBezTo>
                                <a:pt x="5120" y="112"/>
                                <a:pt x="5125" y="112"/>
                                <a:pt x="5131" y="112"/>
                              </a:cubicBezTo>
                              <a:lnTo>
                                <a:pt x="5131" y="112"/>
                              </a:lnTo>
                              <a:cubicBezTo>
                                <a:pt x="5138" y="112"/>
                                <a:pt x="5145" y="113"/>
                                <a:pt x="5151" y="115"/>
                              </a:cubicBezTo>
                              <a:lnTo>
                                <a:pt x="5151" y="115"/>
                              </a:lnTo>
                              <a:cubicBezTo>
                                <a:pt x="5157" y="117"/>
                                <a:pt x="5163" y="121"/>
                                <a:pt x="5167" y="125"/>
                              </a:cubicBezTo>
                              <a:lnTo>
                                <a:pt x="5167" y="125"/>
                              </a:lnTo>
                              <a:cubicBezTo>
                                <a:pt x="5173" y="129"/>
                                <a:pt x="5177" y="134"/>
                                <a:pt x="5179" y="139"/>
                              </a:cubicBezTo>
                              <a:lnTo>
                                <a:pt x="5179" y="139"/>
                              </a:lnTo>
                              <a:cubicBezTo>
                                <a:pt x="5182" y="145"/>
                                <a:pt x="5183" y="151"/>
                                <a:pt x="5183" y="158"/>
                              </a:cubicBezTo>
                              <a:lnTo>
                                <a:pt x="5183" y="158"/>
                              </a:lnTo>
                              <a:cubicBezTo>
                                <a:pt x="5183" y="165"/>
                                <a:pt x="5182" y="171"/>
                                <a:pt x="5179" y="177"/>
                              </a:cubicBezTo>
                              <a:lnTo>
                                <a:pt x="5179" y="177"/>
                              </a:lnTo>
                              <a:cubicBezTo>
                                <a:pt x="5177" y="182"/>
                                <a:pt x="5173" y="187"/>
                                <a:pt x="5167" y="191"/>
                              </a:cubicBezTo>
                              <a:lnTo>
                                <a:pt x="5167" y="191"/>
                              </a:lnTo>
                              <a:cubicBezTo>
                                <a:pt x="5163" y="195"/>
                                <a:pt x="5158" y="198"/>
                                <a:pt x="5152" y="200"/>
                              </a:cubicBezTo>
                              <a:lnTo>
                                <a:pt x="5152" y="200"/>
                              </a:lnTo>
                              <a:cubicBezTo>
                                <a:pt x="5146" y="202"/>
                                <a:pt x="5140" y="203"/>
                                <a:pt x="5133" y="203"/>
                              </a:cubicBezTo>
                              <a:lnTo>
                                <a:pt x="5133" y="203"/>
                              </a:lnTo>
                              <a:cubicBezTo>
                                <a:pt x="5127" y="203"/>
                                <a:pt x="5121" y="203"/>
                                <a:pt x="5116" y="201"/>
                              </a:cubicBezTo>
                              <a:lnTo>
                                <a:pt x="5116" y="201"/>
                              </a:lnTo>
                              <a:cubicBezTo>
                                <a:pt x="5110" y="199"/>
                                <a:pt x="5106" y="197"/>
                                <a:pt x="5102" y="195"/>
                              </a:cubicBezTo>
                              <a:lnTo>
                                <a:pt x="5102" y="195"/>
                              </a:lnTo>
                              <a:cubicBezTo>
                                <a:pt x="5098" y="193"/>
                                <a:pt x="5094" y="190"/>
                                <a:pt x="5092" y="188"/>
                              </a:cubicBezTo>
                              <a:lnTo>
                                <a:pt x="5092" y="188"/>
                              </a:lnTo>
                              <a:cubicBezTo>
                                <a:pt x="5089" y="185"/>
                                <a:pt x="5087" y="183"/>
                                <a:pt x="5086" y="182"/>
                              </a:cubicBezTo>
                              <a:lnTo>
                                <a:pt x="5086" y="182"/>
                              </a:lnTo>
                              <a:cubicBezTo>
                                <a:pt x="5084" y="180"/>
                                <a:pt x="5084" y="179"/>
                                <a:pt x="5084" y="179"/>
                              </a:cubicBezTo>
                              <a:lnTo>
                                <a:pt x="5066" y="202"/>
                              </a:lnTo>
                              <a:close/>
                              <a:moveTo>
                                <a:pt x="5370" y="202"/>
                              </a:moveTo>
                              <a:lnTo>
                                <a:pt x="5370" y="202"/>
                              </a:lnTo>
                              <a:cubicBezTo>
                                <a:pt x="5370" y="202"/>
                                <a:pt x="5371" y="203"/>
                                <a:pt x="5373" y="205"/>
                              </a:cubicBezTo>
                              <a:lnTo>
                                <a:pt x="5373" y="205"/>
                              </a:lnTo>
                              <a:cubicBezTo>
                                <a:pt x="5375" y="207"/>
                                <a:pt x="5377" y="211"/>
                                <a:pt x="5381" y="214"/>
                              </a:cubicBezTo>
                              <a:lnTo>
                                <a:pt x="5381" y="214"/>
                              </a:lnTo>
                              <a:cubicBezTo>
                                <a:pt x="5385" y="217"/>
                                <a:pt x="5389" y="220"/>
                                <a:pt x="5395" y="223"/>
                              </a:cubicBezTo>
                              <a:lnTo>
                                <a:pt x="5395" y="223"/>
                              </a:lnTo>
                              <a:cubicBezTo>
                                <a:pt x="5400" y="226"/>
                                <a:pt x="5407" y="229"/>
                                <a:pt x="5414" y="231"/>
                              </a:cubicBezTo>
                              <a:lnTo>
                                <a:pt x="5414" y="231"/>
                              </a:lnTo>
                              <a:cubicBezTo>
                                <a:pt x="5421" y="233"/>
                                <a:pt x="5430" y="234"/>
                                <a:pt x="5439" y="234"/>
                              </a:cubicBezTo>
                              <a:lnTo>
                                <a:pt x="5439" y="234"/>
                              </a:lnTo>
                              <a:cubicBezTo>
                                <a:pt x="5451" y="234"/>
                                <a:pt x="5462" y="232"/>
                                <a:pt x="5471" y="229"/>
                              </a:cubicBezTo>
                              <a:lnTo>
                                <a:pt x="5471" y="229"/>
                              </a:lnTo>
                              <a:cubicBezTo>
                                <a:pt x="5481" y="225"/>
                                <a:pt x="5489" y="220"/>
                                <a:pt x="5497" y="213"/>
                              </a:cubicBezTo>
                              <a:lnTo>
                                <a:pt x="5497" y="213"/>
                              </a:lnTo>
                              <a:cubicBezTo>
                                <a:pt x="5504" y="205"/>
                                <a:pt x="5509" y="197"/>
                                <a:pt x="5513" y="188"/>
                              </a:cubicBezTo>
                              <a:lnTo>
                                <a:pt x="5513" y="188"/>
                              </a:lnTo>
                              <a:cubicBezTo>
                                <a:pt x="5517" y="178"/>
                                <a:pt x="5519" y="168"/>
                                <a:pt x="5519" y="158"/>
                              </a:cubicBezTo>
                              <a:lnTo>
                                <a:pt x="5519" y="158"/>
                              </a:lnTo>
                              <a:cubicBezTo>
                                <a:pt x="5519" y="147"/>
                                <a:pt x="5517" y="138"/>
                                <a:pt x="5514" y="129"/>
                              </a:cubicBezTo>
                              <a:lnTo>
                                <a:pt x="5514" y="129"/>
                              </a:lnTo>
                              <a:cubicBezTo>
                                <a:pt x="5510" y="120"/>
                                <a:pt x="5505" y="112"/>
                                <a:pt x="5498" y="106"/>
                              </a:cubicBezTo>
                              <a:lnTo>
                                <a:pt x="5498" y="106"/>
                              </a:lnTo>
                              <a:cubicBezTo>
                                <a:pt x="5491" y="98"/>
                                <a:pt x="5483" y="93"/>
                                <a:pt x="5473" y="89"/>
                              </a:cubicBezTo>
                              <a:lnTo>
                                <a:pt x="5473" y="89"/>
                              </a:lnTo>
                              <a:cubicBezTo>
                                <a:pt x="5464" y="85"/>
                                <a:pt x="5453" y="83"/>
                                <a:pt x="5440" y="83"/>
                              </a:cubicBezTo>
                              <a:lnTo>
                                <a:pt x="5440" y="83"/>
                              </a:lnTo>
                              <a:cubicBezTo>
                                <a:pt x="5434" y="83"/>
                                <a:pt x="5430" y="84"/>
                                <a:pt x="5425" y="85"/>
                              </a:cubicBezTo>
                              <a:lnTo>
                                <a:pt x="5425" y="85"/>
                              </a:lnTo>
                              <a:cubicBezTo>
                                <a:pt x="5421" y="86"/>
                                <a:pt x="5417" y="87"/>
                                <a:pt x="5415" y="89"/>
                              </a:cubicBezTo>
                              <a:lnTo>
                                <a:pt x="5415" y="89"/>
                              </a:lnTo>
                              <a:cubicBezTo>
                                <a:pt x="5412" y="90"/>
                                <a:pt x="5411" y="90"/>
                                <a:pt x="5411" y="90"/>
                              </a:cubicBezTo>
                              <a:lnTo>
                                <a:pt x="5410" y="90"/>
                              </a:lnTo>
                              <a:lnTo>
                                <a:pt x="5410" y="90"/>
                              </a:lnTo>
                              <a:cubicBezTo>
                                <a:pt x="5410" y="90"/>
                                <a:pt x="5411" y="89"/>
                                <a:pt x="5411" y="87"/>
                              </a:cubicBezTo>
                              <a:lnTo>
                                <a:pt x="5411" y="87"/>
                              </a:lnTo>
                              <a:cubicBezTo>
                                <a:pt x="5412" y="85"/>
                                <a:pt x="5412" y="82"/>
                                <a:pt x="5412" y="79"/>
                              </a:cubicBezTo>
                              <a:lnTo>
                                <a:pt x="5417" y="31"/>
                              </a:lnTo>
                              <a:lnTo>
                                <a:pt x="5504" y="31"/>
                              </a:lnTo>
                              <a:lnTo>
                                <a:pt x="5504" y="4"/>
                              </a:lnTo>
                              <a:lnTo>
                                <a:pt x="5390" y="4"/>
                              </a:lnTo>
                              <a:lnTo>
                                <a:pt x="5379" y="116"/>
                              </a:lnTo>
                              <a:lnTo>
                                <a:pt x="5397" y="123"/>
                              </a:lnTo>
                              <a:lnTo>
                                <a:pt x="5397" y="123"/>
                              </a:lnTo>
                              <a:cubicBezTo>
                                <a:pt x="5397" y="123"/>
                                <a:pt x="5398" y="122"/>
                                <a:pt x="5400" y="121"/>
                              </a:cubicBezTo>
                              <a:lnTo>
                                <a:pt x="5400" y="121"/>
                              </a:lnTo>
                              <a:cubicBezTo>
                                <a:pt x="5402" y="120"/>
                                <a:pt x="5404" y="119"/>
                                <a:pt x="5408" y="117"/>
                              </a:cubicBezTo>
                              <a:lnTo>
                                <a:pt x="5408" y="117"/>
                              </a:lnTo>
                              <a:cubicBezTo>
                                <a:pt x="5411" y="116"/>
                                <a:pt x="5415" y="115"/>
                                <a:pt x="5420" y="113"/>
                              </a:cubicBezTo>
                              <a:lnTo>
                                <a:pt x="5420" y="113"/>
                              </a:lnTo>
                              <a:cubicBezTo>
                                <a:pt x="5424" y="112"/>
                                <a:pt x="5429" y="112"/>
                                <a:pt x="5435" y="112"/>
                              </a:cubicBezTo>
                              <a:lnTo>
                                <a:pt x="5435" y="112"/>
                              </a:lnTo>
                              <a:cubicBezTo>
                                <a:pt x="5442" y="112"/>
                                <a:pt x="5449" y="113"/>
                                <a:pt x="5456" y="115"/>
                              </a:cubicBezTo>
                              <a:lnTo>
                                <a:pt x="5456" y="115"/>
                              </a:lnTo>
                              <a:cubicBezTo>
                                <a:pt x="5462" y="117"/>
                                <a:pt x="5468" y="121"/>
                                <a:pt x="5472" y="125"/>
                              </a:cubicBezTo>
                              <a:lnTo>
                                <a:pt x="5472" y="125"/>
                              </a:lnTo>
                              <a:cubicBezTo>
                                <a:pt x="5477" y="129"/>
                                <a:pt x="5481" y="134"/>
                                <a:pt x="5483" y="139"/>
                              </a:cubicBezTo>
                              <a:lnTo>
                                <a:pt x="5483" y="139"/>
                              </a:lnTo>
                              <a:cubicBezTo>
                                <a:pt x="5486" y="145"/>
                                <a:pt x="5487" y="151"/>
                                <a:pt x="5487" y="158"/>
                              </a:cubicBezTo>
                              <a:lnTo>
                                <a:pt x="5487" y="158"/>
                              </a:lnTo>
                              <a:cubicBezTo>
                                <a:pt x="5487" y="165"/>
                                <a:pt x="5486" y="171"/>
                                <a:pt x="5483" y="177"/>
                              </a:cubicBezTo>
                              <a:lnTo>
                                <a:pt x="5483" y="177"/>
                              </a:lnTo>
                              <a:cubicBezTo>
                                <a:pt x="5481" y="182"/>
                                <a:pt x="5477" y="187"/>
                                <a:pt x="5472" y="191"/>
                              </a:cubicBezTo>
                              <a:lnTo>
                                <a:pt x="5472" y="191"/>
                              </a:lnTo>
                              <a:cubicBezTo>
                                <a:pt x="5468" y="195"/>
                                <a:pt x="5463" y="198"/>
                                <a:pt x="5457" y="200"/>
                              </a:cubicBezTo>
                              <a:lnTo>
                                <a:pt x="5457" y="200"/>
                              </a:lnTo>
                              <a:cubicBezTo>
                                <a:pt x="5451" y="202"/>
                                <a:pt x="5444" y="203"/>
                                <a:pt x="5437" y="203"/>
                              </a:cubicBezTo>
                              <a:lnTo>
                                <a:pt x="5437" y="203"/>
                              </a:lnTo>
                              <a:cubicBezTo>
                                <a:pt x="5430" y="203"/>
                                <a:pt x="5425" y="203"/>
                                <a:pt x="5420" y="201"/>
                              </a:cubicBezTo>
                              <a:lnTo>
                                <a:pt x="5420" y="201"/>
                              </a:lnTo>
                              <a:cubicBezTo>
                                <a:pt x="5414" y="199"/>
                                <a:pt x="5410" y="197"/>
                                <a:pt x="5406" y="195"/>
                              </a:cubicBezTo>
                              <a:lnTo>
                                <a:pt x="5406" y="195"/>
                              </a:lnTo>
                              <a:cubicBezTo>
                                <a:pt x="5402" y="193"/>
                                <a:pt x="5398" y="190"/>
                                <a:pt x="5396" y="188"/>
                              </a:cubicBezTo>
                              <a:lnTo>
                                <a:pt x="5396" y="188"/>
                              </a:lnTo>
                              <a:cubicBezTo>
                                <a:pt x="5393" y="185"/>
                                <a:pt x="5391" y="183"/>
                                <a:pt x="5390" y="182"/>
                              </a:cubicBezTo>
                              <a:lnTo>
                                <a:pt x="5390" y="182"/>
                              </a:lnTo>
                              <a:cubicBezTo>
                                <a:pt x="5388" y="180"/>
                                <a:pt x="5388" y="179"/>
                                <a:pt x="5388" y="179"/>
                              </a:cubicBezTo>
                              <a:lnTo>
                                <a:pt x="5370" y="202"/>
                              </a:lnTo>
                              <a:close/>
                              <a:moveTo>
                                <a:pt x="5553" y="165"/>
                              </a:moveTo>
                              <a:lnTo>
                                <a:pt x="5553" y="165"/>
                              </a:lnTo>
                              <a:cubicBezTo>
                                <a:pt x="5553" y="175"/>
                                <a:pt x="5555" y="184"/>
                                <a:pt x="5559" y="193"/>
                              </a:cubicBezTo>
                              <a:lnTo>
                                <a:pt x="5559" y="193"/>
                              </a:lnTo>
                              <a:cubicBezTo>
                                <a:pt x="5563" y="201"/>
                                <a:pt x="5568" y="209"/>
                                <a:pt x="5575" y="215"/>
                              </a:cubicBezTo>
                              <a:lnTo>
                                <a:pt x="5575" y="215"/>
                              </a:lnTo>
                              <a:cubicBezTo>
                                <a:pt x="5582" y="221"/>
                                <a:pt x="5592" y="226"/>
                                <a:pt x="5601" y="229"/>
                              </a:cubicBezTo>
                              <a:lnTo>
                                <a:pt x="5601" y="229"/>
                              </a:lnTo>
                              <a:cubicBezTo>
                                <a:pt x="5611" y="233"/>
                                <a:pt x="5621" y="234"/>
                                <a:pt x="5632" y="234"/>
                              </a:cubicBezTo>
                              <a:lnTo>
                                <a:pt x="5632" y="234"/>
                              </a:lnTo>
                              <a:cubicBezTo>
                                <a:pt x="5644" y="234"/>
                                <a:pt x="5655" y="232"/>
                                <a:pt x="5664" y="229"/>
                              </a:cubicBezTo>
                              <a:lnTo>
                                <a:pt x="5664" y="229"/>
                              </a:lnTo>
                              <a:cubicBezTo>
                                <a:pt x="5674" y="225"/>
                                <a:pt x="5682" y="221"/>
                                <a:pt x="5689" y="214"/>
                              </a:cubicBezTo>
                              <a:lnTo>
                                <a:pt x="5689" y="214"/>
                              </a:lnTo>
                              <a:cubicBezTo>
                                <a:pt x="5695" y="207"/>
                                <a:pt x="5700" y="200"/>
                                <a:pt x="5704" y="193"/>
                              </a:cubicBezTo>
                              <a:lnTo>
                                <a:pt x="5704" y="193"/>
                              </a:lnTo>
                              <a:cubicBezTo>
                                <a:pt x="5708" y="185"/>
                                <a:pt x="5709" y="176"/>
                                <a:pt x="5709" y="167"/>
                              </a:cubicBezTo>
                              <a:lnTo>
                                <a:pt x="5709" y="167"/>
                              </a:lnTo>
                              <a:cubicBezTo>
                                <a:pt x="5709" y="160"/>
                                <a:pt x="5708" y="153"/>
                                <a:pt x="5705" y="147"/>
                              </a:cubicBezTo>
                              <a:lnTo>
                                <a:pt x="5705" y="147"/>
                              </a:lnTo>
                              <a:cubicBezTo>
                                <a:pt x="5703" y="141"/>
                                <a:pt x="5699" y="136"/>
                                <a:pt x="5694" y="132"/>
                              </a:cubicBezTo>
                              <a:lnTo>
                                <a:pt x="5694" y="132"/>
                              </a:lnTo>
                              <a:cubicBezTo>
                                <a:pt x="5690" y="127"/>
                                <a:pt x="5685" y="123"/>
                                <a:pt x="5679" y="120"/>
                              </a:cubicBezTo>
                              <a:lnTo>
                                <a:pt x="5679" y="120"/>
                              </a:lnTo>
                              <a:cubicBezTo>
                                <a:pt x="5680" y="119"/>
                                <a:pt x="5681" y="118"/>
                                <a:pt x="5683" y="115"/>
                              </a:cubicBezTo>
                              <a:lnTo>
                                <a:pt x="5683" y="115"/>
                              </a:lnTo>
                              <a:cubicBezTo>
                                <a:pt x="5685" y="113"/>
                                <a:pt x="5687" y="110"/>
                                <a:pt x="5690" y="106"/>
                              </a:cubicBezTo>
                              <a:lnTo>
                                <a:pt x="5690" y="106"/>
                              </a:lnTo>
                              <a:cubicBezTo>
                                <a:pt x="5692" y="103"/>
                                <a:pt x="5695" y="97"/>
                                <a:pt x="5697" y="93"/>
                              </a:cubicBezTo>
                              <a:lnTo>
                                <a:pt x="5697" y="93"/>
                              </a:lnTo>
                              <a:cubicBezTo>
                                <a:pt x="5699" y="88"/>
                                <a:pt x="5702" y="83"/>
                                <a:pt x="5703" y="77"/>
                              </a:cubicBezTo>
                              <a:lnTo>
                                <a:pt x="5703" y="77"/>
                              </a:lnTo>
                              <a:cubicBezTo>
                                <a:pt x="5705" y="72"/>
                                <a:pt x="5706" y="66"/>
                                <a:pt x="5706" y="60"/>
                              </a:cubicBezTo>
                              <a:lnTo>
                                <a:pt x="5706" y="60"/>
                              </a:lnTo>
                              <a:cubicBezTo>
                                <a:pt x="5706" y="51"/>
                                <a:pt x="5704" y="42"/>
                                <a:pt x="5700" y="35"/>
                              </a:cubicBezTo>
                              <a:lnTo>
                                <a:pt x="5700" y="35"/>
                              </a:lnTo>
                              <a:cubicBezTo>
                                <a:pt x="5697" y="28"/>
                                <a:pt x="5692" y="21"/>
                                <a:pt x="5686" y="16"/>
                              </a:cubicBezTo>
                              <a:lnTo>
                                <a:pt x="5686" y="16"/>
                              </a:lnTo>
                              <a:cubicBezTo>
                                <a:pt x="5680" y="11"/>
                                <a:pt x="5672" y="7"/>
                                <a:pt x="5664" y="4"/>
                              </a:cubicBezTo>
                              <a:lnTo>
                                <a:pt x="5664" y="4"/>
                              </a:lnTo>
                              <a:cubicBezTo>
                                <a:pt x="5655" y="1"/>
                                <a:pt x="5645" y="0"/>
                                <a:pt x="5635" y="0"/>
                              </a:cubicBezTo>
                              <a:lnTo>
                                <a:pt x="5635" y="0"/>
                              </a:lnTo>
                              <a:cubicBezTo>
                                <a:pt x="5623" y="0"/>
                                <a:pt x="5613" y="2"/>
                                <a:pt x="5604" y="5"/>
                              </a:cubicBezTo>
                              <a:lnTo>
                                <a:pt x="5604" y="5"/>
                              </a:lnTo>
                              <a:cubicBezTo>
                                <a:pt x="5595" y="8"/>
                                <a:pt x="5587" y="13"/>
                                <a:pt x="5581" y="18"/>
                              </a:cubicBezTo>
                              <a:lnTo>
                                <a:pt x="5581" y="18"/>
                              </a:lnTo>
                              <a:cubicBezTo>
                                <a:pt x="5575" y="24"/>
                                <a:pt x="5571" y="30"/>
                                <a:pt x="5568" y="37"/>
                              </a:cubicBezTo>
                              <a:lnTo>
                                <a:pt x="5568" y="37"/>
                              </a:lnTo>
                              <a:cubicBezTo>
                                <a:pt x="5565" y="44"/>
                                <a:pt x="5564" y="51"/>
                                <a:pt x="5564" y="59"/>
                              </a:cubicBezTo>
                              <a:lnTo>
                                <a:pt x="5564" y="59"/>
                              </a:lnTo>
                              <a:cubicBezTo>
                                <a:pt x="5564" y="66"/>
                                <a:pt x="5565" y="72"/>
                                <a:pt x="5567" y="77"/>
                              </a:cubicBezTo>
                              <a:lnTo>
                                <a:pt x="5567" y="77"/>
                              </a:lnTo>
                              <a:cubicBezTo>
                                <a:pt x="5569" y="83"/>
                                <a:pt x="5572" y="88"/>
                                <a:pt x="5576" y="92"/>
                              </a:cubicBezTo>
                              <a:lnTo>
                                <a:pt x="5576" y="92"/>
                              </a:lnTo>
                              <a:cubicBezTo>
                                <a:pt x="5580" y="96"/>
                                <a:pt x="5584" y="100"/>
                                <a:pt x="5589" y="105"/>
                              </a:cubicBezTo>
                              <a:lnTo>
                                <a:pt x="5589" y="105"/>
                              </a:lnTo>
                              <a:cubicBezTo>
                                <a:pt x="5588" y="106"/>
                                <a:pt x="5586" y="107"/>
                                <a:pt x="5583" y="109"/>
                              </a:cubicBezTo>
                              <a:lnTo>
                                <a:pt x="5583" y="109"/>
                              </a:lnTo>
                              <a:cubicBezTo>
                                <a:pt x="5580" y="111"/>
                                <a:pt x="5577" y="114"/>
                                <a:pt x="5574" y="118"/>
                              </a:cubicBezTo>
                              <a:lnTo>
                                <a:pt x="5574" y="118"/>
                              </a:lnTo>
                              <a:cubicBezTo>
                                <a:pt x="5570" y="121"/>
                                <a:pt x="5567" y="125"/>
                                <a:pt x="5564" y="130"/>
                              </a:cubicBezTo>
                              <a:lnTo>
                                <a:pt x="5564" y="130"/>
                              </a:lnTo>
                              <a:cubicBezTo>
                                <a:pt x="5561" y="134"/>
                                <a:pt x="5558" y="140"/>
                                <a:pt x="5556" y="146"/>
                              </a:cubicBezTo>
                              <a:lnTo>
                                <a:pt x="5556" y="146"/>
                              </a:lnTo>
                              <a:cubicBezTo>
                                <a:pt x="5554" y="151"/>
                                <a:pt x="5553" y="158"/>
                                <a:pt x="5553" y="165"/>
                              </a:cubicBezTo>
                              <a:close/>
                              <a:moveTo>
                                <a:pt x="5677" y="166"/>
                              </a:moveTo>
                              <a:lnTo>
                                <a:pt x="5677" y="166"/>
                              </a:lnTo>
                              <a:cubicBezTo>
                                <a:pt x="5677" y="172"/>
                                <a:pt x="5676" y="178"/>
                                <a:pt x="5673" y="182"/>
                              </a:cubicBezTo>
                              <a:lnTo>
                                <a:pt x="5673" y="182"/>
                              </a:lnTo>
                              <a:cubicBezTo>
                                <a:pt x="5671" y="187"/>
                                <a:pt x="5668" y="191"/>
                                <a:pt x="5664" y="194"/>
                              </a:cubicBezTo>
                              <a:lnTo>
                                <a:pt x="5664" y="194"/>
                              </a:lnTo>
                              <a:cubicBezTo>
                                <a:pt x="5659" y="198"/>
                                <a:pt x="5655" y="200"/>
                                <a:pt x="5649" y="202"/>
                              </a:cubicBezTo>
                              <a:lnTo>
                                <a:pt x="5649" y="202"/>
                              </a:lnTo>
                              <a:cubicBezTo>
                                <a:pt x="5644" y="204"/>
                                <a:pt x="5638" y="205"/>
                                <a:pt x="5632" y="205"/>
                              </a:cubicBezTo>
                              <a:lnTo>
                                <a:pt x="5632" y="205"/>
                              </a:lnTo>
                              <a:cubicBezTo>
                                <a:pt x="5626" y="205"/>
                                <a:pt x="5621" y="204"/>
                                <a:pt x="5615" y="202"/>
                              </a:cubicBezTo>
                              <a:lnTo>
                                <a:pt x="5615" y="202"/>
                              </a:lnTo>
                              <a:cubicBezTo>
                                <a:pt x="5610" y="200"/>
                                <a:pt x="5605" y="197"/>
                                <a:pt x="5600" y="193"/>
                              </a:cubicBezTo>
                              <a:lnTo>
                                <a:pt x="5600" y="193"/>
                              </a:lnTo>
                              <a:cubicBezTo>
                                <a:pt x="5596" y="190"/>
                                <a:pt x="5593" y="185"/>
                                <a:pt x="5589" y="180"/>
                              </a:cubicBezTo>
                              <a:lnTo>
                                <a:pt x="5589" y="180"/>
                              </a:lnTo>
                              <a:cubicBezTo>
                                <a:pt x="5587" y="175"/>
                                <a:pt x="5585" y="169"/>
                                <a:pt x="5585" y="163"/>
                              </a:cubicBezTo>
                              <a:lnTo>
                                <a:pt x="5585" y="163"/>
                              </a:lnTo>
                              <a:cubicBezTo>
                                <a:pt x="5585" y="157"/>
                                <a:pt x="5586" y="151"/>
                                <a:pt x="5588" y="146"/>
                              </a:cubicBezTo>
                              <a:lnTo>
                                <a:pt x="5588" y="146"/>
                              </a:lnTo>
                              <a:cubicBezTo>
                                <a:pt x="5592" y="141"/>
                                <a:pt x="5594" y="137"/>
                                <a:pt x="5597" y="133"/>
                              </a:cubicBezTo>
                              <a:lnTo>
                                <a:pt x="5597" y="133"/>
                              </a:lnTo>
                              <a:cubicBezTo>
                                <a:pt x="5600" y="129"/>
                                <a:pt x="5603" y="126"/>
                                <a:pt x="5606" y="124"/>
                              </a:cubicBezTo>
                              <a:lnTo>
                                <a:pt x="5606" y="124"/>
                              </a:lnTo>
                              <a:cubicBezTo>
                                <a:pt x="5609" y="121"/>
                                <a:pt x="5611" y="119"/>
                                <a:pt x="5613" y="118"/>
                              </a:cubicBezTo>
                              <a:lnTo>
                                <a:pt x="5613" y="118"/>
                              </a:lnTo>
                              <a:cubicBezTo>
                                <a:pt x="5619" y="121"/>
                                <a:pt x="5626" y="124"/>
                                <a:pt x="5632" y="126"/>
                              </a:cubicBezTo>
                              <a:lnTo>
                                <a:pt x="5632" y="126"/>
                              </a:lnTo>
                              <a:cubicBezTo>
                                <a:pt x="5638" y="129"/>
                                <a:pt x="5643" y="132"/>
                                <a:pt x="5649" y="134"/>
                              </a:cubicBezTo>
                              <a:lnTo>
                                <a:pt x="5649" y="134"/>
                              </a:lnTo>
                              <a:cubicBezTo>
                                <a:pt x="5654" y="137"/>
                                <a:pt x="5659" y="140"/>
                                <a:pt x="5663" y="143"/>
                              </a:cubicBezTo>
                              <a:lnTo>
                                <a:pt x="5663" y="143"/>
                              </a:lnTo>
                              <a:cubicBezTo>
                                <a:pt x="5668" y="146"/>
                                <a:pt x="5671" y="150"/>
                                <a:pt x="5673" y="154"/>
                              </a:cubicBezTo>
                              <a:lnTo>
                                <a:pt x="5673" y="154"/>
                              </a:lnTo>
                              <a:cubicBezTo>
                                <a:pt x="5676" y="157"/>
                                <a:pt x="5677" y="162"/>
                                <a:pt x="5677" y="166"/>
                              </a:cubicBezTo>
                              <a:close/>
                              <a:moveTo>
                                <a:pt x="5596" y="59"/>
                              </a:moveTo>
                              <a:lnTo>
                                <a:pt x="5596" y="59"/>
                              </a:lnTo>
                              <a:cubicBezTo>
                                <a:pt x="5596" y="54"/>
                                <a:pt x="5598" y="48"/>
                                <a:pt x="5601" y="44"/>
                              </a:cubicBezTo>
                              <a:lnTo>
                                <a:pt x="5601" y="44"/>
                              </a:lnTo>
                              <a:cubicBezTo>
                                <a:pt x="5604" y="39"/>
                                <a:pt x="5608" y="35"/>
                                <a:pt x="5614" y="33"/>
                              </a:cubicBezTo>
                              <a:lnTo>
                                <a:pt x="5614" y="33"/>
                              </a:lnTo>
                              <a:cubicBezTo>
                                <a:pt x="5619" y="30"/>
                                <a:pt x="5626" y="28"/>
                                <a:pt x="5635" y="28"/>
                              </a:cubicBezTo>
                              <a:lnTo>
                                <a:pt x="5635" y="28"/>
                              </a:lnTo>
                              <a:cubicBezTo>
                                <a:pt x="5643" y="28"/>
                                <a:pt x="5650" y="30"/>
                                <a:pt x="5655" y="32"/>
                              </a:cubicBezTo>
                              <a:lnTo>
                                <a:pt x="5655" y="32"/>
                              </a:lnTo>
                              <a:cubicBezTo>
                                <a:pt x="5662" y="35"/>
                                <a:pt x="5666" y="39"/>
                                <a:pt x="5670" y="44"/>
                              </a:cubicBezTo>
                              <a:lnTo>
                                <a:pt x="5670" y="44"/>
                              </a:lnTo>
                              <a:cubicBezTo>
                                <a:pt x="5673" y="49"/>
                                <a:pt x="5675" y="55"/>
                                <a:pt x="5675" y="62"/>
                              </a:cubicBezTo>
                              <a:lnTo>
                                <a:pt x="5675" y="62"/>
                              </a:lnTo>
                              <a:cubicBezTo>
                                <a:pt x="5675" y="68"/>
                                <a:pt x="5674" y="73"/>
                                <a:pt x="5672" y="78"/>
                              </a:cubicBezTo>
                              <a:lnTo>
                                <a:pt x="5672" y="78"/>
                              </a:lnTo>
                              <a:cubicBezTo>
                                <a:pt x="5671" y="83"/>
                                <a:pt x="5669" y="88"/>
                                <a:pt x="5666" y="92"/>
                              </a:cubicBezTo>
                              <a:lnTo>
                                <a:pt x="5666" y="92"/>
                              </a:lnTo>
                              <a:cubicBezTo>
                                <a:pt x="5664" y="95"/>
                                <a:pt x="5662" y="99"/>
                                <a:pt x="5660" y="101"/>
                              </a:cubicBezTo>
                              <a:lnTo>
                                <a:pt x="5660" y="101"/>
                              </a:lnTo>
                              <a:cubicBezTo>
                                <a:pt x="5658" y="105"/>
                                <a:pt x="5656" y="106"/>
                                <a:pt x="5655" y="107"/>
                              </a:cubicBezTo>
                              <a:lnTo>
                                <a:pt x="5655" y="107"/>
                              </a:lnTo>
                              <a:cubicBezTo>
                                <a:pt x="5648" y="104"/>
                                <a:pt x="5641" y="100"/>
                                <a:pt x="5634" y="97"/>
                              </a:cubicBezTo>
                              <a:lnTo>
                                <a:pt x="5634" y="97"/>
                              </a:lnTo>
                              <a:cubicBezTo>
                                <a:pt x="5627" y="94"/>
                                <a:pt x="5620" y="91"/>
                                <a:pt x="5615" y="88"/>
                              </a:cubicBezTo>
                              <a:lnTo>
                                <a:pt x="5615" y="88"/>
                              </a:lnTo>
                              <a:cubicBezTo>
                                <a:pt x="5609" y="84"/>
                                <a:pt x="5605" y="80"/>
                                <a:pt x="5601" y="75"/>
                              </a:cubicBezTo>
                              <a:lnTo>
                                <a:pt x="5601" y="75"/>
                              </a:lnTo>
                              <a:cubicBezTo>
                                <a:pt x="5598" y="71"/>
                                <a:pt x="5596" y="66"/>
                                <a:pt x="5596" y="59"/>
                              </a:cubicBezTo>
                              <a:close/>
                              <a:moveTo>
                                <a:pt x="0" y="631"/>
                              </a:moveTo>
                              <a:lnTo>
                                <a:pt x="0" y="631"/>
                              </a:lnTo>
                              <a:cubicBezTo>
                                <a:pt x="0" y="643"/>
                                <a:pt x="2" y="655"/>
                                <a:pt x="7" y="665"/>
                              </a:cubicBezTo>
                              <a:lnTo>
                                <a:pt x="7" y="665"/>
                              </a:lnTo>
                              <a:cubicBezTo>
                                <a:pt x="11" y="675"/>
                                <a:pt x="16" y="684"/>
                                <a:pt x="24" y="692"/>
                              </a:cubicBezTo>
                              <a:lnTo>
                                <a:pt x="24" y="692"/>
                              </a:lnTo>
                              <a:cubicBezTo>
                                <a:pt x="32" y="699"/>
                                <a:pt x="41" y="705"/>
                                <a:pt x="51" y="709"/>
                              </a:cubicBezTo>
                              <a:lnTo>
                                <a:pt x="51" y="709"/>
                              </a:lnTo>
                              <a:cubicBezTo>
                                <a:pt x="61" y="714"/>
                                <a:pt x="73" y="716"/>
                                <a:pt x="86" y="716"/>
                              </a:cubicBezTo>
                              <a:lnTo>
                                <a:pt x="86" y="716"/>
                              </a:lnTo>
                              <a:cubicBezTo>
                                <a:pt x="94" y="716"/>
                                <a:pt x="101" y="715"/>
                                <a:pt x="108" y="713"/>
                              </a:cubicBezTo>
                              <a:lnTo>
                                <a:pt x="108" y="713"/>
                              </a:lnTo>
                              <a:cubicBezTo>
                                <a:pt x="114" y="712"/>
                                <a:pt x="120" y="710"/>
                                <a:pt x="125" y="708"/>
                              </a:cubicBezTo>
                              <a:lnTo>
                                <a:pt x="125" y="708"/>
                              </a:lnTo>
                              <a:cubicBezTo>
                                <a:pt x="130" y="706"/>
                                <a:pt x="135" y="703"/>
                                <a:pt x="138" y="701"/>
                              </a:cubicBezTo>
                              <a:lnTo>
                                <a:pt x="138" y="701"/>
                              </a:lnTo>
                              <a:cubicBezTo>
                                <a:pt x="142" y="699"/>
                                <a:pt x="144" y="697"/>
                                <a:pt x="146" y="695"/>
                              </a:cubicBezTo>
                              <a:lnTo>
                                <a:pt x="146" y="695"/>
                              </a:lnTo>
                              <a:cubicBezTo>
                                <a:pt x="148" y="694"/>
                                <a:pt x="149" y="693"/>
                                <a:pt x="149" y="693"/>
                              </a:cubicBezTo>
                              <a:lnTo>
                                <a:pt x="136" y="670"/>
                              </a:lnTo>
                              <a:lnTo>
                                <a:pt x="136" y="670"/>
                              </a:lnTo>
                              <a:cubicBezTo>
                                <a:pt x="136" y="670"/>
                                <a:pt x="136" y="671"/>
                                <a:pt x="134" y="672"/>
                              </a:cubicBezTo>
                              <a:lnTo>
                                <a:pt x="134" y="672"/>
                              </a:lnTo>
                              <a:cubicBezTo>
                                <a:pt x="133" y="674"/>
                                <a:pt x="130" y="675"/>
                                <a:pt x="128" y="677"/>
                              </a:cubicBezTo>
                              <a:lnTo>
                                <a:pt x="128" y="677"/>
                              </a:lnTo>
                              <a:cubicBezTo>
                                <a:pt x="125" y="679"/>
                                <a:pt x="121" y="681"/>
                                <a:pt x="117" y="683"/>
                              </a:cubicBezTo>
                              <a:lnTo>
                                <a:pt x="117" y="683"/>
                              </a:lnTo>
                              <a:cubicBezTo>
                                <a:pt x="113" y="684"/>
                                <a:pt x="109" y="686"/>
                                <a:pt x="104" y="687"/>
                              </a:cubicBezTo>
                              <a:lnTo>
                                <a:pt x="104" y="687"/>
                              </a:lnTo>
                              <a:cubicBezTo>
                                <a:pt x="99" y="688"/>
                                <a:pt x="94" y="689"/>
                                <a:pt x="88" y="689"/>
                              </a:cubicBezTo>
                              <a:lnTo>
                                <a:pt x="88" y="689"/>
                              </a:lnTo>
                              <a:cubicBezTo>
                                <a:pt x="80" y="689"/>
                                <a:pt x="74" y="688"/>
                                <a:pt x="67" y="686"/>
                              </a:cubicBezTo>
                              <a:lnTo>
                                <a:pt x="67" y="686"/>
                              </a:lnTo>
                              <a:cubicBezTo>
                                <a:pt x="61" y="684"/>
                                <a:pt x="55" y="680"/>
                                <a:pt x="50" y="676"/>
                              </a:cubicBezTo>
                              <a:lnTo>
                                <a:pt x="50" y="676"/>
                              </a:lnTo>
                              <a:cubicBezTo>
                                <a:pt x="45" y="671"/>
                                <a:pt x="41" y="666"/>
                                <a:pt x="38" y="659"/>
                              </a:cubicBezTo>
                              <a:lnTo>
                                <a:pt x="38" y="659"/>
                              </a:lnTo>
                              <a:cubicBezTo>
                                <a:pt x="34" y="653"/>
                                <a:pt x="33" y="645"/>
                                <a:pt x="32" y="636"/>
                              </a:cubicBezTo>
                              <a:lnTo>
                                <a:pt x="151" y="636"/>
                              </a:lnTo>
                              <a:lnTo>
                                <a:pt x="151" y="636"/>
                              </a:lnTo>
                              <a:cubicBezTo>
                                <a:pt x="151" y="636"/>
                                <a:pt x="151" y="635"/>
                                <a:pt x="151" y="633"/>
                              </a:cubicBezTo>
                              <a:lnTo>
                                <a:pt x="151" y="633"/>
                              </a:lnTo>
                              <a:cubicBezTo>
                                <a:pt x="151" y="631"/>
                                <a:pt x="151" y="629"/>
                                <a:pt x="151" y="627"/>
                              </a:cubicBezTo>
                              <a:lnTo>
                                <a:pt x="151" y="627"/>
                              </a:lnTo>
                              <a:cubicBezTo>
                                <a:pt x="152" y="625"/>
                                <a:pt x="152" y="623"/>
                                <a:pt x="152" y="622"/>
                              </a:cubicBezTo>
                              <a:lnTo>
                                <a:pt x="152" y="622"/>
                              </a:lnTo>
                              <a:cubicBezTo>
                                <a:pt x="152" y="611"/>
                                <a:pt x="150" y="601"/>
                                <a:pt x="147" y="592"/>
                              </a:cubicBezTo>
                              <a:lnTo>
                                <a:pt x="147" y="592"/>
                              </a:lnTo>
                              <a:cubicBezTo>
                                <a:pt x="144" y="583"/>
                                <a:pt x="140" y="575"/>
                                <a:pt x="134" y="568"/>
                              </a:cubicBezTo>
                              <a:lnTo>
                                <a:pt x="134" y="568"/>
                              </a:lnTo>
                              <a:cubicBezTo>
                                <a:pt x="128" y="561"/>
                                <a:pt x="121" y="556"/>
                                <a:pt x="112" y="552"/>
                              </a:cubicBezTo>
                              <a:lnTo>
                                <a:pt x="112" y="552"/>
                              </a:lnTo>
                              <a:cubicBezTo>
                                <a:pt x="103" y="548"/>
                                <a:pt x="93" y="546"/>
                                <a:pt x="81" y="546"/>
                              </a:cubicBezTo>
                              <a:lnTo>
                                <a:pt x="81" y="546"/>
                              </a:lnTo>
                              <a:cubicBezTo>
                                <a:pt x="69" y="546"/>
                                <a:pt x="59" y="548"/>
                                <a:pt x="49" y="552"/>
                              </a:cubicBezTo>
                              <a:lnTo>
                                <a:pt x="49" y="552"/>
                              </a:lnTo>
                              <a:cubicBezTo>
                                <a:pt x="39" y="556"/>
                                <a:pt x="31" y="562"/>
                                <a:pt x="23" y="569"/>
                              </a:cubicBezTo>
                              <a:lnTo>
                                <a:pt x="23" y="569"/>
                              </a:lnTo>
                              <a:cubicBezTo>
                                <a:pt x="16" y="576"/>
                                <a:pt x="11" y="585"/>
                                <a:pt x="7" y="596"/>
                              </a:cubicBezTo>
                              <a:lnTo>
                                <a:pt x="7" y="596"/>
                              </a:lnTo>
                              <a:cubicBezTo>
                                <a:pt x="2" y="606"/>
                                <a:pt x="0" y="618"/>
                                <a:pt x="0" y="631"/>
                              </a:cubicBezTo>
                              <a:close/>
                              <a:moveTo>
                                <a:pt x="33" y="612"/>
                              </a:moveTo>
                              <a:lnTo>
                                <a:pt x="33" y="612"/>
                              </a:lnTo>
                              <a:cubicBezTo>
                                <a:pt x="35" y="603"/>
                                <a:pt x="38" y="595"/>
                                <a:pt x="42" y="589"/>
                              </a:cubicBezTo>
                              <a:lnTo>
                                <a:pt x="42" y="589"/>
                              </a:lnTo>
                              <a:cubicBezTo>
                                <a:pt x="47" y="583"/>
                                <a:pt x="52" y="579"/>
                                <a:pt x="59" y="575"/>
                              </a:cubicBezTo>
                              <a:lnTo>
                                <a:pt x="59" y="575"/>
                              </a:lnTo>
                              <a:cubicBezTo>
                                <a:pt x="65" y="572"/>
                                <a:pt x="72" y="571"/>
                                <a:pt x="80" y="571"/>
                              </a:cubicBezTo>
                              <a:lnTo>
                                <a:pt x="80" y="571"/>
                              </a:lnTo>
                              <a:cubicBezTo>
                                <a:pt x="87" y="571"/>
                                <a:pt x="95" y="572"/>
                                <a:pt x="100" y="575"/>
                              </a:cubicBezTo>
                              <a:lnTo>
                                <a:pt x="100" y="575"/>
                              </a:lnTo>
                              <a:cubicBezTo>
                                <a:pt x="106" y="578"/>
                                <a:pt x="111" y="583"/>
                                <a:pt x="114" y="589"/>
                              </a:cubicBezTo>
                              <a:lnTo>
                                <a:pt x="114" y="589"/>
                              </a:lnTo>
                              <a:cubicBezTo>
                                <a:pt x="118" y="595"/>
                                <a:pt x="120" y="602"/>
                                <a:pt x="120" y="612"/>
                              </a:cubicBezTo>
                              <a:lnTo>
                                <a:pt x="33" y="612"/>
                              </a:lnTo>
                              <a:close/>
                              <a:moveTo>
                                <a:pt x="194" y="635"/>
                              </a:moveTo>
                              <a:lnTo>
                                <a:pt x="288" y="635"/>
                              </a:lnTo>
                              <a:lnTo>
                                <a:pt x="288" y="607"/>
                              </a:lnTo>
                              <a:lnTo>
                                <a:pt x="194" y="607"/>
                              </a:lnTo>
                              <a:lnTo>
                                <a:pt x="194" y="635"/>
                              </a:lnTo>
                              <a:close/>
                              <a:moveTo>
                                <a:pt x="340" y="712"/>
                              </a:moveTo>
                              <a:lnTo>
                                <a:pt x="371" y="712"/>
                              </a:lnTo>
                              <a:lnTo>
                                <a:pt x="371" y="639"/>
                              </a:lnTo>
                              <a:lnTo>
                                <a:pt x="371" y="639"/>
                              </a:lnTo>
                              <a:cubicBezTo>
                                <a:pt x="371" y="635"/>
                                <a:pt x="371" y="630"/>
                                <a:pt x="372" y="627"/>
                              </a:cubicBezTo>
                              <a:lnTo>
                                <a:pt x="372" y="627"/>
                              </a:lnTo>
                              <a:cubicBezTo>
                                <a:pt x="372" y="623"/>
                                <a:pt x="372" y="620"/>
                                <a:pt x="373" y="616"/>
                              </a:cubicBezTo>
                              <a:lnTo>
                                <a:pt x="373" y="616"/>
                              </a:lnTo>
                              <a:cubicBezTo>
                                <a:pt x="376" y="611"/>
                                <a:pt x="378" y="605"/>
                                <a:pt x="381" y="600"/>
                              </a:cubicBezTo>
                              <a:lnTo>
                                <a:pt x="381" y="600"/>
                              </a:lnTo>
                              <a:cubicBezTo>
                                <a:pt x="383" y="595"/>
                                <a:pt x="387" y="591"/>
                                <a:pt x="391" y="587"/>
                              </a:cubicBezTo>
                              <a:lnTo>
                                <a:pt x="391" y="587"/>
                              </a:lnTo>
                              <a:cubicBezTo>
                                <a:pt x="395" y="583"/>
                                <a:pt x="399" y="580"/>
                                <a:pt x="404" y="578"/>
                              </a:cubicBezTo>
                              <a:lnTo>
                                <a:pt x="404" y="578"/>
                              </a:lnTo>
                              <a:cubicBezTo>
                                <a:pt x="409" y="575"/>
                                <a:pt x="415" y="574"/>
                                <a:pt x="420" y="574"/>
                              </a:cubicBezTo>
                              <a:lnTo>
                                <a:pt x="420" y="574"/>
                              </a:lnTo>
                              <a:cubicBezTo>
                                <a:pt x="427" y="574"/>
                                <a:pt x="432" y="575"/>
                                <a:pt x="435" y="578"/>
                              </a:cubicBezTo>
                              <a:lnTo>
                                <a:pt x="435" y="578"/>
                              </a:lnTo>
                              <a:cubicBezTo>
                                <a:pt x="439" y="580"/>
                                <a:pt x="442" y="583"/>
                                <a:pt x="444" y="586"/>
                              </a:cubicBezTo>
                              <a:lnTo>
                                <a:pt x="444" y="586"/>
                              </a:lnTo>
                              <a:cubicBezTo>
                                <a:pt x="446" y="590"/>
                                <a:pt x="447" y="595"/>
                                <a:pt x="448" y="599"/>
                              </a:cubicBezTo>
                              <a:lnTo>
                                <a:pt x="448" y="599"/>
                              </a:lnTo>
                              <a:cubicBezTo>
                                <a:pt x="448" y="604"/>
                                <a:pt x="448" y="609"/>
                                <a:pt x="448" y="615"/>
                              </a:cubicBezTo>
                              <a:lnTo>
                                <a:pt x="448" y="712"/>
                              </a:lnTo>
                              <a:lnTo>
                                <a:pt x="479" y="712"/>
                              </a:lnTo>
                              <a:lnTo>
                                <a:pt x="479" y="639"/>
                              </a:lnTo>
                              <a:lnTo>
                                <a:pt x="479" y="639"/>
                              </a:lnTo>
                              <a:cubicBezTo>
                                <a:pt x="479" y="634"/>
                                <a:pt x="479" y="629"/>
                                <a:pt x="480" y="626"/>
                              </a:cubicBezTo>
                              <a:lnTo>
                                <a:pt x="480" y="626"/>
                              </a:lnTo>
                              <a:cubicBezTo>
                                <a:pt x="480" y="622"/>
                                <a:pt x="481" y="619"/>
                                <a:pt x="482" y="615"/>
                              </a:cubicBezTo>
                              <a:lnTo>
                                <a:pt x="482" y="615"/>
                              </a:lnTo>
                              <a:cubicBezTo>
                                <a:pt x="483" y="610"/>
                                <a:pt x="485" y="604"/>
                                <a:pt x="488" y="600"/>
                              </a:cubicBezTo>
                              <a:lnTo>
                                <a:pt x="488" y="600"/>
                              </a:lnTo>
                              <a:cubicBezTo>
                                <a:pt x="491" y="595"/>
                                <a:pt x="494" y="590"/>
                                <a:pt x="498" y="586"/>
                              </a:cubicBezTo>
                              <a:lnTo>
                                <a:pt x="498" y="586"/>
                              </a:lnTo>
                              <a:cubicBezTo>
                                <a:pt x="502" y="583"/>
                                <a:pt x="506" y="580"/>
                                <a:pt x="511" y="578"/>
                              </a:cubicBezTo>
                              <a:lnTo>
                                <a:pt x="511" y="578"/>
                              </a:lnTo>
                              <a:cubicBezTo>
                                <a:pt x="517" y="575"/>
                                <a:pt x="522" y="574"/>
                                <a:pt x="528" y="574"/>
                              </a:cubicBezTo>
                              <a:lnTo>
                                <a:pt x="528" y="574"/>
                              </a:lnTo>
                              <a:cubicBezTo>
                                <a:pt x="534" y="574"/>
                                <a:pt x="539" y="575"/>
                                <a:pt x="542" y="577"/>
                              </a:cubicBezTo>
                              <a:lnTo>
                                <a:pt x="542" y="577"/>
                              </a:lnTo>
                              <a:cubicBezTo>
                                <a:pt x="546" y="579"/>
                                <a:pt x="549" y="582"/>
                                <a:pt x="551" y="586"/>
                              </a:cubicBezTo>
                              <a:lnTo>
                                <a:pt x="551" y="586"/>
                              </a:lnTo>
                              <a:cubicBezTo>
                                <a:pt x="553" y="590"/>
                                <a:pt x="555" y="594"/>
                                <a:pt x="555" y="599"/>
                              </a:cubicBezTo>
                              <a:lnTo>
                                <a:pt x="555" y="599"/>
                              </a:lnTo>
                              <a:cubicBezTo>
                                <a:pt x="556" y="604"/>
                                <a:pt x="556" y="609"/>
                                <a:pt x="556" y="615"/>
                              </a:cubicBezTo>
                              <a:lnTo>
                                <a:pt x="556" y="712"/>
                              </a:lnTo>
                              <a:lnTo>
                                <a:pt x="587" y="712"/>
                              </a:lnTo>
                              <a:lnTo>
                                <a:pt x="587" y="608"/>
                              </a:lnTo>
                              <a:lnTo>
                                <a:pt x="587" y="608"/>
                              </a:lnTo>
                              <a:cubicBezTo>
                                <a:pt x="587" y="587"/>
                                <a:pt x="583" y="572"/>
                                <a:pt x="574" y="562"/>
                              </a:cubicBezTo>
                              <a:lnTo>
                                <a:pt x="574" y="562"/>
                              </a:lnTo>
                              <a:cubicBezTo>
                                <a:pt x="566" y="551"/>
                                <a:pt x="552" y="546"/>
                                <a:pt x="534" y="546"/>
                              </a:cubicBezTo>
                              <a:lnTo>
                                <a:pt x="534" y="546"/>
                              </a:lnTo>
                              <a:cubicBezTo>
                                <a:pt x="528" y="546"/>
                                <a:pt x="521" y="547"/>
                                <a:pt x="514" y="549"/>
                              </a:cubicBezTo>
                              <a:lnTo>
                                <a:pt x="514" y="549"/>
                              </a:lnTo>
                              <a:cubicBezTo>
                                <a:pt x="508" y="551"/>
                                <a:pt x="503" y="554"/>
                                <a:pt x="498" y="557"/>
                              </a:cubicBezTo>
                              <a:lnTo>
                                <a:pt x="498" y="557"/>
                              </a:lnTo>
                              <a:cubicBezTo>
                                <a:pt x="493" y="561"/>
                                <a:pt x="489" y="564"/>
                                <a:pt x="485" y="569"/>
                              </a:cubicBezTo>
                              <a:lnTo>
                                <a:pt x="485" y="569"/>
                              </a:lnTo>
                              <a:cubicBezTo>
                                <a:pt x="481" y="573"/>
                                <a:pt x="478" y="578"/>
                                <a:pt x="476" y="583"/>
                              </a:cubicBezTo>
                              <a:lnTo>
                                <a:pt x="475" y="583"/>
                              </a:lnTo>
                              <a:lnTo>
                                <a:pt x="475" y="583"/>
                              </a:lnTo>
                              <a:cubicBezTo>
                                <a:pt x="472" y="571"/>
                                <a:pt x="467" y="562"/>
                                <a:pt x="459" y="555"/>
                              </a:cubicBezTo>
                              <a:lnTo>
                                <a:pt x="459" y="555"/>
                              </a:lnTo>
                              <a:cubicBezTo>
                                <a:pt x="451" y="549"/>
                                <a:pt x="440" y="546"/>
                                <a:pt x="427" y="546"/>
                              </a:cubicBezTo>
                              <a:lnTo>
                                <a:pt x="427" y="546"/>
                              </a:lnTo>
                              <a:cubicBezTo>
                                <a:pt x="420" y="546"/>
                                <a:pt x="414" y="547"/>
                                <a:pt x="409" y="549"/>
                              </a:cubicBezTo>
                              <a:lnTo>
                                <a:pt x="409" y="549"/>
                              </a:lnTo>
                              <a:cubicBezTo>
                                <a:pt x="403" y="551"/>
                                <a:pt x="397" y="554"/>
                                <a:pt x="393" y="558"/>
                              </a:cubicBezTo>
                              <a:lnTo>
                                <a:pt x="393" y="558"/>
                              </a:lnTo>
                              <a:cubicBezTo>
                                <a:pt x="388" y="561"/>
                                <a:pt x="383" y="565"/>
                                <a:pt x="380" y="569"/>
                              </a:cubicBezTo>
                              <a:lnTo>
                                <a:pt x="380" y="569"/>
                              </a:lnTo>
                              <a:cubicBezTo>
                                <a:pt x="376" y="574"/>
                                <a:pt x="372" y="578"/>
                                <a:pt x="370" y="583"/>
                              </a:cubicBezTo>
                              <a:lnTo>
                                <a:pt x="370" y="583"/>
                              </a:lnTo>
                              <a:lnTo>
                                <a:pt x="370" y="583"/>
                              </a:lnTo>
                              <a:cubicBezTo>
                                <a:pt x="370" y="583"/>
                                <a:pt x="370" y="582"/>
                                <a:pt x="370" y="581"/>
                              </a:cubicBezTo>
                              <a:lnTo>
                                <a:pt x="370" y="581"/>
                              </a:lnTo>
                              <a:cubicBezTo>
                                <a:pt x="370" y="580"/>
                                <a:pt x="370" y="579"/>
                                <a:pt x="370" y="577"/>
                              </a:cubicBezTo>
                              <a:lnTo>
                                <a:pt x="370" y="577"/>
                              </a:lnTo>
                              <a:cubicBezTo>
                                <a:pt x="370" y="575"/>
                                <a:pt x="370" y="573"/>
                                <a:pt x="370" y="571"/>
                              </a:cubicBezTo>
                              <a:lnTo>
                                <a:pt x="370" y="550"/>
                              </a:lnTo>
                              <a:lnTo>
                                <a:pt x="340" y="550"/>
                              </a:lnTo>
                              <a:lnTo>
                                <a:pt x="340" y="712"/>
                              </a:lnTo>
                              <a:close/>
                              <a:moveTo>
                                <a:pt x="620" y="667"/>
                              </a:moveTo>
                              <a:lnTo>
                                <a:pt x="620" y="667"/>
                              </a:lnTo>
                              <a:cubicBezTo>
                                <a:pt x="620" y="675"/>
                                <a:pt x="622" y="682"/>
                                <a:pt x="625" y="688"/>
                              </a:cubicBezTo>
                              <a:lnTo>
                                <a:pt x="625" y="688"/>
                              </a:lnTo>
                              <a:cubicBezTo>
                                <a:pt x="628" y="694"/>
                                <a:pt x="632" y="699"/>
                                <a:pt x="637" y="703"/>
                              </a:cubicBezTo>
                              <a:lnTo>
                                <a:pt x="637" y="703"/>
                              </a:lnTo>
                              <a:cubicBezTo>
                                <a:pt x="643" y="708"/>
                                <a:pt x="648" y="711"/>
                                <a:pt x="655" y="713"/>
                              </a:cubicBezTo>
                              <a:lnTo>
                                <a:pt x="655" y="713"/>
                              </a:lnTo>
                              <a:cubicBezTo>
                                <a:pt x="662" y="715"/>
                                <a:pt x="669" y="716"/>
                                <a:pt x="676" y="716"/>
                              </a:cubicBezTo>
                              <a:lnTo>
                                <a:pt x="676" y="716"/>
                              </a:lnTo>
                              <a:cubicBezTo>
                                <a:pt x="684" y="716"/>
                                <a:pt x="691" y="715"/>
                                <a:pt x="696" y="713"/>
                              </a:cubicBezTo>
                              <a:lnTo>
                                <a:pt x="696" y="713"/>
                              </a:lnTo>
                              <a:cubicBezTo>
                                <a:pt x="702" y="710"/>
                                <a:pt x="707" y="708"/>
                                <a:pt x="711" y="705"/>
                              </a:cubicBezTo>
                              <a:lnTo>
                                <a:pt x="711" y="705"/>
                              </a:lnTo>
                              <a:cubicBezTo>
                                <a:pt x="715" y="702"/>
                                <a:pt x="718" y="698"/>
                                <a:pt x="721" y="695"/>
                              </a:cubicBezTo>
                              <a:lnTo>
                                <a:pt x="721" y="695"/>
                              </a:lnTo>
                              <a:cubicBezTo>
                                <a:pt x="723" y="692"/>
                                <a:pt x="725" y="689"/>
                                <a:pt x="726" y="687"/>
                              </a:cubicBezTo>
                              <a:lnTo>
                                <a:pt x="726" y="687"/>
                              </a:lnTo>
                              <a:cubicBezTo>
                                <a:pt x="727" y="685"/>
                                <a:pt x="728" y="684"/>
                                <a:pt x="728" y="684"/>
                              </a:cubicBezTo>
                              <a:lnTo>
                                <a:pt x="728" y="684"/>
                              </a:lnTo>
                              <a:lnTo>
                                <a:pt x="728" y="684"/>
                              </a:lnTo>
                              <a:cubicBezTo>
                                <a:pt x="728" y="684"/>
                                <a:pt x="728" y="685"/>
                                <a:pt x="728" y="688"/>
                              </a:cubicBezTo>
                              <a:lnTo>
                                <a:pt x="728" y="688"/>
                              </a:lnTo>
                              <a:cubicBezTo>
                                <a:pt x="728" y="690"/>
                                <a:pt x="728" y="693"/>
                                <a:pt x="728" y="697"/>
                              </a:cubicBezTo>
                              <a:lnTo>
                                <a:pt x="728" y="712"/>
                              </a:lnTo>
                              <a:lnTo>
                                <a:pt x="756" y="712"/>
                              </a:lnTo>
                              <a:lnTo>
                                <a:pt x="756" y="609"/>
                              </a:lnTo>
                              <a:lnTo>
                                <a:pt x="756" y="609"/>
                              </a:lnTo>
                              <a:cubicBezTo>
                                <a:pt x="756" y="596"/>
                                <a:pt x="754" y="584"/>
                                <a:pt x="749" y="575"/>
                              </a:cubicBezTo>
                              <a:lnTo>
                                <a:pt x="749" y="575"/>
                              </a:lnTo>
                              <a:cubicBezTo>
                                <a:pt x="744" y="565"/>
                                <a:pt x="737" y="558"/>
                                <a:pt x="727" y="553"/>
                              </a:cubicBezTo>
                              <a:lnTo>
                                <a:pt x="727" y="553"/>
                              </a:lnTo>
                              <a:cubicBezTo>
                                <a:pt x="718" y="549"/>
                                <a:pt x="706" y="546"/>
                                <a:pt x="693" y="546"/>
                              </a:cubicBezTo>
                              <a:lnTo>
                                <a:pt x="693" y="546"/>
                              </a:lnTo>
                              <a:cubicBezTo>
                                <a:pt x="685" y="546"/>
                                <a:pt x="678" y="547"/>
                                <a:pt x="672" y="548"/>
                              </a:cubicBezTo>
                              <a:lnTo>
                                <a:pt x="672" y="548"/>
                              </a:lnTo>
                              <a:cubicBezTo>
                                <a:pt x="666" y="549"/>
                                <a:pt x="661" y="551"/>
                                <a:pt x="655" y="553"/>
                              </a:cubicBezTo>
                              <a:lnTo>
                                <a:pt x="655" y="553"/>
                              </a:lnTo>
                              <a:cubicBezTo>
                                <a:pt x="650" y="555"/>
                                <a:pt x="645" y="557"/>
                                <a:pt x="642" y="558"/>
                              </a:cubicBezTo>
                              <a:lnTo>
                                <a:pt x="642" y="558"/>
                              </a:lnTo>
                              <a:cubicBezTo>
                                <a:pt x="639" y="560"/>
                                <a:pt x="636" y="562"/>
                                <a:pt x="634" y="563"/>
                              </a:cubicBezTo>
                              <a:lnTo>
                                <a:pt x="634" y="563"/>
                              </a:lnTo>
                              <a:cubicBezTo>
                                <a:pt x="632" y="564"/>
                                <a:pt x="632" y="565"/>
                                <a:pt x="632" y="565"/>
                              </a:cubicBezTo>
                              <a:lnTo>
                                <a:pt x="644" y="588"/>
                              </a:lnTo>
                              <a:lnTo>
                                <a:pt x="644" y="588"/>
                              </a:lnTo>
                              <a:cubicBezTo>
                                <a:pt x="644" y="588"/>
                                <a:pt x="645" y="587"/>
                                <a:pt x="648" y="585"/>
                              </a:cubicBezTo>
                              <a:lnTo>
                                <a:pt x="648" y="585"/>
                              </a:lnTo>
                              <a:cubicBezTo>
                                <a:pt x="650" y="584"/>
                                <a:pt x="653" y="582"/>
                                <a:pt x="658" y="580"/>
                              </a:cubicBezTo>
                              <a:lnTo>
                                <a:pt x="658" y="580"/>
                              </a:lnTo>
                              <a:cubicBezTo>
                                <a:pt x="663" y="578"/>
                                <a:pt x="667" y="576"/>
                                <a:pt x="673" y="575"/>
                              </a:cubicBezTo>
                              <a:lnTo>
                                <a:pt x="673" y="575"/>
                              </a:lnTo>
                              <a:cubicBezTo>
                                <a:pt x="678" y="573"/>
                                <a:pt x="684" y="572"/>
                                <a:pt x="690" y="572"/>
                              </a:cubicBezTo>
                              <a:lnTo>
                                <a:pt x="690" y="572"/>
                              </a:lnTo>
                              <a:cubicBezTo>
                                <a:pt x="697" y="572"/>
                                <a:pt x="703" y="573"/>
                                <a:pt x="708" y="576"/>
                              </a:cubicBezTo>
                              <a:lnTo>
                                <a:pt x="708" y="576"/>
                              </a:lnTo>
                              <a:cubicBezTo>
                                <a:pt x="714" y="578"/>
                                <a:pt x="718" y="581"/>
                                <a:pt x="721" y="587"/>
                              </a:cubicBezTo>
                              <a:lnTo>
                                <a:pt x="721" y="587"/>
                              </a:lnTo>
                              <a:cubicBezTo>
                                <a:pt x="724" y="592"/>
                                <a:pt x="725" y="599"/>
                                <a:pt x="726" y="608"/>
                              </a:cubicBezTo>
                              <a:lnTo>
                                <a:pt x="726" y="610"/>
                              </a:lnTo>
                              <a:lnTo>
                                <a:pt x="719" y="610"/>
                              </a:lnTo>
                              <a:lnTo>
                                <a:pt x="719" y="610"/>
                              </a:lnTo>
                              <a:cubicBezTo>
                                <a:pt x="714" y="610"/>
                                <a:pt x="708" y="611"/>
                                <a:pt x="702" y="611"/>
                              </a:cubicBezTo>
                              <a:lnTo>
                                <a:pt x="702" y="611"/>
                              </a:lnTo>
                              <a:cubicBezTo>
                                <a:pt x="695" y="611"/>
                                <a:pt x="689" y="612"/>
                                <a:pt x="681" y="613"/>
                              </a:cubicBezTo>
                              <a:lnTo>
                                <a:pt x="681" y="613"/>
                              </a:lnTo>
                              <a:cubicBezTo>
                                <a:pt x="674" y="614"/>
                                <a:pt x="667" y="616"/>
                                <a:pt x="660" y="618"/>
                              </a:cubicBezTo>
                              <a:lnTo>
                                <a:pt x="660" y="618"/>
                              </a:lnTo>
                              <a:cubicBezTo>
                                <a:pt x="652" y="621"/>
                                <a:pt x="645" y="624"/>
                                <a:pt x="640" y="628"/>
                              </a:cubicBezTo>
                              <a:lnTo>
                                <a:pt x="640" y="628"/>
                              </a:lnTo>
                              <a:cubicBezTo>
                                <a:pt x="634" y="633"/>
                                <a:pt x="629" y="638"/>
                                <a:pt x="626" y="644"/>
                              </a:cubicBezTo>
                              <a:lnTo>
                                <a:pt x="626" y="644"/>
                              </a:lnTo>
                              <a:cubicBezTo>
                                <a:pt x="622" y="651"/>
                                <a:pt x="621" y="658"/>
                                <a:pt x="620" y="667"/>
                              </a:cubicBezTo>
                              <a:close/>
                              <a:moveTo>
                                <a:pt x="652" y="665"/>
                              </a:moveTo>
                              <a:lnTo>
                                <a:pt x="652" y="665"/>
                              </a:lnTo>
                              <a:cubicBezTo>
                                <a:pt x="652" y="659"/>
                                <a:pt x="653" y="655"/>
                                <a:pt x="657" y="651"/>
                              </a:cubicBezTo>
                              <a:lnTo>
                                <a:pt x="657" y="651"/>
                              </a:lnTo>
                              <a:cubicBezTo>
                                <a:pt x="660" y="647"/>
                                <a:pt x="664" y="644"/>
                                <a:pt x="669" y="642"/>
                              </a:cubicBezTo>
                              <a:lnTo>
                                <a:pt x="669" y="642"/>
                              </a:lnTo>
                              <a:cubicBezTo>
                                <a:pt x="674" y="640"/>
                                <a:pt x="679" y="638"/>
                                <a:pt x="685" y="637"/>
                              </a:cubicBezTo>
                              <a:lnTo>
                                <a:pt x="685" y="637"/>
                              </a:lnTo>
                              <a:cubicBezTo>
                                <a:pt x="691" y="636"/>
                                <a:pt x="696" y="635"/>
                                <a:pt x="702" y="635"/>
                              </a:cubicBezTo>
                              <a:lnTo>
                                <a:pt x="702" y="635"/>
                              </a:lnTo>
                              <a:cubicBezTo>
                                <a:pt x="708" y="635"/>
                                <a:pt x="713" y="635"/>
                                <a:pt x="718" y="635"/>
                              </a:cubicBezTo>
                              <a:lnTo>
                                <a:pt x="726" y="635"/>
                              </a:lnTo>
                              <a:lnTo>
                                <a:pt x="726" y="640"/>
                              </a:lnTo>
                              <a:lnTo>
                                <a:pt x="726" y="640"/>
                              </a:lnTo>
                              <a:cubicBezTo>
                                <a:pt x="726" y="646"/>
                                <a:pt x="725" y="652"/>
                                <a:pt x="723" y="658"/>
                              </a:cubicBezTo>
                              <a:lnTo>
                                <a:pt x="723" y="658"/>
                              </a:lnTo>
                              <a:cubicBezTo>
                                <a:pt x="721" y="664"/>
                                <a:pt x="718" y="669"/>
                                <a:pt x="714" y="674"/>
                              </a:cubicBezTo>
                              <a:lnTo>
                                <a:pt x="714" y="674"/>
                              </a:lnTo>
                              <a:cubicBezTo>
                                <a:pt x="710" y="679"/>
                                <a:pt x="706" y="683"/>
                                <a:pt x="701" y="686"/>
                              </a:cubicBezTo>
                              <a:lnTo>
                                <a:pt x="701" y="686"/>
                              </a:lnTo>
                              <a:cubicBezTo>
                                <a:pt x="695" y="689"/>
                                <a:pt x="689" y="691"/>
                                <a:pt x="683" y="691"/>
                              </a:cubicBezTo>
                              <a:lnTo>
                                <a:pt x="683" y="691"/>
                              </a:lnTo>
                              <a:cubicBezTo>
                                <a:pt x="676" y="691"/>
                                <a:pt x="671" y="690"/>
                                <a:pt x="666" y="687"/>
                              </a:cubicBezTo>
                              <a:lnTo>
                                <a:pt x="666" y="687"/>
                              </a:lnTo>
                              <a:cubicBezTo>
                                <a:pt x="662" y="685"/>
                                <a:pt x="658" y="682"/>
                                <a:pt x="655" y="678"/>
                              </a:cubicBezTo>
                              <a:lnTo>
                                <a:pt x="655" y="678"/>
                              </a:lnTo>
                              <a:cubicBezTo>
                                <a:pt x="653" y="674"/>
                                <a:pt x="652" y="670"/>
                                <a:pt x="652" y="665"/>
                              </a:cubicBezTo>
                              <a:close/>
                              <a:moveTo>
                                <a:pt x="803" y="517"/>
                              </a:moveTo>
                              <a:lnTo>
                                <a:pt x="834" y="517"/>
                              </a:lnTo>
                              <a:lnTo>
                                <a:pt x="834" y="485"/>
                              </a:lnTo>
                              <a:lnTo>
                                <a:pt x="803" y="485"/>
                              </a:lnTo>
                              <a:lnTo>
                                <a:pt x="803" y="517"/>
                              </a:lnTo>
                              <a:close/>
                              <a:moveTo>
                                <a:pt x="804" y="712"/>
                              </a:moveTo>
                              <a:lnTo>
                                <a:pt x="834" y="712"/>
                              </a:lnTo>
                              <a:lnTo>
                                <a:pt x="834" y="550"/>
                              </a:lnTo>
                              <a:lnTo>
                                <a:pt x="804" y="550"/>
                              </a:lnTo>
                              <a:lnTo>
                                <a:pt x="804" y="712"/>
                              </a:lnTo>
                              <a:close/>
                              <a:moveTo>
                                <a:pt x="881" y="668"/>
                              </a:moveTo>
                              <a:lnTo>
                                <a:pt x="881" y="668"/>
                              </a:lnTo>
                              <a:cubicBezTo>
                                <a:pt x="881" y="676"/>
                                <a:pt x="882" y="683"/>
                                <a:pt x="884" y="688"/>
                              </a:cubicBezTo>
                              <a:lnTo>
                                <a:pt x="884" y="688"/>
                              </a:lnTo>
                              <a:cubicBezTo>
                                <a:pt x="886" y="694"/>
                                <a:pt x="888" y="698"/>
                                <a:pt x="891" y="701"/>
                              </a:cubicBezTo>
                              <a:lnTo>
                                <a:pt x="891" y="701"/>
                              </a:lnTo>
                              <a:cubicBezTo>
                                <a:pt x="894" y="705"/>
                                <a:pt x="898" y="707"/>
                                <a:pt x="901" y="709"/>
                              </a:cubicBezTo>
                              <a:lnTo>
                                <a:pt x="901" y="709"/>
                              </a:lnTo>
                              <a:cubicBezTo>
                                <a:pt x="905" y="711"/>
                                <a:pt x="909" y="712"/>
                                <a:pt x="913" y="712"/>
                              </a:cubicBezTo>
                              <a:lnTo>
                                <a:pt x="913" y="712"/>
                              </a:lnTo>
                              <a:cubicBezTo>
                                <a:pt x="917" y="713"/>
                                <a:pt x="921" y="713"/>
                                <a:pt x="924" y="713"/>
                              </a:cubicBezTo>
                              <a:lnTo>
                                <a:pt x="924" y="713"/>
                              </a:lnTo>
                              <a:cubicBezTo>
                                <a:pt x="927" y="713"/>
                                <a:pt x="929" y="713"/>
                                <a:pt x="931" y="713"/>
                              </a:cubicBezTo>
                              <a:lnTo>
                                <a:pt x="931" y="713"/>
                              </a:lnTo>
                              <a:cubicBezTo>
                                <a:pt x="933" y="713"/>
                                <a:pt x="934" y="713"/>
                                <a:pt x="934" y="713"/>
                              </a:cubicBezTo>
                              <a:lnTo>
                                <a:pt x="934" y="685"/>
                              </a:lnTo>
                              <a:lnTo>
                                <a:pt x="934" y="685"/>
                              </a:lnTo>
                              <a:cubicBezTo>
                                <a:pt x="934" y="685"/>
                                <a:pt x="934" y="685"/>
                                <a:pt x="933" y="685"/>
                              </a:cubicBezTo>
                              <a:lnTo>
                                <a:pt x="933" y="685"/>
                              </a:lnTo>
                              <a:cubicBezTo>
                                <a:pt x="932" y="686"/>
                                <a:pt x="930" y="686"/>
                                <a:pt x="929" y="686"/>
                              </a:cubicBezTo>
                              <a:lnTo>
                                <a:pt x="929" y="686"/>
                              </a:lnTo>
                              <a:cubicBezTo>
                                <a:pt x="926" y="686"/>
                                <a:pt x="923" y="685"/>
                                <a:pt x="920" y="684"/>
                              </a:cubicBezTo>
                              <a:lnTo>
                                <a:pt x="920" y="684"/>
                              </a:lnTo>
                              <a:cubicBezTo>
                                <a:pt x="918" y="683"/>
                                <a:pt x="916" y="681"/>
                                <a:pt x="914" y="677"/>
                              </a:cubicBezTo>
                              <a:lnTo>
                                <a:pt x="914" y="677"/>
                              </a:lnTo>
                              <a:cubicBezTo>
                                <a:pt x="913" y="674"/>
                                <a:pt x="912" y="669"/>
                                <a:pt x="912" y="663"/>
                              </a:cubicBezTo>
                              <a:lnTo>
                                <a:pt x="912" y="485"/>
                              </a:lnTo>
                              <a:lnTo>
                                <a:pt x="881" y="485"/>
                              </a:lnTo>
                              <a:lnTo>
                                <a:pt x="881" y="668"/>
                              </a:lnTo>
                              <a:close/>
                              <a:moveTo>
                                <a:pt x="974" y="583"/>
                              </a:moveTo>
                              <a:lnTo>
                                <a:pt x="1007" y="583"/>
                              </a:lnTo>
                              <a:lnTo>
                                <a:pt x="1007" y="550"/>
                              </a:lnTo>
                              <a:lnTo>
                                <a:pt x="974" y="550"/>
                              </a:lnTo>
                              <a:lnTo>
                                <a:pt x="974" y="583"/>
                              </a:lnTo>
                              <a:close/>
                              <a:moveTo>
                                <a:pt x="974" y="712"/>
                              </a:moveTo>
                              <a:lnTo>
                                <a:pt x="1007" y="712"/>
                              </a:lnTo>
                              <a:lnTo>
                                <a:pt x="1007" y="679"/>
                              </a:lnTo>
                              <a:lnTo>
                                <a:pt x="974" y="679"/>
                              </a:lnTo>
                              <a:lnTo>
                                <a:pt x="974" y="712"/>
                              </a:lnTo>
                              <a:close/>
                              <a:moveTo>
                                <a:pt x="1185" y="777"/>
                              </a:moveTo>
                              <a:lnTo>
                                <a:pt x="1216" y="777"/>
                              </a:lnTo>
                              <a:lnTo>
                                <a:pt x="1216" y="703"/>
                              </a:lnTo>
                              <a:lnTo>
                                <a:pt x="1216" y="703"/>
                              </a:lnTo>
                              <a:cubicBezTo>
                                <a:pt x="1216" y="699"/>
                                <a:pt x="1216" y="696"/>
                                <a:pt x="1215" y="693"/>
                              </a:cubicBezTo>
                              <a:lnTo>
                                <a:pt x="1215" y="693"/>
                              </a:lnTo>
                              <a:cubicBezTo>
                                <a:pt x="1215" y="691"/>
                                <a:pt x="1215" y="690"/>
                                <a:pt x="1215" y="689"/>
                              </a:cubicBezTo>
                              <a:lnTo>
                                <a:pt x="1216" y="689"/>
                              </a:lnTo>
                              <a:lnTo>
                                <a:pt x="1216" y="689"/>
                              </a:lnTo>
                              <a:cubicBezTo>
                                <a:pt x="1216" y="690"/>
                                <a:pt x="1216" y="690"/>
                                <a:pt x="1218" y="692"/>
                              </a:cubicBezTo>
                              <a:lnTo>
                                <a:pt x="1218" y="692"/>
                              </a:lnTo>
                              <a:cubicBezTo>
                                <a:pt x="1219" y="694"/>
                                <a:pt x="1221" y="696"/>
                                <a:pt x="1224" y="699"/>
                              </a:cubicBezTo>
                              <a:lnTo>
                                <a:pt x="1224" y="699"/>
                              </a:lnTo>
                              <a:cubicBezTo>
                                <a:pt x="1226" y="701"/>
                                <a:pt x="1230" y="704"/>
                                <a:pt x="1233" y="707"/>
                              </a:cubicBezTo>
                              <a:lnTo>
                                <a:pt x="1233" y="707"/>
                              </a:lnTo>
                              <a:cubicBezTo>
                                <a:pt x="1237" y="709"/>
                                <a:pt x="1242" y="711"/>
                                <a:pt x="1247" y="713"/>
                              </a:cubicBezTo>
                              <a:lnTo>
                                <a:pt x="1247" y="713"/>
                              </a:lnTo>
                              <a:cubicBezTo>
                                <a:pt x="1253" y="715"/>
                                <a:pt x="1259" y="716"/>
                                <a:pt x="1266" y="716"/>
                              </a:cubicBezTo>
                              <a:lnTo>
                                <a:pt x="1266" y="716"/>
                              </a:lnTo>
                              <a:cubicBezTo>
                                <a:pt x="1277" y="716"/>
                                <a:pt x="1286" y="714"/>
                                <a:pt x="1295" y="710"/>
                              </a:cubicBezTo>
                              <a:lnTo>
                                <a:pt x="1295" y="710"/>
                              </a:lnTo>
                              <a:cubicBezTo>
                                <a:pt x="1304" y="706"/>
                                <a:pt x="1312" y="700"/>
                                <a:pt x="1318" y="693"/>
                              </a:cubicBezTo>
                              <a:lnTo>
                                <a:pt x="1318" y="693"/>
                              </a:lnTo>
                              <a:cubicBezTo>
                                <a:pt x="1325" y="686"/>
                                <a:pt x="1330" y="677"/>
                                <a:pt x="1334" y="666"/>
                              </a:cubicBezTo>
                              <a:lnTo>
                                <a:pt x="1334" y="666"/>
                              </a:lnTo>
                              <a:cubicBezTo>
                                <a:pt x="1337" y="656"/>
                                <a:pt x="1339" y="644"/>
                                <a:pt x="1339" y="631"/>
                              </a:cubicBezTo>
                              <a:lnTo>
                                <a:pt x="1339" y="631"/>
                              </a:lnTo>
                              <a:cubicBezTo>
                                <a:pt x="1339" y="618"/>
                                <a:pt x="1337" y="607"/>
                                <a:pt x="1334" y="596"/>
                              </a:cubicBezTo>
                              <a:lnTo>
                                <a:pt x="1334" y="596"/>
                              </a:lnTo>
                              <a:cubicBezTo>
                                <a:pt x="1331" y="586"/>
                                <a:pt x="1326" y="577"/>
                                <a:pt x="1320" y="570"/>
                              </a:cubicBezTo>
                              <a:lnTo>
                                <a:pt x="1320" y="570"/>
                              </a:lnTo>
                              <a:cubicBezTo>
                                <a:pt x="1314" y="562"/>
                                <a:pt x="1306" y="556"/>
                                <a:pt x="1298" y="552"/>
                              </a:cubicBezTo>
                              <a:lnTo>
                                <a:pt x="1298" y="552"/>
                              </a:lnTo>
                              <a:cubicBezTo>
                                <a:pt x="1289" y="548"/>
                                <a:pt x="1279" y="546"/>
                                <a:pt x="1268" y="546"/>
                              </a:cubicBezTo>
                              <a:lnTo>
                                <a:pt x="1268" y="546"/>
                              </a:lnTo>
                              <a:cubicBezTo>
                                <a:pt x="1260" y="546"/>
                                <a:pt x="1253" y="547"/>
                                <a:pt x="1247" y="549"/>
                              </a:cubicBezTo>
                              <a:lnTo>
                                <a:pt x="1247" y="549"/>
                              </a:lnTo>
                              <a:cubicBezTo>
                                <a:pt x="1241" y="551"/>
                                <a:pt x="1236" y="554"/>
                                <a:pt x="1232" y="556"/>
                              </a:cubicBezTo>
                              <a:lnTo>
                                <a:pt x="1232" y="556"/>
                              </a:lnTo>
                              <a:cubicBezTo>
                                <a:pt x="1228" y="559"/>
                                <a:pt x="1224" y="562"/>
                                <a:pt x="1222" y="565"/>
                              </a:cubicBezTo>
                              <a:lnTo>
                                <a:pt x="1222" y="565"/>
                              </a:lnTo>
                              <a:cubicBezTo>
                                <a:pt x="1218" y="568"/>
                                <a:pt x="1216" y="570"/>
                                <a:pt x="1215" y="572"/>
                              </a:cubicBezTo>
                              <a:lnTo>
                                <a:pt x="1215" y="572"/>
                              </a:lnTo>
                              <a:cubicBezTo>
                                <a:pt x="1214" y="574"/>
                                <a:pt x="1213" y="575"/>
                                <a:pt x="1213" y="575"/>
                              </a:cubicBezTo>
                              <a:lnTo>
                                <a:pt x="1213" y="575"/>
                              </a:lnTo>
                              <a:lnTo>
                                <a:pt x="1213" y="575"/>
                              </a:lnTo>
                              <a:cubicBezTo>
                                <a:pt x="1213" y="575"/>
                                <a:pt x="1213" y="575"/>
                                <a:pt x="1213" y="574"/>
                              </a:cubicBezTo>
                              <a:lnTo>
                                <a:pt x="1213" y="574"/>
                              </a:lnTo>
                              <a:cubicBezTo>
                                <a:pt x="1213" y="573"/>
                                <a:pt x="1213" y="571"/>
                                <a:pt x="1213" y="570"/>
                              </a:cubicBezTo>
                              <a:lnTo>
                                <a:pt x="1213" y="570"/>
                              </a:lnTo>
                              <a:cubicBezTo>
                                <a:pt x="1213" y="568"/>
                                <a:pt x="1213" y="566"/>
                                <a:pt x="1213" y="564"/>
                              </a:cubicBezTo>
                              <a:lnTo>
                                <a:pt x="1213" y="550"/>
                              </a:lnTo>
                              <a:lnTo>
                                <a:pt x="1185" y="550"/>
                              </a:lnTo>
                              <a:lnTo>
                                <a:pt x="1185" y="777"/>
                              </a:lnTo>
                              <a:close/>
                              <a:moveTo>
                                <a:pt x="1215" y="631"/>
                              </a:moveTo>
                              <a:lnTo>
                                <a:pt x="1215" y="631"/>
                              </a:lnTo>
                              <a:cubicBezTo>
                                <a:pt x="1215" y="621"/>
                                <a:pt x="1216" y="612"/>
                                <a:pt x="1219" y="605"/>
                              </a:cubicBezTo>
                              <a:lnTo>
                                <a:pt x="1219" y="605"/>
                              </a:lnTo>
                              <a:cubicBezTo>
                                <a:pt x="1222" y="597"/>
                                <a:pt x="1226" y="591"/>
                                <a:pt x="1230" y="587"/>
                              </a:cubicBezTo>
                              <a:lnTo>
                                <a:pt x="1230" y="587"/>
                              </a:lnTo>
                              <a:cubicBezTo>
                                <a:pt x="1234" y="582"/>
                                <a:pt x="1239" y="579"/>
                                <a:pt x="1245" y="576"/>
                              </a:cubicBezTo>
                              <a:lnTo>
                                <a:pt x="1245" y="576"/>
                              </a:lnTo>
                              <a:cubicBezTo>
                                <a:pt x="1250" y="574"/>
                                <a:pt x="1256" y="573"/>
                                <a:pt x="1262" y="573"/>
                              </a:cubicBezTo>
                              <a:lnTo>
                                <a:pt x="1262" y="573"/>
                              </a:lnTo>
                              <a:cubicBezTo>
                                <a:pt x="1271" y="573"/>
                                <a:pt x="1279" y="576"/>
                                <a:pt x="1286" y="580"/>
                              </a:cubicBezTo>
                              <a:lnTo>
                                <a:pt x="1286" y="580"/>
                              </a:lnTo>
                              <a:cubicBezTo>
                                <a:pt x="1293" y="585"/>
                                <a:pt x="1298" y="592"/>
                                <a:pt x="1302" y="600"/>
                              </a:cubicBezTo>
                              <a:lnTo>
                                <a:pt x="1302" y="600"/>
                              </a:lnTo>
                              <a:cubicBezTo>
                                <a:pt x="1306" y="609"/>
                                <a:pt x="1308" y="619"/>
                                <a:pt x="1308" y="631"/>
                              </a:cubicBezTo>
                              <a:lnTo>
                                <a:pt x="1308" y="631"/>
                              </a:lnTo>
                              <a:cubicBezTo>
                                <a:pt x="1308" y="641"/>
                                <a:pt x="1307" y="649"/>
                                <a:pt x="1304" y="656"/>
                              </a:cubicBezTo>
                              <a:lnTo>
                                <a:pt x="1304" y="656"/>
                              </a:lnTo>
                              <a:cubicBezTo>
                                <a:pt x="1302" y="663"/>
                                <a:pt x="1298" y="669"/>
                                <a:pt x="1294" y="674"/>
                              </a:cubicBezTo>
                              <a:lnTo>
                                <a:pt x="1294" y="674"/>
                              </a:lnTo>
                              <a:cubicBezTo>
                                <a:pt x="1290" y="679"/>
                                <a:pt x="1285" y="683"/>
                                <a:pt x="1279" y="686"/>
                              </a:cubicBezTo>
                              <a:lnTo>
                                <a:pt x="1279" y="686"/>
                              </a:lnTo>
                              <a:cubicBezTo>
                                <a:pt x="1274" y="688"/>
                                <a:pt x="1268" y="689"/>
                                <a:pt x="1261" y="689"/>
                              </a:cubicBezTo>
                              <a:lnTo>
                                <a:pt x="1261" y="689"/>
                              </a:lnTo>
                              <a:cubicBezTo>
                                <a:pt x="1254" y="689"/>
                                <a:pt x="1247" y="688"/>
                                <a:pt x="1242" y="685"/>
                              </a:cubicBezTo>
                              <a:lnTo>
                                <a:pt x="1242" y="685"/>
                              </a:lnTo>
                              <a:cubicBezTo>
                                <a:pt x="1236" y="681"/>
                                <a:pt x="1231" y="677"/>
                                <a:pt x="1227" y="672"/>
                              </a:cubicBezTo>
                              <a:lnTo>
                                <a:pt x="1227" y="672"/>
                              </a:lnTo>
                              <a:cubicBezTo>
                                <a:pt x="1224" y="666"/>
                                <a:pt x="1221" y="660"/>
                                <a:pt x="1218" y="653"/>
                              </a:cubicBezTo>
                              <a:lnTo>
                                <a:pt x="1218" y="653"/>
                              </a:lnTo>
                              <a:cubicBezTo>
                                <a:pt x="1216" y="646"/>
                                <a:pt x="1215" y="639"/>
                                <a:pt x="1215" y="63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1313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137672" name="Freeform 8"/>
                      <wps:cNvSpPr>
                        <a:spLocks noEditPoints="1"/>
                      </wps:cNvSpPr>
                      <wps:spPr bwMode="auto">
                        <a:xfrm>
                          <a:off x="736056" y="552450"/>
                          <a:ext cx="1560195" cy="100330"/>
                        </a:xfrm>
                        <a:custGeom>
                          <a:avLst/>
                          <a:gdLst>
                            <a:gd name="T0" fmla="*/ 168 w 4351"/>
                            <a:gd name="T1" fmla="*/ 111 h 292"/>
                            <a:gd name="T2" fmla="*/ 48 w 4351"/>
                            <a:gd name="T3" fmla="*/ 104 h 292"/>
                            <a:gd name="T4" fmla="*/ 109 w 4351"/>
                            <a:gd name="T5" fmla="*/ 200 h 292"/>
                            <a:gd name="T6" fmla="*/ 242 w 4351"/>
                            <a:gd name="T7" fmla="*/ 227 h 292"/>
                            <a:gd name="T8" fmla="*/ 210 w 4351"/>
                            <a:gd name="T9" fmla="*/ 183 h 292"/>
                            <a:gd name="T10" fmla="*/ 347 w 4351"/>
                            <a:gd name="T11" fmla="*/ 200 h 292"/>
                            <a:gd name="T12" fmla="*/ 381 w 4351"/>
                            <a:gd name="T13" fmla="*/ 65 h 292"/>
                            <a:gd name="T14" fmla="*/ 572 w 4351"/>
                            <a:gd name="T15" fmla="*/ 101 h 292"/>
                            <a:gd name="T16" fmla="*/ 491 w 4351"/>
                            <a:gd name="T17" fmla="*/ 98 h 292"/>
                            <a:gd name="T18" fmla="*/ 731 w 4351"/>
                            <a:gd name="T19" fmla="*/ 262 h 292"/>
                            <a:gd name="T20" fmla="*/ 740 w 4351"/>
                            <a:gd name="T21" fmla="*/ 62 h 292"/>
                            <a:gd name="T22" fmla="*/ 724 w 4351"/>
                            <a:gd name="T23" fmla="*/ 173 h 292"/>
                            <a:gd name="T24" fmla="*/ 729 w 4351"/>
                            <a:gd name="T25" fmla="*/ 36 h 292"/>
                            <a:gd name="T26" fmla="*/ 787 w 4351"/>
                            <a:gd name="T27" fmla="*/ 187 h 292"/>
                            <a:gd name="T28" fmla="*/ 966 w 4351"/>
                            <a:gd name="T29" fmla="*/ 222 h 292"/>
                            <a:gd name="T30" fmla="*/ 1031 w 4351"/>
                            <a:gd name="T31" fmla="*/ 67 h 292"/>
                            <a:gd name="T32" fmla="*/ 946 w 4351"/>
                            <a:gd name="T33" fmla="*/ 65 h 292"/>
                            <a:gd name="T34" fmla="*/ 1037 w 4351"/>
                            <a:gd name="T35" fmla="*/ 171 h 292"/>
                            <a:gd name="T36" fmla="*/ 1125 w 4351"/>
                            <a:gd name="T37" fmla="*/ 207 h 292"/>
                            <a:gd name="T38" fmla="*/ 1220 w 4351"/>
                            <a:gd name="T39" fmla="*/ 67 h 292"/>
                            <a:gd name="T40" fmla="*/ 1186 w 4351"/>
                            <a:gd name="T41" fmla="*/ 88 h 292"/>
                            <a:gd name="T42" fmla="*/ 1147 w 4351"/>
                            <a:gd name="T43" fmla="*/ 188 h 292"/>
                            <a:gd name="T44" fmla="*/ 1362 w 4351"/>
                            <a:gd name="T45" fmla="*/ 228 h 292"/>
                            <a:gd name="T46" fmla="*/ 1403 w 4351"/>
                            <a:gd name="T47" fmla="*/ 216 h 292"/>
                            <a:gd name="T48" fmla="*/ 1427 w 4351"/>
                            <a:gd name="T49" fmla="*/ 192 h 292"/>
                            <a:gd name="T50" fmla="*/ 1591 w 4351"/>
                            <a:gd name="T51" fmla="*/ 152 h 292"/>
                            <a:gd name="T52" fmla="*/ 1707 w 4351"/>
                            <a:gd name="T53" fmla="*/ 227 h 292"/>
                            <a:gd name="T54" fmla="*/ 1590 w 4351"/>
                            <a:gd name="T55" fmla="*/ 92 h 292"/>
                            <a:gd name="T56" fmla="*/ 1868 w 4351"/>
                            <a:gd name="T57" fmla="*/ 207 h 292"/>
                            <a:gd name="T58" fmla="*/ 1985 w 4351"/>
                            <a:gd name="T59" fmla="*/ 111 h 292"/>
                            <a:gd name="T60" fmla="*/ 1863 w 4351"/>
                            <a:gd name="T61" fmla="*/ 89 h 292"/>
                            <a:gd name="T62" fmla="*/ 1952 w 4351"/>
                            <a:gd name="T63" fmla="*/ 115 h 292"/>
                            <a:gd name="T64" fmla="*/ 2026 w 4351"/>
                            <a:gd name="T65" fmla="*/ 183 h 292"/>
                            <a:gd name="T66" fmla="*/ 2074 w 4351"/>
                            <a:gd name="T67" fmla="*/ 201 h 292"/>
                            <a:gd name="T68" fmla="*/ 2121 w 4351"/>
                            <a:gd name="T69" fmla="*/ 98 h 292"/>
                            <a:gd name="T70" fmla="*/ 2561 w 4351"/>
                            <a:gd name="T71" fmla="*/ 65 h 292"/>
                            <a:gd name="T72" fmla="*/ 2386 w 4351"/>
                            <a:gd name="T73" fmla="*/ 179 h 292"/>
                            <a:gd name="T74" fmla="*/ 2693 w 4351"/>
                            <a:gd name="T75" fmla="*/ 123 h 292"/>
                            <a:gd name="T76" fmla="*/ 2753 w 4351"/>
                            <a:gd name="T77" fmla="*/ 187 h 292"/>
                            <a:gd name="T78" fmla="*/ 2644 w 4351"/>
                            <a:gd name="T79" fmla="*/ 194 h 292"/>
                            <a:gd name="T80" fmla="*/ 2958 w 4351"/>
                            <a:gd name="T81" fmla="*/ 108 h 292"/>
                            <a:gd name="T82" fmla="*/ 3013 w 4351"/>
                            <a:gd name="T83" fmla="*/ 196 h 292"/>
                            <a:gd name="T84" fmla="*/ 2903 w 4351"/>
                            <a:gd name="T85" fmla="*/ 194 h 292"/>
                            <a:gd name="T86" fmla="*/ 3220 w 4351"/>
                            <a:gd name="T87" fmla="*/ 204 h 292"/>
                            <a:gd name="T88" fmla="*/ 3344 w 4351"/>
                            <a:gd name="T89" fmla="*/ 146 h 292"/>
                            <a:gd name="T90" fmla="*/ 3217 w 4351"/>
                            <a:gd name="T91" fmla="*/ 90 h 292"/>
                            <a:gd name="T92" fmla="*/ 3267 w 4351"/>
                            <a:gd name="T93" fmla="*/ 88 h 292"/>
                            <a:gd name="T94" fmla="*/ 3223 w 4351"/>
                            <a:gd name="T95" fmla="*/ 168 h 292"/>
                            <a:gd name="T96" fmla="*/ 3546 w 4351"/>
                            <a:gd name="T97" fmla="*/ 145 h 292"/>
                            <a:gd name="T98" fmla="*/ 3407 w 4351"/>
                            <a:gd name="T99" fmla="*/ 122 h 292"/>
                            <a:gd name="T100" fmla="*/ 3497 w 4351"/>
                            <a:gd name="T101" fmla="*/ 188 h 292"/>
                            <a:gd name="T102" fmla="*/ 3601 w 4351"/>
                            <a:gd name="T103" fmla="*/ 224 h 292"/>
                            <a:gd name="T104" fmla="*/ 3611 w 4351"/>
                            <a:gd name="T105" fmla="*/ 0 h 292"/>
                            <a:gd name="T106" fmla="*/ 3719 w 4351"/>
                            <a:gd name="T107" fmla="*/ 200 h 292"/>
                            <a:gd name="T108" fmla="*/ 3783 w 4351"/>
                            <a:gd name="T109" fmla="*/ 227 h 292"/>
                            <a:gd name="T110" fmla="*/ 3932 w 4351"/>
                            <a:gd name="T111" fmla="*/ 93 h 292"/>
                            <a:gd name="T112" fmla="*/ 3870 w 4351"/>
                            <a:gd name="T113" fmla="*/ 86 h 292"/>
                            <a:gd name="T114" fmla="*/ 4138 w 4351"/>
                            <a:gd name="T115" fmla="*/ 218 h 292"/>
                            <a:gd name="T116" fmla="*/ 4241 w 4351"/>
                            <a:gd name="T117" fmla="*/ 208 h 292"/>
                            <a:gd name="T118" fmla="*/ 4143 w 4351"/>
                            <a:gd name="T119" fmla="*/ 80 h 292"/>
                            <a:gd name="T120" fmla="*/ 4151 w 4351"/>
                            <a:gd name="T121" fmla="*/ 102 h 292"/>
                            <a:gd name="T122" fmla="*/ 4163 w 4351"/>
                            <a:gd name="T123" fmla="*/ 200 h 292"/>
                            <a:gd name="T124" fmla="*/ 4348 w 4351"/>
                            <a:gd name="T125" fmla="*/ 228 h 2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4351" h="292">
                              <a:moveTo>
                                <a:pt x="0" y="145"/>
                              </a:moveTo>
                              <a:lnTo>
                                <a:pt x="0" y="145"/>
                              </a:lnTo>
                              <a:cubicBezTo>
                                <a:pt x="0" y="158"/>
                                <a:pt x="2" y="170"/>
                                <a:pt x="7" y="180"/>
                              </a:cubicBezTo>
                              <a:lnTo>
                                <a:pt x="7" y="180"/>
                              </a:lnTo>
                              <a:cubicBezTo>
                                <a:pt x="11" y="190"/>
                                <a:pt x="18" y="199"/>
                                <a:pt x="26" y="207"/>
                              </a:cubicBezTo>
                              <a:lnTo>
                                <a:pt x="26" y="207"/>
                              </a:lnTo>
                              <a:cubicBezTo>
                                <a:pt x="34" y="214"/>
                                <a:pt x="43" y="220"/>
                                <a:pt x="53" y="225"/>
                              </a:cubicBezTo>
                              <a:lnTo>
                                <a:pt x="53" y="225"/>
                              </a:lnTo>
                              <a:cubicBezTo>
                                <a:pt x="64" y="229"/>
                                <a:pt x="75" y="231"/>
                                <a:pt x="87" y="231"/>
                              </a:cubicBezTo>
                              <a:lnTo>
                                <a:pt x="87" y="231"/>
                              </a:lnTo>
                              <a:cubicBezTo>
                                <a:pt x="99" y="231"/>
                                <a:pt x="110" y="229"/>
                                <a:pt x="121" y="225"/>
                              </a:cubicBezTo>
                              <a:lnTo>
                                <a:pt x="121" y="225"/>
                              </a:lnTo>
                              <a:cubicBezTo>
                                <a:pt x="131" y="220"/>
                                <a:pt x="142" y="214"/>
                                <a:pt x="150" y="207"/>
                              </a:cubicBezTo>
                              <a:lnTo>
                                <a:pt x="150" y="207"/>
                              </a:lnTo>
                              <a:cubicBezTo>
                                <a:pt x="157" y="199"/>
                                <a:pt x="164" y="190"/>
                                <a:pt x="168" y="180"/>
                              </a:cubicBezTo>
                              <a:lnTo>
                                <a:pt x="168" y="180"/>
                              </a:lnTo>
                              <a:cubicBezTo>
                                <a:pt x="173" y="170"/>
                                <a:pt x="175" y="158"/>
                                <a:pt x="175" y="145"/>
                              </a:cubicBezTo>
                              <a:lnTo>
                                <a:pt x="175" y="145"/>
                              </a:lnTo>
                              <a:cubicBezTo>
                                <a:pt x="175" y="133"/>
                                <a:pt x="173" y="122"/>
                                <a:pt x="168" y="111"/>
                              </a:cubicBezTo>
                              <a:lnTo>
                                <a:pt x="168" y="111"/>
                              </a:lnTo>
                              <a:cubicBezTo>
                                <a:pt x="164" y="101"/>
                                <a:pt x="157" y="92"/>
                                <a:pt x="150" y="85"/>
                              </a:cubicBezTo>
                              <a:lnTo>
                                <a:pt x="150" y="85"/>
                              </a:lnTo>
                              <a:cubicBezTo>
                                <a:pt x="142" y="77"/>
                                <a:pt x="131" y="72"/>
                                <a:pt x="121" y="67"/>
                              </a:cubicBezTo>
                              <a:lnTo>
                                <a:pt x="121" y="67"/>
                              </a:lnTo>
                              <a:cubicBezTo>
                                <a:pt x="110" y="63"/>
                                <a:pt x="99" y="61"/>
                                <a:pt x="87" y="61"/>
                              </a:cubicBezTo>
                              <a:lnTo>
                                <a:pt x="87" y="61"/>
                              </a:lnTo>
                              <a:cubicBezTo>
                                <a:pt x="75" y="61"/>
                                <a:pt x="64" y="63"/>
                                <a:pt x="53" y="67"/>
                              </a:cubicBezTo>
                              <a:lnTo>
                                <a:pt x="53" y="67"/>
                              </a:lnTo>
                              <a:cubicBezTo>
                                <a:pt x="43" y="72"/>
                                <a:pt x="34" y="77"/>
                                <a:pt x="26" y="85"/>
                              </a:cubicBezTo>
                              <a:lnTo>
                                <a:pt x="26" y="85"/>
                              </a:lnTo>
                              <a:cubicBezTo>
                                <a:pt x="18" y="92"/>
                                <a:pt x="11" y="101"/>
                                <a:pt x="7" y="111"/>
                              </a:cubicBezTo>
                              <a:lnTo>
                                <a:pt x="7" y="111"/>
                              </a:lnTo>
                              <a:cubicBezTo>
                                <a:pt x="2" y="122"/>
                                <a:pt x="0" y="133"/>
                                <a:pt x="0" y="145"/>
                              </a:cubicBezTo>
                              <a:close/>
                              <a:moveTo>
                                <a:pt x="32" y="145"/>
                              </a:moveTo>
                              <a:lnTo>
                                <a:pt x="32" y="145"/>
                              </a:lnTo>
                              <a:cubicBezTo>
                                <a:pt x="32" y="137"/>
                                <a:pt x="33" y="129"/>
                                <a:pt x="36" y="122"/>
                              </a:cubicBezTo>
                              <a:lnTo>
                                <a:pt x="36" y="122"/>
                              </a:lnTo>
                              <a:cubicBezTo>
                                <a:pt x="39" y="115"/>
                                <a:pt x="43" y="109"/>
                                <a:pt x="48" y="104"/>
                              </a:cubicBezTo>
                              <a:lnTo>
                                <a:pt x="48" y="104"/>
                              </a:lnTo>
                              <a:cubicBezTo>
                                <a:pt x="53" y="99"/>
                                <a:pt x="59" y="95"/>
                                <a:pt x="66" y="92"/>
                              </a:cubicBezTo>
                              <a:lnTo>
                                <a:pt x="66" y="92"/>
                              </a:lnTo>
                              <a:cubicBezTo>
                                <a:pt x="72" y="89"/>
                                <a:pt x="79" y="88"/>
                                <a:pt x="87" y="88"/>
                              </a:cubicBezTo>
                              <a:lnTo>
                                <a:pt x="87" y="88"/>
                              </a:lnTo>
                              <a:cubicBezTo>
                                <a:pt x="95" y="88"/>
                                <a:pt x="102" y="89"/>
                                <a:pt x="109" y="92"/>
                              </a:cubicBezTo>
                              <a:lnTo>
                                <a:pt x="109" y="92"/>
                              </a:lnTo>
                              <a:cubicBezTo>
                                <a:pt x="115" y="95"/>
                                <a:pt x="121" y="99"/>
                                <a:pt x="126" y="104"/>
                              </a:cubicBezTo>
                              <a:lnTo>
                                <a:pt x="126" y="104"/>
                              </a:lnTo>
                              <a:cubicBezTo>
                                <a:pt x="131" y="109"/>
                                <a:pt x="135" y="115"/>
                                <a:pt x="139" y="122"/>
                              </a:cubicBezTo>
                              <a:lnTo>
                                <a:pt x="139" y="122"/>
                              </a:lnTo>
                              <a:cubicBezTo>
                                <a:pt x="142" y="129"/>
                                <a:pt x="143" y="137"/>
                                <a:pt x="143" y="145"/>
                              </a:cubicBezTo>
                              <a:lnTo>
                                <a:pt x="143" y="145"/>
                              </a:lnTo>
                              <a:cubicBezTo>
                                <a:pt x="143" y="155"/>
                                <a:pt x="142" y="162"/>
                                <a:pt x="139" y="169"/>
                              </a:cubicBezTo>
                              <a:lnTo>
                                <a:pt x="139" y="169"/>
                              </a:lnTo>
                              <a:cubicBezTo>
                                <a:pt x="135" y="177"/>
                                <a:pt x="131" y="183"/>
                                <a:pt x="126" y="188"/>
                              </a:cubicBezTo>
                              <a:lnTo>
                                <a:pt x="126" y="188"/>
                              </a:lnTo>
                              <a:cubicBezTo>
                                <a:pt x="121" y="193"/>
                                <a:pt x="115" y="197"/>
                                <a:pt x="109" y="200"/>
                              </a:cubicBezTo>
                              <a:lnTo>
                                <a:pt x="109" y="200"/>
                              </a:lnTo>
                              <a:cubicBezTo>
                                <a:pt x="102" y="203"/>
                                <a:pt x="95" y="204"/>
                                <a:pt x="87" y="204"/>
                              </a:cubicBezTo>
                              <a:lnTo>
                                <a:pt x="87" y="204"/>
                              </a:lnTo>
                              <a:cubicBezTo>
                                <a:pt x="79" y="204"/>
                                <a:pt x="72" y="203"/>
                                <a:pt x="66" y="200"/>
                              </a:cubicBezTo>
                              <a:lnTo>
                                <a:pt x="66" y="200"/>
                              </a:lnTo>
                              <a:cubicBezTo>
                                <a:pt x="59" y="197"/>
                                <a:pt x="53" y="193"/>
                                <a:pt x="48" y="188"/>
                              </a:cubicBezTo>
                              <a:lnTo>
                                <a:pt x="48" y="188"/>
                              </a:lnTo>
                              <a:cubicBezTo>
                                <a:pt x="43" y="183"/>
                                <a:pt x="39" y="177"/>
                                <a:pt x="36" y="169"/>
                              </a:cubicBezTo>
                              <a:lnTo>
                                <a:pt x="36" y="169"/>
                              </a:lnTo>
                              <a:cubicBezTo>
                                <a:pt x="33" y="162"/>
                                <a:pt x="32" y="155"/>
                                <a:pt x="32" y="145"/>
                              </a:cubicBezTo>
                              <a:close/>
                              <a:moveTo>
                                <a:pt x="210" y="183"/>
                              </a:moveTo>
                              <a:lnTo>
                                <a:pt x="210" y="183"/>
                              </a:lnTo>
                              <a:cubicBezTo>
                                <a:pt x="210" y="191"/>
                                <a:pt x="211" y="198"/>
                                <a:pt x="212" y="203"/>
                              </a:cubicBezTo>
                              <a:lnTo>
                                <a:pt x="212" y="203"/>
                              </a:lnTo>
                              <a:cubicBezTo>
                                <a:pt x="214" y="209"/>
                                <a:pt x="217" y="213"/>
                                <a:pt x="220" y="216"/>
                              </a:cubicBezTo>
                              <a:lnTo>
                                <a:pt x="220" y="216"/>
                              </a:lnTo>
                              <a:cubicBezTo>
                                <a:pt x="223" y="220"/>
                                <a:pt x="226" y="222"/>
                                <a:pt x="230" y="224"/>
                              </a:cubicBezTo>
                              <a:lnTo>
                                <a:pt x="230" y="224"/>
                              </a:lnTo>
                              <a:cubicBezTo>
                                <a:pt x="234" y="226"/>
                                <a:pt x="238" y="227"/>
                                <a:pt x="242" y="227"/>
                              </a:cubicBezTo>
                              <a:lnTo>
                                <a:pt x="242" y="227"/>
                              </a:lnTo>
                              <a:cubicBezTo>
                                <a:pt x="246" y="228"/>
                                <a:pt x="249" y="228"/>
                                <a:pt x="253" y="228"/>
                              </a:cubicBezTo>
                              <a:lnTo>
                                <a:pt x="253" y="228"/>
                              </a:lnTo>
                              <a:cubicBezTo>
                                <a:pt x="256" y="228"/>
                                <a:pt x="258" y="228"/>
                                <a:pt x="260" y="228"/>
                              </a:cubicBezTo>
                              <a:lnTo>
                                <a:pt x="260" y="228"/>
                              </a:lnTo>
                              <a:cubicBezTo>
                                <a:pt x="262" y="228"/>
                                <a:pt x="263" y="228"/>
                                <a:pt x="263" y="228"/>
                              </a:cubicBezTo>
                              <a:lnTo>
                                <a:pt x="263" y="200"/>
                              </a:lnTo>
                              <a:lnTo>
                                <a:pt x="263" y="200"/>
                              </a:lnTo>
                              <a:cubicBezTo>
                                <a:pt x="263" y="200"/>
                                <a:pt x="263" y="200"/>
                                <a:pt x="261" y="200"/>
                              </a:cubicBezTo>
                              <a:lnTo>
                                <a:pt x="261" y="200"/>
                              </a:lnTo>
                              <a:cubicBezTo>
                                <a:pt x="260" y="201"/>
                                <a:pt x="259" y="201"/>
                                <a:pt x="258" y="201"/>
                              </a:cubicBezTo>
                              <a:lnTo>
                                <a:pt x="258" y="201"/>
                              </a:lnTo>
                              <a:cubicBezTo>
                                <a:pt x="254" y="201"/>
                                <a:pt x="252" y="200"/>
                                <a:pt x="249" y="199"/>
                              </a:cubicBezTo>
                              <a:lnTo>
                                <a:pt x="249" y="199"/>
                              </a:lnTo>
                              <a:cubicBezTo>
                                <a:pt x="246" y="198"/>
                                <a:pt x="244" y="196"/>
                                <a:pt x="243" y="192"/>
                              </a:cubicBezTo>
                              <a:lnTo>
                                <a:pt x="243" y="192"/>
                              </a:lnTo>
                              <a:cubicBezTo>
                                <a:pt x="241" y="189"/>
                                <a:pt x="241" y="184"/>
                                <a:pt x="241" y="178"/>
                              </a:cubicBezTo>
                              <a:lnTo>
                                <a:pt x="241" y="0"/>
                              </a:lnTo>
                              <a:lnTo>
                                <a:pt x="210" y="0"/>
                              </a:lnTo>
                              <a:lnTo>
                                <a:pt x="210" y="183"/>
                              </a:lnTo>
                              <a:close/>
                              <a:moveTo>
                                <a:pt x="295" y="183"/>
                              </a:moveTo>
                              <a:lnTo>
                                <a:pt x="295" y="183"/>
                              </a:lnTo>
                              <a:cubicBezTo>
                                <a:pt x="295" y="191"/>
                                <a:pt x="296" y="198"/>
                                <a:pt x="298" y="203"/>
                              </a:cubicBezTo>
                              <a:lnTo>
                                <a:pt x="298" y="203"/>
                              </a:lnTo>
                              <a:cubicBezTo>
                                <a:pt x="300" y="209"/>
                                <a:pt x="302" y="213"/>
                                <a:pt x="305" y="216"/>
                              </a:cubicBezTo>
                              <a:lnTo>
                                <a:pt x="305" y="216"/>
                              </a:lnTo>
                              <a:cubicBezTo>
                                <a:pt x="308" y="220"/>
                                <a:pt x="312" y="222"/>
                                <a:pt x="315" y="224"/>
                              </a:cubicBezTo>
                              <a:lnTo>
                                <a:pt x="315" y="224"/>
                              </a:lnTo>
                              <a:cubicBezTo>
                                <a:pt x="319" y="226"/>
                                <a:pt x="323" y="227"/>
                                <a:pt x="327" y="227"/>
                              </a:cubicBezTo>
                              <a:lnTo>
                                <a:pt x="327" y="227"/>
                              </a:lnTo>
                              <a:cubicBezTo>
                                <a:pt x="331" y="228"/>
                                <a:pt x="335" y="228"/>
                                <a:pt x="338" y="228"/>
                              </a:cubicBezTo>
                              <a:lnTo>
                                <a:pt x="338" y="228"/>
                              </a:lnTo>
                              <a:cubicBezTo>
                                <a:pt x="341" y="228"/>
                                <a:pt x="343" y="228"/>
                                <a:pt x="345" y="228"/>
                              </a:cubicBezTo>
                              <a:lnTo>
                                <a:pt x="345" y="228"/>
                              </a:lnTo>
                              <a:cubicBezTo>
                                <a:pt x="347" y="228"/>
                                <a:pt x="348" y="228"/>
                                <a:pt x="349" y="228"/>
                              </a:cubicBezTo>
                              <a:lnTo>
                                <a:pt x="349" y="200"/>
                              </a:lnTo>
                              <a:lnTo>
                                <a:pt x="349" y="200"/>
                              </a:lnTo>
                              <a:cubicBezTo>
                                <a:pt x="348" y="200"/>
                                <a:pt x="348" y="200"/>
                                <a:pt x="347" y="200"/>
                              </a:cubicBezTo>
                              <a:lnTo>
                                <a:pt x="347" y="200"/>
                              </a:lnTo>
                              <a:cubicBezTo>
                                <a:pt x="346" y="201"/>
                                <a:pt x="345" y="201"/>
                                <a:pt x="343" y="201"/>
                              </a:cubicBezTo>
                              <a:lnTo>
                                <a:pt x="343" y="201"/>
                              </a:lnTo>
                              <a:cubicBezTo>
                                <a:pt x="340" y="201"/>
                                <a:pt x="337" y="200"/>
                                <a:pt x="334" y="199"/>
                              </a:cubicBezTo>
                              <a:lnTo>
                                <a:pt x="334" y="199"/>
                              </a:lnTo>
                              <a:cubicBezTo>
                                <a:pt x="332" y="198"/>
                                <a:pt x="330" y="196"/>
                                <a:pt x="328" y="192"/>
                              </a:cubicBezTo>
                              <a:lnTo>
                                <a:pt x="328" y="192"/>
                              </a:lnTo>
                              <a:cubicBezTo>
                                <a:pt x="327" y="189"/>
                                <a:pt x="326" y="184"/>
                                <a:pt x="326" y="178"/>
                              </a:cubicBezTo>
                              <a:lnTo>
                                <a:pt x="326" y="0"/>
                              </a:lnTo>
                              <a:lnTo>
                                <a:pt x="295" y="0"/>
                              </a:lnTo>
                              <a:lnTo>
                                <a:pt x="295" y="183"/>
                              </a:lnTo>
                              <a:close/>
                              <a:moveTo>
                                <a:pt x="381" y="32"/>
                              </a:moveTo>
                              <a:lnTo>
                                <a:pt x="412" y="32"/>
                              </a:lnTo>
                              <a:lnTo>
                                <a:pt x="412" y="0"/>
                              </a:lnTo>
                              <a:lnTo>
                                <a:pt x="381" y="0"/>
                              </a:lnTo>
                              <a:lnTo>
                                <a:pt x="381" y="32"/>
                              </a:lnTo>
                              <a:close/>
                              <a:moveTo>
                                <a:pt x="381" y="227"/>
                              </a:moveTo>
                              <a:lnTo>
                                <a:pt x="412" y="227"/>
                              </a:lnTo>
                              <a:lnTo>
                                <a:pt x="412" y="65"/>
                              </a:lnTo>
                              <a:lnTo>
                                <a:pt x="381" y="65"/>
                              </a:lnTo>
                              <a:lnTo>
                                <a:pt x="381" y="227"/>
                              </a:lnTo>
                              <a:close/>
                              <a:moveTo>
                                <a:pt x="462" y="227"/>
                              </a:moveTo>
                              <a:lnTo>
                                <a:pt x="492" y="227"/>
                              </a:lnTo>
                              <a:lnTo>
                                <a:pt x="492" y="152"/>
                              </a:lnTo>
                              <a:lnTo>
                                <a:pt x="492" y="152"/>
                              </a:lnTo>
                              <a:cubicBezTo>
                                <a:pt x="492" y="148"/>
                                <a:pt x="493" y="143"/>
                                <a:pt x="493" y="139"/>
                              </a:cubicBezTo>
                              <a:lnTo>
                                <a:pt x="493" y="139"/>
                              </a:lnTo>
                              <a:cubicBezTo>
                                <a:pt x="493" y="136"/>
                                <a:pt x="494" y="132"/>
                                <a:pt x="495" y="129"/>
                              </a:cubicBezTo>
                              <a:lnTo>
                                <a:pt x="495" y="129"/>
                              </a:lnTo>
                              <a:cubicBezTo>
                                <a:pt x="497" y="121"/>
                                <a:pt x="501" y="114"/>
                                <a:pt x="506" y="108"/>
                              </a:cubicBezTo>
                              <a:lnTo>
                                <a:pt x="506" y="108"/>
                              </a:lnTo>
                              <a:cubicBezTo>
                                <a:pt x="511" y="102"/>
                                <a:pt x="516" y="98"/>
                                <a:pt x="523" y="95"/>
                              </a:cubicBezTo>
                              <a:lnTo>
                                <a:pt x="523" y="95"/>
                              </a:lnTo>
                              <a:cubicBezTo>
                                <a:pt x="530" y="91"/>
                                <a:pt x="538" y="90"/>
                                <a:pt x="546" y="89"/>
                              </a:cubicBezTo>
                              <a:lnTo>
                                <a:pt x="546" y="89"/>
                              </a:lnTo>
                              <a:cubicBezTo>
                                <a:pt x="552" y="89"/>
                                <a:pt x="558" y="91"/>
                                <a:pt x="563" y="93"/>
                              </a:cubicBezTo>
                              <a:lnTo>
                                <a:pt x="563" y="93"/>
                              </a:lnTo>
                              <a:cubicBezTo>
                                <a:pt x="567" y="95"/>
                                <a:pt x="570" y="98"/>
                                <a:pt x="572" y="101"/>
                              </a:cubicBezTo>
                              <a:lnTo>
                                <a:pt x="572" y="101"/>
                              </a:lnTo>
                              <a:cubicBezTo>
                                <a:pt x="574" y="105"/>
                                <a:pt x="576" y="109"/>
                                <a:pt x="576" y="114"/>
                              </a:cubicBezTo>
                              <a:lnTo>
                                <a:pt x="576" y="114"/>
                              </a:lnTo>
                              <a:cubicBezTo>
                                <a:pt x="577" y="119"/>
                                <a:pt x="578" y="124"/>
                                <a:pt x="578" y="130"/>
                              </a:cubicBezTo>
                              <a:lnTo>
                                <a:pt x="578" y="227"/>
                              </a:lnTo>
                              <a:lnTo>
                                <a:pt x="608" y="227"/>
                              </a:lnTo>
                              <a:lnTo>
                                <a:pt x="608" y="123"/>
                              </a:lnTo>
                              <a:lnTo>
                                <a:pt x="608" y="123"/>
                              </a:lnTo>
                              <a:cubicBezTo>
                                <a:pt x="608" y="102"/>
                                <a:pt x="604" y="87"/>
                                <a:pt x="595" y="77"/>
                              </a:cubicBezTo>
                              <a:lnTo>
                                <a:pt x="595" y="77"/>
                              </a:lnTo>
                              <a:cubicBezTo>
                                <a:pt x="586" y="66"/>
                                <a:pt x="572" y="61"/>
                                <a:pt x="552" y="61"/>
                              </a:cubicBezTo>
                              <a:lnTo>
                                <a:pt x="552" y="61"/>
                              </a:lnTo>
                              <a:cubicBezTo>
                                <a:pt x="543" y="61"/>
                                <a:pt x="535" y="62"/>
                                <a:pt x="529" y="65"/>
                              </a:cubicBezTo>
                              <a:lnTo>
                                <a:pt x="529" y="65"/>
                              </a:lnTo>
                              <a:cubicBezTo>
                                <a:pt x="522" y="67"/>
                                <a:pt x="516" y="71"/>
                                <a:pt x="511" y="74"/>
                              </a:cubicBezTo>
                              <a:lnTo>
                                <a:pt x="511" y="74"/>
                              </a:lnTo>
                              <a:cubicBezTo>
                                <a:pt x="506" y="78"/>
                                <a:pt x="502" y="82"/>
                                <a:pt x="499" y="86"/>
                              </a:cubicBezTo>
                              <a:lnTo>
                                <a:pt x="499" y="86"/>
                              </a:lnTo>
                              <a:cubicBezTo>
                                <a:pt x="495" y="91"/>
                                <a:pt x="493" y="94"/>
                                <a:pt x="492" y="98"/>
                              </a:cubicBezTo>
                              <a:lnTo>
                                <a:pt x="491" y="98"/>
                              </a:lnTo>
                              <a:lnTo>
                                <a:pt x="491" y="98"/>
                              </a:lnTo>
                              <a:cubicBezTo>
                                <a:pt x="491" y="98"/>
                                <a:pt x="491" y="97"/>
                                <a:pt x="491" y="96"/>
                              </a:cubicBezTo>
                              <a:lnTo>
                                <a:pt x="491" y="96"/>
                              </a:lnTo>
                              <a:cubicBezTo>
                                <a:pt x="491" y="95"/>
                                <a:pt x="491" y="94"/>
                                <a:pt x="491" y="92"/>
                              </a:cubicBezTo>
                              <a:lnTo>
                                <a:pt x="491" y="92"/>
                              </a:lnTo>
                              <a:cubicBezTo>
                                <a:pt x="491" y="90"/>
                                <a:pt x="492" y="88"/>
                                <a:pt x="492" y="86"/>
                              </a:cubicBezTo>
                              <a:lnTo>
                                <a:pt x="492" y="65"/>
                              </a:lnTo>
                              <a:lnTo>
                                <a:pt x="462" y="65"/>
                              </a:lnTo>
                              <a:lnTo>
                                <a:pt x="462" y="227"/>
                              </a:lnTo>
                              <a:close/>
                              <a:moveTo>
                                <a:pt x="649" y="150"/>
                              </a:moveTo>
                              <a:lnTo>
                                <a:pt x="649" y="150"/>
                              </a:lnTo>
                              <a:cubicBezTo>
                                <a:pt x="649" y="163"/>
                                <a:pt x="651" y="176"/>
                                <a:pt x="655" y="187"/>
                              </a:cubicBezTo>
                              <a:lnTo>
                                <a:pt x="655" y="187"/>
                              </a:lnTo>
                              <a:cubicBezTo>
                                <a:pt x="659" y="199"/>
                                <a:pt x="664" y="210"/>
                                <a:pt x="671" y="219"/>
                              </a:cubicBezTo>
                              <a:lnTo>
                                <a:pt x="671" y="219"/>
                              </a:lnTo>
                              <a:cubicBezTo>
                                <a:pt x="678" y="229"/>
                                <a:pt x="687" y="237"/>
                                <a:pt x="697" y="245"/>
                              </a:cubicBezTo>
                              <a:lnTo>
                                <a:pt x="697" y="245"/>
                              </a:lnTo>
                              <a:cubicBezTo>
                                <a:pt x="708" y="252"/>
                                <a:pt x="719" y="258"/>
                                <a:pt x="731" y="262"/>
                              </a:cubicBezTo>
                              <a:lnTo>
                                <a:pt x="731" y="262"/>
                              </a:lnTo>
                              <a:cubicBezTo>
                                <a:pt x="744" y="266"/>
                                <a:pt x="757" y="268"/>
                                <a:pt x="771" y="268"/>
                              </a:cubicBezTo>
                              <a:lnTo>
                                <a:pt x="771" y="242"/>
                              </a:lnTo>
                              <a:lnTo>
                                <a:pt x="771" y="242"/>
                              </a:lnTo>
                              <a:cubicBezTo>
                                <a:pt x="758" y="242"/>
                                <a:pt x="746" y="239"/>
                                <a:pt x="734" y="234"/>
                              </a:cubicBezTo>
                              <a:lnTo>
                                <a:pt x="734" y="234"/>
                              </a:lnTo>
                              <a:cubicBezTo>
                                <a:pt x="723" y="230"/>
                                <a:pt x="714" y="223"/>
                                <a:pt x="706" y="215"/>
                              </a:cubicBezTo>
                              <a:lnTo>
                                <a:pt x="706" y="215"/>
                              </a:lnTo>
                              <a:cubicBezTo>
                                <a:pt x="697" y="207"/>
                                <a:pt x="691" y="197"/>
                                <a:pt x="687" y="186"/>
                              </a:cubicBezTo>
                              <a:lnTo>
                                <a:pt x="687" y="186"/>
                              </a:lnTo>
                              <a:cubicBezTo>
                                <a:pt x="682" y="175"/>
                                <a:pt x="680" y="163"/>
                                <a:pt x="680" y="150"/>
                              </a:cubicBezTo>
                              <a:lnTo>
                                <a:pt x="680" y="150"/>
                              </a:lnTo>
                              <a:cubicBezTo>
                                <a:pt x="680" y="139"/>
                                <a:pt x="681" y="130"/>
                                <a:pt x="684" y="121"/>
                              </a:cubicBezTo>
                              <a:lnTo>
                                <a:pt x="684" y="121"/>
                              </a:lnTo>
                              <a:cubicBezTo>
                                <a:pt x="687" y="111"/>
                                <a:pt x="691" y="103"/>
                                <a:pt x="696" y="95"/>
                              </a:cubicBezTo>
                              <a:lnTo>
                                <a:pt x="696" y="95"/>
                              </a:lnTo>
                              <a:cubicBezTo>
                                <a:pt x="703" y="88"/>
                                <a:pt x="709" y="81"/>
                                <a:pt x="716" y="75"/>
                              </a:cubicBezTo>
                              <a:lnTo>
                                <a:pt x="716" y="75"/>
                              </a:lnTo>
                              <a:cubicBezTo>
                                <a:pt x="723" y="69"/>
                                <a:pt x="731" y="65"/>
                                <a:pt x="740" y="62"/>
                              </a:cubicBezTo>
                              <a:lnTo>
                                <a:pt x="740" y="62"/>
                              </a:lnTo>
                              <a:cubicBezTo>
                                <a:pt x="749" y="59"/>
                                <a:pt x="758" y="57"/>
                                <a:pt x="768" y="57"/>
                              </a:cubicBezTo>
                              <a:lnTo>
                                <a:pt x="768" y="57"/>
                              </a:lnTo>
                              <a:cubicBezTo>
                                <a:pt x="779" y="57"/>
                                <a:pt x="788" y="59"/>
                                <a:pt x="796" y="61"/>
                              </a:cubicBezTo>
                              <a:lnTo>
                                <a:pt x="796" y="61"/>
                              </a:lnTo>
                              <a:cubicBezTo>
                                <a:pt x="803" y="64"/>
                                <a:pt x="809" y="68"/>
                                <a:pt x="813" y="73"/>
                              </a:cubicBezTo>
                              <a:lnTo>
                                <a:pt x="813" y="73"/>
                              </a:lnTo>
                              <a:cubicBezTo>
                                <a:pt x="817" y="78"/>
                                <a:pt x="819" y="84"/>
                                <a:pt x="819" y="90"/>
                              </a:cubicBezTo>
                              <a:lnTo>
                                <a:pt x="785" y="90"/>
                              </a:lnTo>
                              <a:lnTo>
                                <a:pt x="785" y="90"/>
                              </a:lnTo>
                              <a:cubicBezTo>
                                <a:pt x="775" y="90"/>
                                <a:pt x="766" y="91"/>
                                <a:pt x="758" y="95"/>
                              </a:cubicBezTo>
                              <a:lnTo>
                                <a:pt x="758" y="95"/>
                              </a:lnTo>
                              <a:cubicBezTo>
                                <a:pt x="750" y="98"/>
                                <a:pt x="743" y="102"/>
                                <a:pt x="737" y="108"/>
                              </a:cubicBezTo>
                              <a:lnTo>
                                <a:pt x="737" y="108"/>
                              </a:lnTo>
                              <a:cubicBezTo>
                                <a:pt x="731" y="113"/>
                                <a:pt x="727" y="120"/>
                                <a:pt x="724" y="127"/>
                              </a:cubicBezTo>
                              <a:lnTo>
                                <a:pt x="724" y="127"/>
                              </a:lnTo>
                              <a:cubicBezTo>
                                <a:pt x="721" y="134"/>
                                <a:pt x="719" y="141"/>
                                <a:pt x="719" y="150"/>
                              </a:cubicBezTo>
                              <a:lnTo>
                                <a:pt x="719" y="150"/>
                              </a:lnTo>
                              <a:cubicBezTo>
                                <a:pt x="719" y="158"/>
                                <a:pt x="721" y="166"/>
                                <a:pt x="724" y="173"/>
                              </a:cubicBezTo>
                              <a:lnTo>
                                <a:pt x="724" y="173"/>
                              </a:lnTo>
                              <a:cubicBezTo>
                                <a:pt x="727" y="181"/>
                                <a:pt x="731" y="187"/>
                                <a:pt x="737" y="192"/>
                              </a:cubicBezTo>
                              <a:lnTo>
                                <a:pt x="737" y="192"/>
                              </a:lnTo>
                              <a:cubicBezTo>
                                <a:pt x="743" y="198"/>
                                <a:pt x="750" y="202"/>
                                <a:pt x="758" y="206"/>
                              </a:cubicBezTo>
                              <a:lnTo>
                                <a:pt x="758" y="206"/>
                              </a:lnTo>
                              <a:cubicBezTo>
                                <a:pt x="766" y="209"/>
                                <a:pt x="775" y="210"/>
                                <a:pt x="785" y="210"/>
                              </a:cubicBezTo>
                              <a:lnTo>
                                <a:pt x="873" y="210"/>
                              </a:lnTo>
                              <a:lnTo>
                                <a:pt x="873" y="187"/>
                              </a:lnTo>
                              <a:lnTo>
                                <a:pt x="850" y="187"/>
                              </a:lnTo>
                              <a:lnTo>
                                <a:pt x="850" y="96"/>
                              </a:lnTo>
                              <a:lnTo>
                                <a:pt x="850" y="96"/>
                              </a:lnTo>
                              <a:cubicBezTo>
                                <a:pt x="850" y="88"/>
                                <a:pt x="849" y="80"/>
                                <a:pt x="846" y="72"/>
                              </a:cubicBezTo>
                              <a:lnTo>
                                <a:pt x="846" y="72"/>
                              </a:lnTo>
                              <a:cubicBezTo>
                                <a:pt x="843" y="64"/>
                                <a:pt x="837" y="57"/>
                                <a:pt x="831" y="51"/>
                              </a:cubicBezTo>
                              <a:lnTo>
                                <a:pt x="831" y="51"/>
                              </a:lnTo>
                              <a:cubicBezTo>
                                <a:pt x="824" y="45"/>
                                <a:pt x="816" y="39"/>
                                <a:pt x="805" y="36"/>
                              </a:cubicBezTo>
                              <a:lnTo>
                                <a:pt x="805" y="36"/>
                              </a:lnTo>
                              <a:cubicBezTo>
                                <a:pt x="795" y="32"/>
                                <a:pt x="782" y="31"/>
                                <a:pt x="766" y="31"/>
                              </a:cubicBezTo>
                              <a:lnTo>
                                <a:pt x="766" y="31"/>
                              </a:lnTo>
                              <a:cubicBezTo>
                                <a:pt x="753" y="31"/>
                                <a:pt x="741" y="33"/>
                                <a:pt x="729" y="36"/>
                              </a:cubicBezTo>
                              <a:lnTo>
                                <a:pt x="729" y="36"/>
                              </a:lnTo>
                              <a:cubicBezTo>
                                <a:pt x="718" y="40"/>
                                <a:pt x="707" y="47"/>
                                <a:pt x="696" y="54"/>
                              </a:cubicBezTo>
                              <a:lnTo>
                                <a:pt x="696" y="54"/>
                              </a:lnTo>
                              <a:cubicBezTo>
                                <a:pt x="687" y="61"/>
                                <a:pt x="678" y="70"/>
                                <a:pt x="671" y="80"/>
                              </a:cubicBezTo>
                              <a:lnTo>
                                <a:pt x="671" y="80"/>
                              </a:lnTo>
                              <a:cubicBezTo>
                                <a:pt x="664" y="89"/>
                                <a:pt x="659" y="100"/>
                                <a:pt x="655" y="112"/>
                              </a:cubicBezTo>
                              <a:lnTo>
                                <a:pt x="655" y="112"/>
                              </a:lnTo>
                              <a:cubicBezTo>
                                <a:pt x="651" y="124"/>
                                <a:pt x="649" y="136"/>
                                <a:pt x="649" y="150"/>
                              </a:cubicBezTo>
                              <a:close/>
                              <a:moveTo>
                                <a:pt x="750" y="150"/>
                              </a:moveTo>
                              <a:lnTo>
                                <a:pt x="750" y="150"/>
                              </a:lnTo>
                              <a:cubicBezTo>
                                <a:pt x="750" y="142"/>
                                <a:pt x="752" y="136"/>
                                <a:pt x="755" y="130"/>
                              </a:cubicBezTo>
                              <a:lnTo>
                                <a:pt x="755" y="130"/>
                              </a:lnTo>
                              <a:cubicBezTo>
                                <a:pt x="758" y="124"/>
                                <a:pt x="763" y="120"/>
                                <a:pt x="768" y="116"/>
                              </a:cubicBezTo>
                              <a:lnTo>
                                <a:pt x="768" y="116"/>
                              </a:lnTo>
                              <a:cubicBezTo>
                                <a:pt x="774" y="113"/>
                                <a:pt x="780" y="111"/>
                                <a:pt x="788" y="111"/>
                              </a:cubicBezTo>
                              <a:lnTo>
                                <a:pt x="819" y="111"/>
                              </a:lnTo>
                              <a:lnTo>
                                <a:pt x="819" y="187"/>
                              </a:lnTo>
                              <a:lnTo>
                                <a:pt x="787" y="187"/>
                              </a:lnTo>
                              <a:lnTo>
                                <a:pt x="787" y="187"/>
                              </a:lnTo>
                              <a:cubicBezTo>
                                <a:pt x="780" y="187"/>
                                <a:pt x="774" y="186"/>
                                <a:pt x="768" y="182"/>
                              </a:cubicBezTo>
                              <a:lnTo>
                                <a:pt x="768" y="182"/>
                              </a:lnTo>
                              <a:cubicBezTo>
                                <a:pt x="763" y="179"/>
                                <a:pt x="758" y="174"/>
                                <a:pt x="755" y="169"/>
                              </a:cubicBezTo>
                              <a:lnTo>
                                <a:pt x="755" y="169"/>
                              </a:lnTo>
                              <a:cubicBezTo>
                                <a:pt x="752" y="163"/>
                                <a:pt x="750" y="157"/>
                                <a:pt x="750" y="150"/>
                              </a:cubicBezTo>
                              <a:close/>
                              <a:moveTo>
                                <a:pt x="918" y="292"/>
                              </a:moveTo>
                              <a:lnTo>
                                <a:pt x="949" y="292"/>
                              </a:lnTo>
                              <a:lnTo>
                                <a:pt x="949" y="218"/>
                              </a:lnTo>
                              <a:lnTo>
                                <a:pt x="949" y="218"/>
                              </a:lnTo>
                              <a:cubicBezTo>
                                <a:pt x="949" y="214"/>
                                <a:pt x="949" y="211"/>
                                <a:pt x="948" y="208"/>
                              </a:cubicBezTo>
                              <a:lnTo>
                                <a:pt x="948" y="208"/>
                              </a:lnTo>
                              <a:cubicBezTo>
                                <a:pt x="948" y="206"/>
                                <a:pt x="948" y="205"/>
                                <a:pt x="948" y="204"/>
                              </a:cubicBezTo>
                              <a:lnTo>
                                <a:pt x="949" y="204"/>
                              </a:lnTo>
                              <a:lnTo>
                                <a:pt x="949" y="204"/>
                              </a:lnTo>
                              <a:cubicBezTo>
                                <a:pt x="949" y="205"/>
                                <a:pt x="949" y="205"/>
                                <a:pt x="951" y="207"/>
                              </a:cubicBezTo>
                              <a:lnTo>
                                <a:pt x="951" y="207"/>
                              </a:lnTo>
                              <a:cubicBezTo>
                                <a:pt x="952" y="209"/>
                                <a:pt x="954" y="211"/>
                                <a:pt x="956" y="214"/>
                              </a:cubicBezTo>
                              <a:lnTo>
                                <a:pt x="956" y="214"/>
                              </a:lnTo>
                              <a:cubicBezTo>
                                <a:pt x="958" y="216"/>
                                <a:pt x="962" y="219"/>
                                <a:pt x="966" y="222"/>
                              </a:cubicBezTo>
                              <a:lnTo>
                                <a:pt x="966" y="222"/>
                              </a:lnTo>
                              <a:cubicBezTo>
                                <a:pt x="969" y="224"/>
                                <a:pt x="974" y="226"/>
                                <a:pt x="979" y="228"/>
                              </a:cubicBezTo>
                              <a:lnTo>
                                <a:pt x="979" y="228"/>
                              </a:lnTo>
                              <a:cubicBezTo>
                                <a:pt x="986" y="230"/>
                                <a:pt x="992" y="231"/>
                                <a:pt x="999" y="231"/>
                              </a:cubicBezTo>
                              <a:lnTo>
                                <a:pt x="999" y="231"/>
                              </a:lnTo>
                              <a:cubicBezTo>
                                <a:pt x="1010" y="231"/>
                                <a:pt x="1019" y="229"/>
                                <a:pt x="1028" y="225"/>
                              </a:cubicBezTo>
                              <a:lnTo>
                                <a:pt x="1028" y="225"/>
                              </a:lnTo>
                              <a:cubicBezTo>
                                <a:pt x="1037" y="221"/>
                                <a:pt x="1045" y="215"/>
                                <a:pt x="1051" y="208"/>
                              </a:cubicBezTo>
                              <a:lnTo>
                                <a:pt x="1051" y="208"/>
                              </a:lnTo>
                              <a:cubicBezTo>
                                <a:pt x="1058" y="201"/>
                                <a:pt x="1063" y="192"/>
                                <a:pt x="1067" y="181"/>
                              </a:cubicBezTo>
                              <a:lnTo>
                                <a:pt x="1067" y="181"/>
                              </a:lnTo>
                              <a:cubicBezTo>
                                <a:pt x="1070" y="171"/>
                                <a:pt x="1072" y="159"/>
                                <a:pt x="1072" y="146"/>
                              </a:cubicBezTo>
                              <a:lnTo>
                                <a:pt x="1072" y="146"/>
                              </a:lnTo>
                              <a:cubicBezTo>
                                <a:pt x="1072" y="133"/>
                                <a:pt x="1070" y="122"/>
                                <a:pt x="1067" y="111"/>
                              </a:cubicBezTo>
                              <a:lnTo>
                                <a:pt x="1067" y="111"/>
                              </a:lnTo>
                              <a:cubicBezTo>
                                <a:pt x="1064" y="101"/>
                                <a:pt x="1059" y="92"/>
                                <a:pt x="1053" y="85"/>
                              </a:cubicBezTo>
                              <a:lnTo>
                                <a:pt x="1053" y="85"/>
                              </a:lnTo>
                              <a:cubicBezTo>
                                <a:pt x="1047" y="77"/>
                                <a:pt x="1039" y="71"/>
                                <a:pt x="1031" y="67"/>
                              </a:cubicBezTo>
                              <a:lnTo>
                                <a:pt x="1031" y="67"/>
                              </a:lnTo>
                              <a:cubicBezTo>
                                <a:pt x="1022" y="63"/>
                                <a:pt x="1012" y="61"/>
                                <a:pt x="1001" y="61"/>
                              </a:cubicBezTo>
                              <a:lnTo>
                                <a:pt x="1001" y="61"/>
                              </a:lnTo>
                              <a:cubicBezTo>
                                <a:pt x="993" y="61"/>
                                <a:pt x="986" y="62"/>
                                <a:pt x="979" y="64"/>
                              </a:cubicBezTo>
                              <a:lnTo>
                                <a:pt x="979" y="64"/>
                              </a:lnTo>
                              <a:cubicBezTo>
                                <a:pt x="973" y="66"/>
                                <a:pt x="968" y="69"/>
                                <a:pt x="964" y="71"/>
                              </a:cubicBezTo>
                              <a:lnTo>
                                <a:pt x="964" y="71"/>
                              </a:lnTo>
                              <a:cubicBezTo>
                                <a:pt x="960" y="74"/>
                                <a:pt x="956" y="77"/>
                                <a:pt x="954" y="80"/>
                              </a:cubicBezTo>
                              <a:lnTo>
                                <a:pt x="954" y="80"/>
                              </a:lnTo>
                              <a:cubicBezTo>
                                <a:pt x="951" y="83"/>
                                <a:pt x="949" y="85"/>
                                <a:pt x="948" y="87"/>
                              </a:cubicBezTo>
                              <a:lnTo>
                                <a:pt x="948" y="87"/>
                              </a:lnTo>
                              <a:cubicBezTo>
                                <a:pt x="947" y="89"/>
                                <a:pt x="946" y="90"/>
                                <a:pt x="946" y="90"/>
                              </a:cubicBezTo>
                              <a:lnTo>
                                <a:pt x="946" y="90"/>
                              </a:lnTo>
                              <a:lnTo>
                                <a:pt x="946" y="90"/>
                              </a:lnTo>
                              <a:cubicBezTo>
                                <a:pt x="946" y="90"/>
                                <a:pt x="946" y="90"/>
                                <a:pt x="946" y="89"/>
                              </a:cubicBezTo>
                              <a:lnTo>
                                <a:pt x="946" y="89"/>
                              </a:lnTo>
                              <a:cubicBezTo>
                                <a:pt x="946" y="88"/>
                                <a:pt x="946" y="86"/>
                                <a:pt x="946" y="85"/>
                              </a:cubicBezTo>
                              <a:lnTo>
                                <a:pt x="946" y="85"/>
                              </a:lnTo>
                              <a:cubicBezTo>
                                <a:pt x="946" y="83"/>
                                <a:pt x="946" y="81"/>
                                <a:pt x="946" y="79"/>
                              </a:cubicBezTo>
                              <a:lnTo>
                                <a:pt x="946" y="65"/>
                              </a:lnTo>
                              <a:lnTo>
                                <a:pt x="918" y="65"/>
                              </a:lnTo>
                              <a:lnTo>
                                <a:pt x="918" y="292"/>
                              </a:lnTo>
                              <a:close/>
                              <a:moveTo>
                                <a:pt x="948" y="146"/>
                              </a:moveTo>
                              <a:lnTo>
                                <a:pt x="948" y="146"/>
                              </a:lnTo>
                              <a:cubicBezTo>
                                <a:pt x="948" y="136"/>
                                <a:pt x="949" y="127"/>
                                <a:pt x="952" y="120"/>
                              </a:cubicBezTo>
                              <a:lnTo>
                                <a:pt x="952" y="120"/>
                              </a:lnTo>
                              <a:cubicBezTo>
                                <a:pt x="954" y="112"/>
                                <a:pt x="958" y="106"/>
                                <a:pt x="962" y="102"/>
                              </a:cubicBezTo>
                              <a:lnTo>
                                <a:pt x="962" y="102"/>
                              </a:lnTo>
                              <a:cubicBezTo>
                                <a:pt x="966" y="97"/>
                                <a:pt x="971" y="94"/>
                                <a:pt x="977" y="91"/>
                              </a:cubicBezTo>
                              <a:lnTo>
                                <a:pt x="977" y="91"/>
                              </a:lnTo>
                              <a:cubicBezTo>
                                <a:pt x="983" y="89"/>
                                <a:pt x="989" y="88"/>
                                <a:pt x="995" y="88"/>
                              </a:cubicBezTo>
                              <a:lnTo>
                                <a:pt x="995" y="88"/>
                              </a:lnTo>
                              <a:cubicBezTo>
                                <a:pt x="1004" y="88"/>
                                <a:pt x="1012" y="91"/>
                                <a:pt x="1019" y="95"/>
                              </a:cubicBezTo>
                              <a:lnTo>
                                <a:pt x="1019" y="95"/>
                              </a:lnTo>
                              <a:cubicBezTo>
                                <a:pt x="1026" y="100"/>
                                <a:pt x="1031" y="107"/>
                                <a:pt x="1035" y="115"/>
                              </a:cubicBezTo>
                              <a:lnTo>
                                <a:pt x="1035" y="115"/>
                              </a:lnTo>
                              <a:cubicBezTo>
                                <a:pt x="1039" y="124"/>
                                <a:pt x="1041" y="134"/>
                                <a:pt x="1041" y="146"/>
                              </a:cubicBezTo>
                              <a:lnTo>
                                <a:pt x="1041" y="146"/>
                              </a:lnTo>
                              <a:cubicBezTo>
                                <a:pt x="1041" y="156"/>
                                <a:pt x="1040" y="164"/>
                                <a:pt x="1037" y="171"/>
                              </a:cubicBezTo>
                              <a:lnTo>
                                <a:pt x="1037" y="171"/>
                              </a:lnTo>
                              <a:cubicBezTo>
                                <a:pt x="1035" y="178"/>
                                <a:pt x="1031" y="184"/>
                                <a:pt x="1027" y="189"/>
                              </a:cubicBezTo>
                              <a:lnTo>
                                <a:pt x="1027" y="189"/>
                              </a:lnTo>
                              <a:cubicBezTo>
                                <a:pt x="1023" y="194"/>
                                <a:pt x="1018" y="198"/>
                                <a:pt x="1012" y="201"/>
                              </a:cubicBezTo>
                              <a:lnTo>
                                <a:pt x="1012" y="201"/>
                              </a:lnTo>
                              <a:cubicBezTo>
                                <a:pt x="1007" y="203"/>
                                <a:pt x="1001" y="204"/>
                                <a:pt x="994" y="204"/>
                              </a:cubicBezTo>
                              <a:lnTo>
                                <a:pt x="994" y="204"/>
                              </a:lnTo>
                              <a:cubicBezTo>
                                <a:pt x="987" y="204"/>
                                <a:pt x="979" y="203"/>
                                <a:pt x="974" y="200"/>
                              </a:cubicBezTo>
                              <a:lnTo>
                                <a:pt x="974" y="200"/>
                              </a:lnTo>
                              <a:cubicBezTo>
                                <a:pt x="968" y="196"/>
                                <a:pt x="963" y="192"/>
                                <a:pt x="960" y="187"/>
                              </a:cubicBezTo>
                              <a:lnTo>
                                <a:pt x="960" y="187"/>
                              </a:lnTo>
                              <a:cubicBezTo>
                                <a:pt x="956" y="181"/>
                                <a:pt x="953" y="175"/>
                                <a:pt x="951" y="168"/>
                              </a:cubicBezTo>
                              <a:lnTo>
                                <a:pt x="951" y="168"/>
                              </a:lnTo>
                              <a:cubicBezTo>
                                <a:pt x="949" y="161"/>
                                <a:pt x="948" y="154"/>
                                <a:pt x="948" y="146"/>
                              </a:cubicBezTo>
                              <a:close/>
                              <a:moveTo>
                                <a:pt x="1098" y="145"/>
                              </a:moveTo>
                              <a:lnTo>
                                <a:pt x="1098" y="145"/>
                              </a:lnTo>
                              <a:cubicBezTo>
                                <a:pt x="1098" y="158"/>
                                <a:pt x="1100" y="170"/>
                                <a:pt x="1105" y="180"/>
                              </a:cubicBezTo>
                              <a:lnTo>
                                <a:pt x="1105" y="180"/>
                              </a:lnTo>
                              <a:cubicBezTo>
                                <a:pt x="1109" y="190"/>
                                <a:pt x="1116" y="199"/>
                                <a:pt x="1125" y="207"/>
                              </a:cubicBezTo>
                              <a:lnTo>
                                <a:pt x="1125" y="207"/>
                              </a:lnTo>
                              <a:cubicBezTo>
                                <a:pt x="1133" y="214"/>
                                <a:pt x="1142" y="220"/>
                                <a:pt x="1152" y="225"/>
                              </a:cubicBezTo>
                              <a:lnTo>
                                <a:pt x="1152" y="225"/>
                              </a:lnTo>
                              <a:cubicBezTo>
                                <a:pt x="1163" y="229"/>
                                <a:pt x="1174" y="231"/>
                                <a:pt x="1186" y="231"/>
                              </a:cubicBezTo>
                              <a:lnTo>
                                <a:pt x="1186" y="231"/>
                              </a:lnTo>
                              <a:cubicBezTo>
                                <a:pt x="1198" y="231"/>
                                <a:pt x="1209" y="229"/>
                                <a:pt x="1220" y="225"/>
                              </a:cubicBezTo>
                              <a:lnTo>
                                <a:pt x="1220" y="225"/>
                              </a:lnTo>
                              <a:cubicBezTo>
                                <a:pt x="1230" y="220"/>
                                <a:pt x="1240" y="214"/>
                                <a:pt x="1248" y="207"/>
                              </a:cubicBezTo>
                              <a:lnTo>
                                <a:pt x="1248" y="207"/>
                              </a:lnTo>
                              <a:cubicBezTo>
                                <a:pt x="1255" y="199"/>
                                <a:pt x="1262" y="190"/>
                                <a:pt x="1267" y="180"/>
                              </a:cubicBezTo>
                              <a:lnTo>
                                <a:pt x="1267" y="180"/>
                              </a:lnTo>
                              <a:cubicBezTo>
                                <a:pt x="1272" y="170"/>
                                <a:pt x="1274" y="158"/>
                                <a:pt x="1274" y="145"/>
                              </a:cubicBezTo>
                              <a:lnTo>
                                <a:pt x="1274" y="145"/>
                              </a:lnTo>
                              <a:cubicBezTo>
                                <a:pt x="1274" y="133"/>
                                <a:pt x="1272" y="122"/>
                                <a:pt x="1267" y="111"/>
                              </a:cubicBezTo>
                              <a:lnTo>
                                <a:pt x="1267" y="111"/>
                              </a:lnTo>
                              <a:cubicBezTo>
                                <a:pt x="1262" y="101"/>
                                <a:pt x="1255" y="92"/>
                                <a:pt x="1248" y="85"/>
                              </a:cubicBezTo>
                              <a:lnTo>
                                <a:pt x="1248" y="85"/>
                              </a:lnTo>
                              <a:cubicBezTo>
                                <a:pt x="1240" y="77"/>
                                <a:pt x="1230" y="72"/>
                                <a:pt x="1220" y="67"/>
                              </a:cubicBezTo>
                              <a:lnTo>
                                <a:pt x="1220" y="67"/>
                              </a:lnTo>
                              <a:cubicBezTo>
                                <a:pt x="1209" y="63"/>
                                <a:pt x="1198" y="61"/>
                                <a:pt x="1186" y="61"/>
                              </a:cubicBezTo>
                              <a:lnTo>
                                <a:pt x="1186" y="61"/>
                              </a:lnTo>
                              <a:cubicBezTo>
                                <a:pt x="1174" y="61"/>
                                <a:pt x="1163" y="63"/>
                                <a:pt x="1152" y="67"/>
                              </a:cubicBezTo>
                              <a:lnTo>
                                <a:pt x="1152" y="67"/>
                              </a:lnTo>
                              <a:cubicBezTo>
                                <a:pt x="1142" y="72"/>
                                <a:pt x="1133" y="77"/>
                                <a:pt x="1125" y="85"/>
                              </a:cubicBezTo>
                              <a:lnTo>
                                <a:pt x="1125" y="85"/>
                              </a:lnTo>
                              <a:cubicBezTo>
                                <a:pt x="1116" y="92"/>
                                <a:pt x="1109" y="101"/>
                                <a:pt x="1105" y="111"/>
                              </a:cubicBezTo>
                              <a:lnTo>
                                <a:pt x="1105" y="111"/>
                              </a:lnTo>
                              <a:cubicBezTo>
                                <a:pt x="1100" y="122"/>
                                <a:pt x="1098" y="133"/>
                                <a:pt x="1098" y="145"/>
                              </a:cubicBezTo>
                              <a:close/>
                              <a:moveTo>
                                <a:pt x="1131" y="145"/>
                              </a:moveTo>
                              <a:lnTo>
                                <a:pt x="1131" y="145"/>
                              </a:lnTo>
                              <a:cubicBezTo>
                                <a:pt x="1131" y="137"/>
                                <a:pt x="1132" y="129"/>
                                <a:pt x="1135" y="122"/>
                              </a:cubicBezTo>
                              <a:lnTo>
                                <a:pt x="1135" y="122"/>
                              </a:lnTo>
                              <a:cubicBezTo>
                                <a:pt x="1138" y="115"/>
                                <a:pt x="1142" y="109"/>
                                <a:pt x="1147" y="104"/>
                              </a:cubicBezTo>
                              <a:lnTo>
                                <a:pt x="1147" y="104"/>
                              </a:lnTo>
                              <a:cubicBezTo>
                                <a:pt x="1152" y="99"/>
                                <a:pt x="1158" y="95"/>
                                <a:pt x="1165" y="92"/>
                              </a:cubicBezTo>
                              <a:lnTo>
                                <a:pt x="1165" y="92"/>
                              </a:lnTo>
                              <a:cubicBezTo>
                                <a:pt x="1171" y="89"/>
                                <a:pt x="1178" y="88"/>
                                <a:pt x="1186" y="88"/>
                              </a:cubicBezTo>
                              <a:lnTo>
                                <a:pt x="1186" y="88"/>
                              </a:lnTo>
                              <a:cubicBezTo>
                                <a:pt x="1194" y="88"/>
                                <a:pt x="1201" y="89"/>
                                <a:pt x="1208" y="92"/>
                              </a:cubicBezTo>
                              <a:lnTo>
                                <a:pt x="1208" y="92"/>
                              </a:lnTo>
                              <a:cubicBezTo>
                                <a:pt x="1214" y="95"/>
                                <a:pt x="1220" y="99"/>
                                <a:pt x="1225" y="104"/>
                              </a:cubicBezTo>
                              <a:lnTo>
                                <a:pt x="1225" y="104"/>
                              </a:lnTo>
                              <a:cubicBezTo>
                                <a:pt x="1230" y="109"/>
                                <a:pt x="1234" y="115"/>
                                <a:pt x="1237" y="122"/>
                              </a:cubicBezTo>
                              <a:lnTo>
                                <a:pt x="1237" y="122"/>
                              </a:lnTo>
                              <a:cubicBezTo>
                                <a:pt x="1240" y="129"/>
                                <a:pt x="1241" y="137"/>
                                <a:pt x="1241" y="145"/>
                              </a:cubicBezTo>
                              <a:lnTo>
                                <a:pt x="1241" y="145"/>
                              </a:lnTo>
                              <a:cubicBezTo>
                                <a:pt x="1241" y="155"/>
                                <a:pt x="1240" y="162"/>
                                <a:pt x="1237" y="169"/>
                              </a:cubicBezTo>
                              <a:lnTo>
                                <a:pt x="1237" y="169"/>
                              </a:lnTo>
                              <a:cubicBezTo>
                                <a:pt x="1234" y="177"/>
                                <a:pt x="1230" y="183"/>
                                <a:pt x="1225" y="188"/>
                              </a:cubicBezTo>
                              <a:lnTo>
                                <a:pt x="1225" y="188"/>
                              </a:lnTo>
                              <a:cubicBezTo>
                                <a:pt x="1220" y="193"/>
                                <a:pt x="1214" y="197"/>
                                <a:pt x="1208" y="200"/>
                              </a:cubicBezTo>
                              <a:lnTo>
                                <a:pt x="1208" y="200"/>
                              </a:lnTo>
                              <a:cubicBezTo>
                                <a:pt x="1201" y="203"/>
                                <a:pt x="1194" y="204"/>
                                <a:pt x="1186" y="204"/>
                              </a:cubicBezTo>
                              <a:lnTo>
                                <a:pt x="1186" y="204"/>
                              </a:lnTo>
                              <a:cubicBezTo>
                                <a:pt x="1178" y="204"/>
                                <a:pt x="1171" y="203"/>
                                <a:pt x="1165" y="200"/>
                              </a:cubicBezTo>
                              <a:lnTo>
                                <a:pt x="1165" y="200"/>
                              </a:lnTo>
                              <a:cubicBezTo>
                                <a:pt x="1158" y="197"/>
                                <a:pt x="1152" y="193"/>
                                <a:pt x="1147" y="188"/>
                              </a:cubicBezTo>
                              <a:lnTo>
                                <a:pt x="1147" y="188"/>
                              </a:lnTo>
                              <a:cubicBezTo>
                                <a:pt x="1142" y="183"/>
                                <a:pt x="1138" y="177"/>
                                <a:pt x="1135" y="169"/>
                              </a:cubicBezTo>
                              <a:lnTo>
                                <a:pt x="1135" y="169"/>
                              </a:lnTo>
                              <a:cubicBezTo>
                                <a:pt x="1132" y="162"/>
                                <a:pt x="1131" y="155"/>
                                <a:pt x="1131" y="145"/>
                              </a:cubicBezTo>
                              <a:close/>
                              <a:moveTo>
                                <a:pt x="1309" y="183"/>
                              </a:moveTo>
                              <a:lnTo>
                                <a:pt x="1309" y="183"/>
                              </a:lnTo>
                              <a:cubicBezTo>
                                <a:pt x="1309" y="191"/>
                                <a:pt x="1310" y="198"/>
                                <a:pt x="1311" y="203"/>
                              </a:cubicBezTo>
                              <a:lnTo>
                                <a:pt x="1311" y="203"/>
                              </a:lnTo>
                              <a:cubicBezTo>
                                <a:pt x="1313" y="209"/>
                                <a:pt x="1316" y="213"/>
                                <a:pt x="1319" y="216"/>
                              </a:cubicBezTo>
                              <a:lnTo>
                                <a:pt x="1319" y="216"/>
                              </a:lnTo>
                              <a:cubicBezTo>
                                <a:pt x="1322" y="220"/>
                                <a:pt x="1325" y="222"/>
                                <a:pt x="1329" y="224"/>
                              </a:cubicBezTo>
                              <a:lnTo>
                                <a:pt x="1329" y="224"/>
                              </a:lnTo>
                              <a:cubicBezTo>
                                <a:pt x="1333" y="226"/>
                                <a:pt x="1337" y="227"/>
                                <a:pt x="1341" y="227"/>
                              </a:cubicBezTo>
                              <a:lnTo>
                                <a:pt x="1341" y="227"/>
                              </a:lnTo>
                              <a:cubicBezTo>
                                <a:pt x="1345" y="228"/>
                                <a:pt x="1348" y="228"/>
                                <a:pt x="1352" y="228"/>
                              </a:cubicBezTo>
                              <a:lnTo>
                                <a:pt x="1352" y="228"/>
                              </a:lnTo>
                              <a:cubicBezTo>
                                <a:pt x="1355" y="228"/>
                                <a:pt x="1357" y="228"/>
                                <a:pt x="1359" y="228"/>
                              </a:cubicBezTo>
                              <a:lnTo>
                                <a:pt x="1359" y="228"/>
                              </a:lnTo>
                              <a:cubicBezTo>
                                <a:pt x="1361" y="228"/>
                                <a:pt x="1362" y="228"/>
                                <a:pt x="1362" y="228"/>
                              </a:cubicBezTo>
                              <a:lnTo>
                                <a:pt x="1362" y="200"/>
                              </a:lnTo>
                              <a:lnTo>
                                <a:pt x="1362" y="200"/>
                              </a:lnTo>
                              <a:cubicBezTo>
                                <a:pt x="1362" y="200"/>
                                <a:pt x="1362" y="200"/>
                                <a:pt x="1361" y="200"/>
                              </a:cubicBezTo>
                              <a:lnTo>
                                <a:pt x="1361" y="200"/>
                              </a:lnTo>
                              <a:cubicBezTo>
                                <a:pt x="1360" y="201"/>
                                <a:pt x="1358" y="201"/>
                                <a:pt x="1357" y="201"/>
                              </a:cubicBezTo>
                              <a:lnTo>
                                <a:pt x="1357" y="201"/>
                              </a:lnTo>
                              <a:cubicBezTo>
                                <a:pt x="1354" y="201"/>
                                <a:pt x="1351" y="200"/>
                                <a:pt x="1348" y="199"/>
                              </a:cubicBezTo>
                              <a:lnTo>
                                <a:pt x="1348" y="199"/>
                              </a:lnTo>
                              <a:cubicBezTo>
                                <a:pt x="1345" y="198"/>
                                <a:pt x="1343" y="196"/>
                                <a:pt x="1342" y="192"/>
                              </a:cubicBezTo>
                              <a:lnTo>
                                <a:pt x="1342" y="192"/>
                              </a:lnTo>
                              <a:cubicBezTo>
                                <a:pt x="1340" y="189"/>
                                <a:pt x="1340" y="184"/>
                                <a:pt x="1340" y="178"/>
                              </a:cubicBezTo>
                              <a:lnTo>
                                <a:pt x="1340" y="0"/>
                              </a:lnTo>
                              <a:lnTo>
                                <a:pt x="1309" y="0"/>
                              </a:lnTo>
                              <a:lnTo>
                                <a:pt x="1309" y="183"/>
                              </a:lnTo>
                              <a:close/>
                              <a:moveTo>
                                <a:pt x="1393" y="183"/>
                              </a:moveTo>
                              <a:lnTo>
                                <a:pt x="1393" y="183"/>
                              </a:lnTo>
                              <a:cubicBezTo>
                                <a:pt x="1393" y="191"/>
                                <a:pt x="1394" y="198"/>
                                <a:pt x="1396" y="203"/>
                              </a:cubicBezTo>
                              <a:lnTo>
                                <a:pt x="1396" y="203"/>
                              </a:lnTo>
                              <a:cubicBezTo>
                                <a:pt x="1398" y="209"/>
                                <a:pt x="1400" y="213"/>
                                <a:pt x="1403" y="216"/>
                              </a:cubicBezTo>
                              <a:lnTo>
                                <a:pt x="1403" y="216"/>
                              </a:lnTo>
                              <a:cubicBezTo>
                                <a:pt x="1407" y="220"/>
                                <a:pt x="1411" y="222"/>
                                <a:pt x="1415" y="224"/>
                              </a:cubicBezTo>
                              <a:lnTo>
                                <a:pt x="1415" y="224"/>
                              </a:lnTo>
                              <a:cubicBezTo>
                                <a:pt x="1418" y="226"/>
                                <a:pt x="1422" y="227"/>
                                <a:pt x="1426" y="227"/>
                              </a:cubicBezTo>
                              <a:lnTo>
                                <a:pt x="1426" y="227"/>
                              </a:lnTo>
                              <a:cubicBezTo>
                                <a:pt x="1430" y="228"/>
                                <a:pt x="1434" y="228"/>
                                <a:pt x="1437" y="228"/>
                              </a:cubicBezTo>
                              <a:lnTo>
                                <a:pt x="1437" y="228"/>
                              </a:lnTo>
                              <a:cubicBezTo>
                                <a:pt x="1440" y="228"/>
                                <a:pt x="1442" y="228"/>
                                <a:pt x="1444" y="228"/>
                              </a:cubicBezTo>
                              <a:lnTo>
                                <a:pt x="1444" y="228"/>
                              </a:lnTo>
                              <a:cubicBezTo>
                                <a:pt x="1446" y="228"/>
                                <a:pt x="1447" y="228"/>
                                <a:pt x="1448" y="228"/>
                              </a:cubicBezTo>
                              <a:lnTo>
                                <a:pt x="1448" y="200"/>
                              </a:lnTo>
                              <a:lnTo>
                                <a:pt x="1448" y="200"/>
                              </a:lnTo>
                              <a:cubicBezTo>
                                <a:pt x="1447" y="200"/>
                                <a:pt x="1447" y="200"/>
                                <a:pt x="1446" y="200"/>
                              </a:cubicBezTo>
                              <a:lnTo>
                                <a:pt x="1446" y="200"/>
                              </a:lnTo>
                              <a:cubicBezTo>
                                <a:pt x="1445" y="201"/>
                                <a:pt x="1444" y="201"/>
                                <a:pt x="1442" y="201"/>
                              </a:cubicBezTo>
                              <a:lnTo>
                                <a:pt x="1442" y="201"/>
                              </a:lnTo>
                              <a:cubicBezTo>
                                <a:pt x="1439" y="201"/>
                                <a:pt x="1436" y="200"/>
                                <a:pt x="1433" y="199"/>
                              </a:cubicBezTo>
                              <a:lnTo>
                                <a:pt x="1433" y="199"/>
                              </a:lnTo>
                              <a:cubicBezTo>
                                <a:pt x="1431" y="198"/>
                                <a:pt x="1429" y="196"/>
                                <a:pt x="1427" y="192"/>
                              </a:cubicBezTo>
                              <a:lnTo>
                                <a:pt x="1427" y="192"/>
                              </a:lnTo>
                              <a:cubicBezTo>
                                <a:pt x="1426" y="189"/>
                                <a:pt x="1425" y="184"/>
                                <a:pt x="1425" y="178"/>
                              </a:cubicBezTo>
                              <a:lnTo>
                                <a:pt x="1425" y="0"/>
                              </a:lnTo>
                              <a:lnTo>
                                <a:pt x="1393" y="0"/>
                              </a:lnTo>
                              <a:lnTo>
                                <a:pt x="1393" y="183"/>
                              </a:lnTo>
                              <a:close/>
                              <a:moveTo>
                                <a:pt x="1480" y="32"/>
                              </a:moveTo>
                              <a:lnTo>
                                <a:pt x="1511" y="32"/>
                              </a:lnTo>
                              <a:lnTo>
                                <a:pt x="1511" y="0"/>
                              </a:lnTo>
                              <a:lnTo>
                                <a:pt x="1480" y="0"/>
                              </a:lnTo>
                              <a:lnTo>
                                <a:pt x="1480" y="32"/>
                              </a:lnTo>
                              <a:close/>
                              <a:moveTo>
                                <a:pt x="1480" y="227"/>
                              </a:moveTo>
                              <a:lnTo>
                                <a:pt x="1511" y="227"/>
                              </a:lnTo>
                              <a:lnTo>
                                <a:pt x="1511" y="65"/>
                              </a:lnTo>
                              <a:lnTo>
                                <a:pt x="1480" y="65"/>
                              </a:lnTo>
                              <a:lnTo>
                                <a:pt x="1480" y="227"/>
                              </a:lnTo>
                              <a:close/>
                              <a:moveTo>
                                <a:pt x="1561" y="227"/>
                              </a:moveTo>
                              <a:lnTo>
                                <a:pt x="1591" y="227"/>
                              </a:lnTo>
                              <a:lnTo>
                                <a:pt x="1591" y="152"/>
                              </a:lnTo>
                              <a:lnTo>
                                <a:pt x="1591" y="152"/>
                              </a:lnTo>
                              <a:cubicBezTo>
                                <a:pt x="1591" y="148"/>
                                <a:pt x="1592" y="143"/>
                                <a:pt x="1592" y="139"/>
                              </a:cubicBezTo>
                              <a:lnTo>
                                <a:pt x="1592" y="139"/>
                              </a:lnTo>
                              <a:cubicBezTo>
                                <a:pt x="1592" y="136"/>
                                <a:pt x="1593" y="132"/>
                                <a:pt x="1594" y="129"/>
                              </a:cubicBezTo>
                              <a:lnTo>
                                <a:pt x="1594" y="129"/>
                              </a:lnTo>
                              <a:cubicBezTo>
                                <a:pt x="1596" y="121"/>
                                <a:pt x="1600" y="114"/>
                                <a:pt x="1605" y="108"/>
                              </a:cubicBezTo>
                              <a:lnTo>
                                <a:pt x="1605" y="108"/>
                              </a:lnTo>
                              <a:cubicBezTo>
                                <a:pt x="1610" y="102"/>
                                <a:pt x="1616" y="98"/>
                                <a:pt x="1622" y="95"/>
                              </a:cubicBezTo>
                              <a:lnTo>
                                <a:pt x="1622" y="95"/>
                              </a:lnTo>
                              <a:cubicBezTo>
                                <a:pt x="1629" y="91"/>
                                <a:pt x="1637" y="90"/>
                                <a:pt x="1645" y="89"/>
                              </a:cubicBezTo>
                              <a:lnTo>
                                <a:pt x="1645" y="89"/>
                              </a:lnTo>
                              <a:cubicBezTo>
                                <a:pt x="1651" y="89"/>
                                <a:pt x="1657" y="91"/>
                                <a:pt x="1661" y="93"/>
                              </a:cubicBezTo>
                              <a:lnTo>
                                <a:pt x="1661" y="93"/>
                              </a:lnTo>
                              <a:cubicBezTo>
                                <a:pt x="1665" y="95"/>
                                <a:pt x="1668" y="98"/>
                                <a:pt x="1670" y="101"/>
                              </a:cubicBezTo>
                              <a:lnTo>
                                <a:pt x="1670" y="101"/>
                              </a:lnTo>
                              <a:cubicBezTo>
                                <a:pt x="1672" y="105"/>
                                <a:pt x="1674" y="109"/>
                                <a:pt x="1674" y="114"/>
                              </a:cubicBezTo>
                              <a:lnTo>
                                <a:pt x="1674" y="114"/>
                              </a:lnTo>
                              <a:cubicBezTo>
                                <a:pt x="1675" y="119"/>
                                <a:pt x="1676" y="124"/>
                                <a:pt x="1676" y="130"/>
                              </a:cubicBezTo>
                              <a:lnTo>
                                <a:pt x="1676" y="227"/>
                              </a:lnTo>
                              <a:lnTo>
                                <a:pt x="1707" y="227"/>
                              </a:lnTo>
                              <a:lnTo>
                                <a:pt x="1707" y="123"/>
                              </a:lnTo>
                              <a:lnTo>
                                <a:pt x="1707" y="123"/>
                              </a:lnTo>
                              <a:cubicBezTo>
                                <a:pt x="1707" y="102"/>
                                <a:pt x="1703" y="87"/>
                                <a:pt x="1694" y="77"/>
                              </a:cubicBezTo>
                              <a:lnTo>
                                <a:pt x="1694" y="77"/>
                              </a:lnTo>
                              <a:cubicBezTo>
                                <a:pt x="1684" y="66"/>
                                <a:pt x="1670" y="61"/>
                                <a:pt x="1651" y="61"/>
                              </a:cubicBezTo>
                              <a:lnTo>
                                <a:pt x="1651" y="61"/>
                              </a:lnTo>
                              <a:cubicBezTo>
                                <a:pt x="1642" y="61"/>
                                <a:pt x="1635" y="62"/>
                                <a:pt x="1628" y="65"/>
                              </a:cubicBezTo>
                              <a:lnTo>
                                <a:pt x="1628" y="65"/>
                              </a:lnTo>
                              <a:cubicBezTo>
                                <a:pt x="1621" y="67"/>
                                <a:pt x="1615" y="71"/>
                                <a:pt x="1610" y="74"/>
                              </a:cubicBezTo>
                              <a:lnTo>
                                <a:pt x="1610" y="74"/>
                              </a:lnTo>
                              <a:cubicBezTo>
                                <a:pt x="1605" y="78"/>
                                <a:pt x="1601" y="82"/>
                                <a:pt x="1598" y="86"/>
                              </a:cubicBezTo>
                              <a:lnTo>
                                <a:pt x="1598" y="86"/>
                              </a:lnTo>
                              <a:cubicBezTo>
                                <a:pt x="1595" y="91"/>
                                <a:pt x="1592" y="94"/>
                                <a:pt x="1591" y="98"/>
                              </a:cubicBezTo>
                              <a:lnTo>
                                <a:pt x="1590" y="98"/>
                              </a:lnTo>
                              <a:lnTo>
                                <a:pt x="1590" y="98"/>
                              </a:lnTo>
                              <a:cubicBezTo>
                                <a:pt x="1590" y="98"/>
                                <a:pt x="1590" y="97"/>
                                <a:pt x="1590" y="96"/>
                              </a:cubicBezTo>
                              <a:lnTo>
                                <a:pt x="1590" y="96"/>
                              </a:lnTo>
                              <a:cubicBezTo>
                                <a:pt x="1590" y="95"/>
                                <a:pt x="1590" y="94"/>
                                <a:pt x="1590" y="92"/>
                              </a:cubicBezTo>
                              <a:lnTo>
                                <a:pt x="1590" y="92"/>
                              </a:lnTo>
                              <a:cubicBezTo>
                                <a:pt x="1590" y="90"/>
                                <a:pt x="1591" y="88"/>
                                <a:pt x="1591" y="86"/>
                              </a:cubicBezTo>
                              <a:lnTo>
                                <a:pt x="1591" y="65"/>
                              </a:lnTo>
                              <a:lnTo>
                                <a:pt x="1561" y="65"/>
                              </a:lnTo>
                              <a:lnTo>
                                <a:pt x="1561" y="227"/>
                              </a:lnTo>
                              <a:close/>
                              <a:moveTo>
                                <a:pt x="1754" y="227"/>
                              </a:moveTo>
                              <a:lnTo>
                                <a:pt x="1786" y="227"/>
                              </a:lnTo>
                              <a:lnTo>
                                <a:pt x="1786" y="194"/>
                              </a:lnTo>
                              <a:lnTo>
                                <a:pt x="1754" y="194"/>
                              </a:lnTo>
                              <a:lnTo>
                                <a:pt x="1754" y="227"/>
                              </a:lnTo>
                              <a:close/>
                              <a:moveTo>
                                <a:pt x="1835" y="292"/>
                              </a:moveTo>
                              <a:lnTo>
                                <a:pt x="1866" y="292"/>
                              </a:lnTo>
                              <a:lnTo>
                                <a:pt x="1866" y="218"/>
                              </a:lnTo>
                              <a:lnTo>
                                <a:pt x="1866" y="218"/>
                              </a:lnTo>
                              <a:cubicBezTo>
                                <a:pt x="1866" y="214"/>
                                <a:pt x="1866" y="211"/>
                                <a:pt x="1866" y="208"/>
                              </a:cubicBezTo>
                              <a:lnTo>
                                <a:pt x="1866" y="208"/>
                              </a:lnTo>
                              <a:cubicBezTo>
                                <a:pt x="1866" y="206"/>
                                <a:pt x="1866" y="205"/>
                                <a:pt x="1866" y="204"/>
                              </a:cubicBezTo>
                              <a:lnTo>
                                <a:pt x="1866" y="204"/>
                              </a:lnTo>
                              <a:lnTo>
                                <a:pt x="1866" y="204"/>
                              </a:lnTo>
                              <a:cubicBezTo>
                                <a:pt x="1866" y="205"/>
                                <a:pt x="1867" y="205"/>
                                <a:pt x="1868" y="207"/>
                              </a:cubicBezTo>
                              <a:lnTo>
                                <a:pt x="1868" y="207"/>
                              </a:lnTo>
                              <a:cubicBezTo>
                                <a:pt x="1869" y="209"/>
                                <a:pt x="1871" y="211"/>
                                <a:pt x="1874" y="214"/>
                              </a:cubicBezTo>
                              <a:lnTo>
                                <a:pt x="1874" y="214"/>
                              </a:lnTo>
                              <a:cubicBezTo>
                                <a:pt x="1876" y="216"/>
                                <a:pt x="1879" y="219"/>
                                <a:pt x="1883" y="222"/>
                              </a:cubicBezTo>
                              <a:lnTo>
                                <a:pt x="1883" y="222"/>
                              </a:lnTo>
                              <a:cubicBezTo>
                                <a:pt x="1887" y="224"/>
                                <a:pt x="1892" y="226"/>
                                <a:pt x="1897" y="228"/>
                              </a:cubicBezTo>
                              <a:lnTo>
                                <a:pt x="1897" y="228"/>
                              </a:lnTo>
                              <a:cubicBezTo>
                                <a:pt x="1902" y="230"/>
                                <a:pt x="1909" y="231"/>
                                <a:pt x="1916" y="231"/>
                              </a:cubicBezTo>
                              <a:lnTo>
                                <a:pt x="1916" y="231"/>
                              </a:lnTo>
                              <a:cubicBezTo>
                                <a:pt x="1926" y="231"/>
                                <a:pt x="1936" y="229"/>
                                <a:pt x="1945" y="225"/>
                              </a:cubicBezTo>
                              <a:lnTo>
                                <a:pt x="1945" y="225"/>
                              </a:lnTo>
                              <a:cubicBezTo>
                                <a:pt x="1954" y="221"/>
                                <a:pt x="1961" y="215"/>
                                <a:pt x="1968" y="208"/>
                              </a:cubicBezTo>
                              <a:lnTo>
                                <a:pt x="1968" y="208"/>
                              </a:lnTo>
                              <a:cubicBezTo>
                                <a:pt x="1975" y="201"/>
                                <a:pt x="1981" y="192"/>
                                <a:pt x="1984" y="181"/>
                              </a:cubicBezTo>
                              <a:lnTo>
                                <a:pt x="1984" y="181"/>
                              </a:lnTo>
                              <a:cubicBezTo>
                                <a:pt x="1988" y="171"/>
                                <a:pt x="1990" y="159"/>
                                <a:pt x="1990" y="146"/>
                              </a:cubicBezTo>
                              <a:lnTo>
                                <a:pt x="1990" y="146"/>
                              </a:lnTo>
                              <a:cubicBezTo>
                                <a:pt x="1990" y="133"/>
                                <a:pt x="1988" y="122"/>
                                <a:pt x="1985" y="111"/>
                              </a:cubicBezTo>
                              <a:lnTo>
                                <a:pt x="1985" y="111"/>
                              </a:lnTo>
                              <a:cubicBezTo>
                                <a:pt x="1981" y="101"/>
                                <a:pt x="1977" y="92"/>
                                <a:pt x="1970" y="85"/>
                              </a:cubicBezTo>
                              <a:lnTo>
                                <a:pt x="1970" y="85"/>
                              </a:lnTo>
                              <a:cubicBezTo>
                                <a:pt x="1963" y="77"/>
                                <a:pt x="1956" y="71"/>
                                <a:pt x="1947" y="67"/>
                              </a:cubicBezTo>
                              <a:lnTo>
                                <a:pt x="1947" y="67"/>
                              </a:lnTo>
                              <a:cubicBezTo>
                                <a:pt x="1939" y="63"/>
                                <a:pt x="1929" y="61"/>
                                <a:pt x="1918" y="61"/>
                              </a:cubicBezTo>
                              <a:lnTo>
                                <a:pt x="1918" y="61"/>
                              </a:lnTo>
                              <a:cubicBezTo>
                                <a:pt x="1910" y="61"/>
                                <a:pt x="1903" y="62"/>
                                <a:pt x="1897" y="64"/>
                              </a:cubicBezTo>
                              <a:lnTo>
                                <a:pt x="1897" y="64"/>
                              </a:lnTo>
                              <a:cubicBezTo>
                                <a:pt x="1891" y="66"/>
                                <a:pt x="1886" y="69"/>
                                <a:pt x="1881" y="71"/>
                              </a:cubicBezTo>
                              <a:lnTo>
                                <a:pt x="1881" y="71"/>
                              </a:lnTo>
                              <a:cubicBezTo>
                                <a:pt x="1877" y="74"/>
                                <a:pt x="1874" y="77"/>
                                <a:pt x="1871" y="80"/>
                              </a:cubicBezTo>
                              <a:lnTo>
                                <a:pt x="1871" y="80"/>
                              </a:lnTo>
                              <a:cubicBezTo>
                                <a:pt x="1869" y="83"/>
                                <a:pt x="1867" y="85"/>
                                <a:pt x="1866" y="87"/>
                              </a:cubicBezTo>
                              <a:lnTo>
                                <a:pt x="1866" y="87"/>
                              </a:lnTo>
                              <a:cubicBezTo>
                                <a:pt x="1864" y="89"/>
                                <a:pt x="1864" y="90"/>
                                <a:pt x="1864" y="90"/>
                              </a:cubicBezTo>
                              <a:lnTo>
                                <a:pt x="1863" y="90"/>
                              </a:lnTo>
                              <a:lnTo>
                                <a:pt x="1863" y="90"/>
                              </a:lnTo>
                              <a:cubicBezTo>
                                <a:pt x="1863" y="90"/>
                                <a:pt x="1863" y="90"/>
                                <a:pt x="1863" y="89"/>
                              </a:cubicBezTo>
                              <a:lnTo>
                                <a:pt x="1863" y="89"/>
                              </a:lnTo>
                              <a:cubicBezTo>
                                <a:pt x="1863" y="88"/>
                                <a:pt x="1864" y="86"/>
                                <a:pt x="1864" y="85"/>
                              </a:cubicBezTo>
                              <a:lnTo>
                                <a:pt x="1864" y="85"/>
                              </a:lnTo>
                              <a:cubicBezTo>
                                <a:pt x="1864" y="83"/>
                                <a:pt x="1864" y="81"/>
                                <a:pt x="1864" y="79"/>
                              </a:cubicBezTo>
                              <a:lnTo>
                                <a:pt x="1864" y="65"/>
                              </a:lnTo>
                              <a:lnTo>
                                <a:pt x="1835" y="65"/>
                              </a:lnTo>
                              <a:lnTo>
                                <a:pt x="1835" y="292"/>
                              </a:lnTo>
                              <a:close/>
                              <a:moveTo>
                                <a:pt x="1865" y="146"/>
                              </a:moveTo>
                              <a:lnTo>
                                <a:pt x="1865" y="146"/>
                              </a:lnTo>
                              <a:cubicBezTo>
                                <a:pt x="1865" y="136"/>
                                <a:pt x="1867" y="127"/>
                                <a:pt x="1869" y="120"/>
                              </a:cubicBezTo>
                              <a:lnTo>
                                <a:pt x="1869" y="120"/>
                              </a:lnTo>
                              <a:cubicBezTo>
                                <a:pt x="1872" y="112"/>
                                <a:pt x="1875" y="106"/>
                                <a:pt x="1880" y="102"/>
                              </a:cubicBezTo>
                              <a:lnTo>
                                <a:pt x="1880" y="102"/>
                              </a:lnTo>
                              <a:cubicBezTo>
                                <a:pt x="1884" y="97"/>
                                <a:pt x="1889" y="94"/>
                                <a:pt x="1894" y="91"/>
                              </a:cubicBezTo>
                              <a:lnTo>
                                <a:pt x="1894" y="91"/>
                              </a:lnTo>
                              <a:cubicBezTo>
                                <a:pt x="1900" y="89"/>
                                <a:pt x="1906" y="88"/>
                                <a:pt x="1912" y="88"/>
                              </a:cubicBezTo>
                              <a:lnTo>
                                <a:pt x="1912" y="88"/>
                              </a:lnTo>
                              <a:cubicBezTo>
                                <a:pt x="1921" y="88"/>
                                <a:pt x="1929" y="91"/>
                                <a:pt x="1936" y="95"/>
                              </a:cubicBezTo>
                              <a:lnTo>
                                <a:pt x="1936" y="95"/>
                              </a:lnTo>
                              <a:cubicBezTo>
                                <a:pt x="1942" y="100"/>
                                <a:pt x="1948" y="107"/>
                                <a:pt x="1952" y="115"/>
                              </a:cubicBezTo>
                              <a:lnTo>
                                <a:pt x="1952" y="115"/>
                              </a:lnTo>
                              <a:cubicBezTo>
                                <a:pt x="1955" y="124"/>
                                <a:pt x="1957" y="134"/>
                                <a:pt x="1957" y="146"/>
                              </a:cubicBezTo>
                              <a:lnTo>
                                <a:pt x="1957" y="146"/>
                              </a:lnTo>
                              <a:cubicBezTo>
                                <a:pt x="1957" y="156"/>
                                <a:pt x="1956" y="164"/>
                                <a:pt x="1954" y="171"/>
                              </a:cubicBezTo>
                              <a:lnTo>
                                <a:pt x="1954" y="171"/>
                              </a:lnTo>
                              <a:cubicBezTo>
                                <a:pt x="1951" y="178"/>
                                <a:pt x="1948" y="184"/>
                                <a:pt x="1944" y="189"/>
                              </a:cubicBezTo>
                              <a:lnTo>
                                <a:pt x="1944" y="189"/>
                              </a:lnTo>
                              <a:cubicBezTo>
                                <a:pt x="1939" y="194"/>
                                <a:pt x="1935" y="198"/>
                                <a:pt x="1929" y="201"/>
                              </a:cubicBezTo>
                              <a:lnTo>
                                <a:pt x="1929" y="201"/>
                              </a:lnTo>
                              <a:cubicBezTo>
                                <a:pt x="1923" y="203"/>
                                <a:pt x="1917" y="204"/>
                                <a:pt x="1911" y="204"/>
                              </a:cubicBezTo>
                              <a:lnTo>
                                <a:pt x="1911" y="204"/>
                              </a:lnTo>
                              <a:cubicBezTo>
                                <a:pt x="1903" y="204"/>
                                <a:pt x="1897" y="203"/>
                                <a:pt x="1891" y="200"/>
                              </a:cubicBezTo>
                              <a:lnTo>
                                <a:pt x="1891" y="200"/>
                              </a:lnTo>
                              <a:cubicBezTo>
                                <a:pt x="1886" y="196"/>
                                <a:pt x="1881" y="192"/>
                                <a:pt x="1877" y="187"/>
                              </a:cubicBezTo>
                              <a:lnTo>
                                <a:pt x="1877" y="187"/>
                              </a:lnTo>
                              <a:cubicBezTo>
                                <a:pt x="1873" y="181"/>
                                <a:pt x="1870" y="175"/>
                                <a:pt x="1868" y="168"/>
                              </a:cubicBezTo>
                              <a:lnTo>
                                <a:pt x="1868" y="168"/>
                              </a:lnTo>
                              <a:cubicBezTo>
                                <a:pt x="1866" y="161"/>
                                <a:pt x="1865" y="154"/>
                                <a:pt x="1865" y="146"/>
                              </a:cubicBezTo>
                              <a:close/>
                              <a:moveTo>
                                <a:pt x="2026" y="183"/>
                              </a:moveTo>
                              <a:lnTo>
                                <a:pt x="2026" y="183"/>
                              </a:lnTo>
                              <a:cubicBezTo>
                                <a:pt x="2026" y="191"/>
                                <a:pt x="2027" y="198"/>
                                <a:pt x="2028" y="203"/>
                              </a:cubicBezTo>
                              <a:lnTo>
                                <a:pt x="2028" y="203"/>
                              </a:lnTo>
                              <a:cubicBezTo>
                                <a:pt x="2030" y="209"/>
                                <a:pt x="2033" y="213"/>
                                <a:pt x="2036" y="216"/>
                              </a:cubicBezTo>
                              <a:lnTo>
                                <a:pt x="2036" y="216"/>
                              </a:lnTo>
                              <a:cubicBezTo>
                                <a:pt x="2039" y="220"/>
                                <a:pt x="2042" y="222"/>
                                <a:pt x="2046" y="224"/>
                              </a:cubicBezTo>
                              <a:lnTo>
                                <a:pt x="2046" y="224"/>
                              </a:lnTo>
                              <a:cubicBezTo>
                                <a:pt x="2050" y="226"/>
                                <a:pt x="2054" y="227"/>
                                <a:pt x="2058" y="227"/>
                              </a:cubicBezTo>
                              <a:lnTo>
                                <a:pt x="2058" y="227"/>
                              </a:lnTo>
                              <a:cubicBezTo>
                                <a:pt x="2062" y="228"/>
                                <a:pt x="2065" y="228"/>
                                <a:pt x="2069" y="228"/>
                              </a:cubicBezTo>
                              <a:lnTo>
                                <a:pt x="2069" y="228"/>
                              </a:lnTo>
                              <a:cubicBezTo>
                                <a:pt x="2072" y="228"/>
                                <a:pt x="2074" y="228"/>
                                <a:pt x="2076" y="228"/>
                              </a:cubicBezTo>
                              <a:lnTo>
                                <a:pt x="2076" y="228"/>
                              </a:lnTo>
                              <a:cubicBezTo>
                                <a:pt x="2078" y="228"/>
                                <a:pt x="2079" y="228"/>
                                <a:pt x="2079" y="228"/>
                              </a:cubicBezTo>
                              <a:lnTo>
                                <a:pt x="2079" y="200"/>
                              </a:lnTo>
                              <a:lnTo>
                                <a:pt x="2079" y="200"/>
                              </a:lnTo>
                              <a:cubicBezTo>
                                <a:pt x="2079" y="200"/>
                                <a:pt x="2078" y="200"/>
                                <a:pt x="2077" y="200"/>
                              </a:cubicBezTo>
                              <a:lnTo>
                                <a:pt x="2077" y="200"/>
                              </a:lnTo>
                              <a:cubicBezTo>
                                <a:pt x="2076" y="201"/>
                                <a:pt x="2075" y="201"/>
                                <a:pt x="2074" y="201"/>
                              </a:cubicBezTo>
                              <a:lnTo>
                                <a:pt x="2074" y="201"/>
                              </a:lnTo>
                              <a:cubicBezTo>
                                <a:pt x="2070" y="201"/>
                                <a:pt x="2068" y="200"/>
                                <a:pt x="2065" y="199"/>
                              </a:cubicBezTo>
                              <a:lnTo>
                                <a:pt x="2065" y="199"/>
                              </a:lnTo>
                              <a:cubicBezTo>
                                <a:pt x="2062" y="198"/>
                                <a:pt x="2060" y="196"/>
                                <a:pt x="2059" y="192"/>
                              </a:cubicBezTo>
                              <a:lnTo>
                                <a:pt x="2059" y="192"/>
                              </a:lnTo>
                              <a:cubicBezTo>
                                <a:pt x="2057" y="189"/>
                                <a:pt x="2056" y="184"/>
                                <a:pt x="2056" y="178"/>
                              </a:cubicBezTo>
                              <a:lnTo>
                                <a:pt x="2056" y="0"/>
                              </a:lnTo>
                              <a:lnTo>
                                <a:pt x="2026" y="0"/>
                              </a:lnTo>
                              <a:lnTo>
                                <a:pt x="2026" y="183"/>
                              </a:lnTo>
                              <a:close/>
                              <a:moveTo>
                                <a:pt x="2103" y="260"/>
                              </a:moveTo>
                              <a:lnTo>
                                <a:pt x="2128" y="260"/>
                              </a:lnTo>
                              <a:lnTo>
                                <a:pt x="2152" y="194"/>
                              </a:lnTo>
                              <a:lnTo>
                                <a:pt x="2120" y="194"/>
                              </a:lnTo>
                              <a:lnTo>
                                <a:pt x="2103" y="260"/>
                              </a:lnTo>
                              <a:close/>
                              <a:moveTo>
                                <a:pt x="2121" y="98"/>
                              </a:moveTo>
                              <a:lnTo>
                                <a:pt x="2153" y="98"/>
                              </a:lnTo>
                              <a:lnTo>
                                <a:pt x="2153" y="65"/>
                              </a:lnTo>
                              <a:lnTo>
                                <a:pt x="2121" y="65"/>
                              </a:lnTo>
                              <a:lnTo>
                                <a:pt x="2121" y="98"/>
                              </a:lnTo>
                              <a:close/>
                              <a:moveTo>
                                <a:pt x="2363" y="227"/>
                              </a:moveTo>
                              <a:lnTo>
                                <a:pt x="2398" y="227"/>
                              </a:lnTo>
                              <a:lnTo>
                                <a:pt x="2431" y="123"/>
                              </a:lnTo>
                              <a:lnTo>
                                <a:pt x="2431" y="123"/>
                              </a:lnTo>
                              <a:cubicBezTo>
                                <a:pt x="2432" y="120"/>
                                <a:pt x="2433" y="117"/>
                                <a:pt x="2434" y="114"/>
                              </a:cubicBezTo>
                              <a:lnTo>
                                <a:pt x="2434" y="114"/>
                              </a:lnTo>
                              <a:cubicBezTo>
                                <a:pt x="2434" y="112"/>
                                <a:pt x="2435" y="110"/>
                                <a:pt x="2435" y="108"/>
                              </a:cubicBezTo>
                              <a:lnTo>
                                <a:pt x="2435" y="108"/>
                              </a:lnTo>
                              <a:cubicBezTo>
                                <a:pt x="2436" y="106"/>
                                <a:pt x="2436" y="105"/>
                                <a:pt x="2436" y="105"/>
                              </a:cubicBezTo>
                              <a:lnTo>
                                <a:pt x="2437" y="105"/>
                              </a:lnTo>
                              <a:lnTo>
                                <a:pt x="2437" y="105"/>
                              </a:lnTo>
                              <a:cubicBezTo>
                                <a:pt x="2437" y="105"/>
                                <a:pt x="2437" y="106"/>
                                <a:pt x="2437" y="108"/>
                              </a:cubicBezTo>
                              <a:lnTo>
                                <a:pt x="2437" y="108"/>
                              </a:lnTo>
                              <a:cubicBezTo>
                                <a:pt x="2437" y="110"/>
                                <a:pt x="2438" y="112"/>
                                <a:pt x="2439" y="114"/>
                              </a:cubicBezTo>
                              <a:lnTo>
                                <a:pt x="2439" y="114"/>
                              </a:lnTo>
                              <a:cubicBezTo>
                                <a:pt x="2439" y="117"/>
                                <a:pt x="2440" y="120"/>
                                <a:pt x="2441" y="123"/>
                              </a:cubicBezTo>
                              <a:lnTo>
                                <a:pt x="2474" y="227"/>
                              </a:lnTo>
                              <a:lnTo>
                                <a:pt x="2508" y="227"/>
                              </a:lnTo>
                              <a:lnTo>
                                <a:pt x="2561" y="65"/>
                              </a:lnTo>
                              <a:lnTo>
                                <a:pt x="2528" y="65"/>
                              </a:lnTo>
                              <a:lnTo>
                                <a:pt x="2494" y="179"/>
                              </a:lnTo>
                              <a:lnTo>
                                <a:pt x="2494" y="179"/>
                              </a:lnTo>
                              <a:cubicBezTo>
                                <a:pt x="2493" y="182"/>
                                <a:pt x="2493" y="184"/>
                                <a:pt x="2492" y="187"/>
                              </a:cubicBezTo>
                              <a:lnTo>
                                <a:pt x="2492" y="187"/>
                              </a:lnTo>
                              <a:cubicBezTo>
                                <a:pt x="2491" y="190"/>
                                <a:pt x="2491" y="192"/>
                                <a:pt x="2491" y="194"/>
                              </a:cubicBezTo>
                              <a:lnTo>
                                <a:pt x="2491" y="194"/>
                              </a:lnTo>
                              <a:cubicBezTo>
                                <a:pt x="2491" y="195"/>
                                <a:pt x="2490" y="196"/>
                                <a:pt x="2490" y="196"/>
                              </a:cubicBezTo>
                              <a:lnTo>
                                <a:pt x="2490" y="196"/>
                              </a:lnTo>
                              <a:lnTo>
                                <a:pt x="2490" y="196"/>
                              </a:lnTo>
                              <a:cubicBezTo>
                                <a:pt x="2490" y="196"/>
                                <a:pt x="2489" y="195"/>
                                <a:pt x="2489" y="194"/>
                              </a:cubicBezTo>
                              <a:lnTo>
                                <a:pt x="2489" y="194"/>
                              </a:lnTo>
                              <a:cubicBezTo>
                                <a:pt x="2489" y="192"/>
                                <a:pt x="2488" y="190"/>
                                <a:pt x="2488" y="187"/>
                              </a:cubicBezTo>
                              <a:lnTo>
                                <a:pt x="2488" y="187"/>
                              </a:lnTo>
                              <a:cubicBezTo>
                                <a:pt x="2487" y="184"/>
                                <a:pt x="2486" y="182"/>
                                <a:pt x="2485" y="179"/>
                              </a:cubicBezTo>
                              <a:lnTo>
                                <a:pt x="2451" y="65"/>
                              </a:lnTo>
                              <a:lnTo>
                                <a:pt x="2422" y="65"/>
                              </a:lnTo>
                              <a:lnTo>
                                <a:pt x="2386" y="179"/>
                              </a:lnTo>
                              <a:lnTo>
                                <a:pt x="2386" y="179"/>
                              </a:lnTo>
                              <a:cubicBezTo>
                                <a:pt x="2385" y="182"/>
                                <a:pt x="2385" y="184"/>
                                <a:pt x="2384" y="187"/>
                              </a:cubicBezTo>
                              <a:lnTo>
                                <a:pt x="2384" y="187"/>
                              </a:lnTo>
                              <a:cubicBezTo>
                                <a:pt x="2383" y="190"/>
                                <a:pt x="2383" y="192"/>
                                <a:pt x="2383" y="194"/>
                              </a:cubicBezTo>
                              <a:lnTo>
                                <a:pt x="2383" y="194"/>
                              </a:lnTo>
                              <a:cubicBezTo>
                                <a:pt x="2382" y="195"/>
                                <a:pt x="2382" y="196"/>
                                <a:pt x="2382" y="196"/>
                              </a:cubicBezTo>
                              <a:lnTo>
                                <a:pt x="2381" y="196"/>
                              </a:lnTo>
                              <a:lnTo>
                                <a:pt x="2381" y="196"/>
                              </a:lnTo>
                              <a:cubicBezTo>
                                <a:pt x="2381" y="196"/>
                                <a:pt x="2381" y="195"/>
                                <a:pt x="2381" y="194"/>
                              </a:cubicBezTo>
                              <a:lnTo>
                                <a:pt x="2381" y="194"/>
                              </a:lnTo>
                              <a:cubicBezTo>
                                <a:pt x="2380" y="192"/>
                                <a:pt x="2380" y="190"/>
                                <a:pt x="2379" y="187"/>
                              </a:cubicBezTo>
                              <a:lnTo>
                                <a:pt x="2379" y="187"/>
                              </a:lnTo>
                              <a:cubicBezTo>
                                <a:pt x="2379" y="184"/>
                                <a:pt x="2378" y="182"/>
                                <a:pt x="2377" y="179"/>
                              </a:cubicBezTo>
                              <a:lnTo>
                                <a:pt x="2344" y="65"/>
                              </a:lnTo>
                              <a:lnTo>
                                <a:pt x="2311" y="65"/>
                              </a:lnTo>
                              <a:lnTo>
                                <a:pt x="2363" y="227"/>
                              </a:lnTo>
                              <a:close/>
                              <a:moveTo>
                                <a:pt x="2624" y="227"/>
                              </a:moveTo>
                              <a:lnTo>
                                <a:pt x="2658" y="227"/>
                              </a:lnTo>
                              <a:lnTo>
                                <a:pt x="2693" y="123"/>
                              </a:lnTo>
                              <a:lnTo>
                                <a:pt x="2693" y="123"/>
                              </a:lnTo>
                              <a:cubicBezTo>
                                <a:pt x="2693" y="120"/>
                                <a:pt x="2694" y="117"/>
                                <a:pt x="2695" y="114"/>
                              </a:cubicBezTo>
                              <a:lnTo>
                                <a:pt x="2695" y="114"/>
                              </a:lnTo>
                              <a:cubicBezTo>
                                <a:pt x="2696" y="112"/>
                                <a:pt x="2696" y="110"/>
                                <a:pt x="2696" y="108"/>
                              </a:cubicBezTo>
                              <a:lnTo>
                                <a:pt x="2696" y="108"/>
                              </a:lnTo>
                              <a:cubicBezTo>
                                <a:pt x="2697" y="106"/>
                                <a:pt x="2697" y="105"/>
                                <a:pt x="2697" y="105"/>
                              </a:cubicBezTo>
                              <a:lnTo>
                                <a:pt x="2698" y="105"/>
                              </a:lnTo>
                              <a:lnTo>
                                <a:pt x="2698" y="105"/>
                              </a:lnTo>
                              <a:cubicBezTo>
                                <a:pt x="2698" y="105"/>
                                <a:pt x="2698" y="106"/>
                                <a:pt x="2698" y="108"/>
                              </a:cubicBezTo>
                              <a:lnTo>
                                <a:pt x="2698" y="108"/>
                              </a:lnTo>
                              <a:cubicBezTo>
                                <a:pt x="2699" y="110"/>
                                <a:pt x="2699" y="112"/>
                                <a:pt x="2700" y="114"/>
                              </a:cubicBezTo>
                              <a:lnTo>
                                <a:pt x="2700" y="114"/>
                              </a:lnTo>
                              <a:cubicBezTo>
                                <a:pt x="2701" y="117"/>
                                <a:pt x="2701" y="120"/>
                                <a:pt x="2702" y="123"/>
                              </a:cubicBezTo>
                              <a:lnTo>
                                <a:pt x="2736" y="227"/>
                              </a:lnTo>
                              <a:lnTo>
                                <a:pt x="2770" y="227"/>
                              </a:lnTo>
                              <a:lnTo>
                                <a:pt x="2823" y="65"/>
                              </a:lnTo>
                              <a:lnTo>
                                <a:pt x="2789" y="65"/>
                              </a:lnTo>
                              <a:lnTo>
                                <a:pt x="2755" y="179"/>
                              </a:lnTo>
                              <a:lnTo>
                                <a:pt x="2755" y="179"/>
                              </a:lnTo>
                              <a:cubicBezTo>
                                <a:pt x="2754" y="182"/>
                                <a:pt x="2754" y="184"/>
                                <a:pt x="2753" y="187"/>
                              </a:cubicBezTo>
                              <a:lnTo>
                                <a:pt x="2753" y="187"/>
                              </a:lnTo>
                              <a:cubicBezTo>
                                <a:pt x="2753" y="190"/>
                                <a:pt x="2752" y="192"/>
                                <a:pt x="2752" y="194"/>
                              </a:cubicBezTo>
                              <a:lnTo>
                                <a:pt x="2752" y="194"/>
                              </a:lnTo>
                              <a:cubicBezTo>
                                <a:pt x="2752" y="195"/>
                                <a:pt x="2751" y="196"/>
                                <a:pt x="2751" y="196"/>
                              </a:cubicBezTo>
                              <a:lnTo>
                                <a:pt x="2751" y="196"/>
                              </a:lnTo>
                              <a:lnTo>
                                <a:pt x="2751" y="196"/>
                              </a:lnTo>
                              <a:cubicBezTo>
                                <a:pt x="2751" y="196"/>
                                <a:pt x="2751" y="195"/>
                                <a:pt x="2750" y="194"/>
                              </a:cubicBezTo>
                              <a:lnTo>
                                <a:pt x="2750" y="194"/>
                              </a:lnTo>
                              <a:cubicBezTo>
                                <a:pt x="2750" y="192"/>
                                <a:pt x="2749" y="190"/>
                                <a:pt x="2749" y="187"/>
                              </a:cubicBezTo>
                              <a:lnTo>
                                <a:pt x="2749" y="187"/>
                              </a:lnTo>
                              <a:cubicBezTo>
                                <a:pt x="2748" y="184"/>
                                <a:pt x="2747" y="182"/>
                                <a:pt x="2746" y="179"/>
                              </a:cubicBezTo>
                              <a:lnTo>
                                <a:pt x="2712" y="65"/>
                              </a:lnTo>
                              <a:lnTo>
                                <a:pt x="2683" y="65"/>
                              </a:lnTo>
                              <a:lnTo>
                                <a:pt x="2647" y="179"/>
                              </a:lnTo>
                              <a:lnTo>
                                <a:pt x="2647" y="179"/>
                              </a:lnTo>
                              <a:cubicBezTo>
                                <a:pt x="2646" y="182"/>
                                <a:pt x="2646" y="184"/>
                                <a:pt x="2645" y="187"/>
                              </a:cubicBezTo>
                              <a:lnTo>
                                <a:pt x="2645" y="187"/>
                              </a:lnTo>
                              <a:cubicBezTo>
                                <a:pt x="2645" y="190"/>
                                <a:pt x="2644" y="192"/>
                                <a:pt x="2644" y="194"/>
                              </a:cubicBezTo>
                              <a:lnTo>
                                <a:pt x="2644" y="194"/>
                              </a:lnTo>
                              <a:cubicBezTo>
                                <a:pt x="2643" y="195"/>
                                <a:pt x="2643" y="196"/>
                                <a:pt x="2643" y="196"/>
                              </a:cubicBezTo>
                              <a:lnTo>
                                <a:pt x="2643" y="196"/>
                              </a:lnTo>
                              <a:lnTo>
                                <a:pt x="2643" y="196"/>
                              </a:lnTo>
                              <a:cubicBezTo>
                                <a:pt x="2642" y="196"/>
                                <a:pt x="2642" y="195"/>
                                <a:pt x="2642" y="194"/>
                              </a:cubicBezTo>
                              <a:lnTo>
                                <a:pt x="2642" y="194"/>
                              </a:lnTo>
                              <a:cubicBezTo>
                                <a:pt x="2642" y="192"/>
                                <a:pt x="2641" y="190"/>
                                <a:pt x="2641" y="187"/>
                              </a:cubicBezTo>
                              <a:lnTo>
                                <a:pt x="2641" y="187"/>
                              </a:lnTo>
                              <a:cubicBezTo>
                                <a:pt x="2640" y="184"/>
                                <a:pt x="2639" y="182"/>
                                <a:pt x="2638" y="179"/>
                              </a:cubicBezTo>
                              <a:lnTo>
                                <a:pt x="2605" y="65"/>
                              </a:lnTo>
                              <a:lnTo>
                                <a:pt x="2572" y="65"/>
                              </a:lnTo>
                              <a:lnTo>
                                <a:pt x="2624" y="227"/>
                              </a:lnTo>
                              <a:close/>
                              <a:moveTo>
                                <a:pt x="2885" y="227"/>
                              </a:moveTo>
                              <a:lnTo>
                                <a:pt x="2920" y="227"/>
                              </a:lnTo>
                              <a:lnTo>
                                <a:pt x="2953" y="123"/>
                              </a:lnTo>
                              <a:lnTo>
                                <a:pt x="2953" y="123"/>
                              </a:lnTo>
                              <a:cubicBezTo>
                                <a:pt x="2954" y="120"/>
                                <a:pt x="2954" y="117"/>
                                <a:pt x="2955" y="114"/>
                              </a:cubicBezTo>
                              <a:lnTo>
                                <a:pt x="2955" y="114"/>
                              </a:lnTo>
                              <a:cubicBezTo>
                                <a:pt x="2957" y="112"/>
                                <a:pt x="2957" y="110"/>
                                <a:pt x="2958" y="108"/>
                              </a:cubicBezTo>
                              <a:lnTo>
                                <a:pt x="2958" y="108"/>
                              </a:lnTo>
                              <a:cubicBezTo>
                                <a:pt x="2958" y="106"/>
                                <a:pt x="2958" y="105"/>
                                <a:pt x="2958" y="105"/>
                              </a:cubicBezTo>
                              <a:lnTo>
                                <a:pt x="2959" y="105"/>
                              </a:lnTo>
                              <a:lnTo>
                                <a:pt x="2959" y="105"/>
                              </a:lnTo>
                              <a:cubicBezTo>
                                <a:pt x="2959" y="105"/>
                                <a:pt x="2959" y="106"/>
                                <a:pt x="2959" y="108"/>
                              </a:cubicBezTo>
                              <a:lnTo>
                                <a:pt x="2959" y="108"/>
                              </a:lnTo>
                              <a:cubicBezTo>
                                <a:pt x="2960" y="110"/>
                                <a:pt x="2960" y="112"/>
                                <a:pt x="2961" y="114"/>
                              </a:cubicBezTo>
                              <a:lnTo>
                                <a:pt x="2961" y="114"/>
                              </a:lnTo>
                              <a:cubicBezTo>
                                <a:pt x="2962" y="117"/>
                                <a:pt x="2962" y="120"/>
                                <a:pt x="2963" y="123"/>
                              </a:cubicBezTo>
                              <a:lnTo>
                                <a:pt x="2997" y="227"/>
                              </a:lnTo>
                              <a:lnTo>
                                <a:pt x="3031" y="227"/>
                              </a:lnTo>
                              <a:lnTo>
                                <a:pt x="3083" y="65"/>
                              </a:lnTo>
                              <a:lnTo>
                                <a:pt x="3050" y="65"/>
                              </a:lnTo>
                              <a:lnTo>
                                <a:pt x="3016" y="179"/>
                              </a:lnTo>
                              <a:lnTo>
                                <a:pt x="3016" y="179"/>
                              </a:lnTo>
                              <a:cubicBezTo>
                                <a:pt x="3016" y="182"/>
                                <a:pt x="3015" y="184"/>
                                <a:pt x="3014" y="187"/>
                              </a:cubicBezTo>
                              <a:lnTo>
                                <a:pt x="3014" y="187"/>
                              </a:lnTo>
                              <a:cubicBezTo>
                                <a:pt x="3014" y="190"/>
                                <a:pt x="3013" y="192"/>
                                <a:pt x="3013" y="194"/>
                              </a:cubicBezTo>
                              <a:lnTo>
                                <a:pt x="3013" y="194"/>
                              </a:lnTo>
                              <a:cubicBezTo>
                                <a:pt x="3013" y="195"/>
                                <a:pt x="3013" y="196"/>
                                <a:pt x="3013" y="196"/>
                              </a:cubicBezTo>
                              <a:lnTo>
                                <a:pt x="3012" y="196"/>
                              </a:lnTo>
                              <a:lnTo>
                                <a:pt x="3012" y="196"/>
                              </a:lnTo>
                              <a:cubicBezTo>
                                <a:pt x="3012" y="196"/>
                                <a:pt x="3012" y="195"/>
                                <a:pt x="3011" y="194"/>
                              </a:cubicBezTo>
                              <a:lnTo>
                                <a:pt x="3011" y="194"/>
                              </a:lnTo>
                              <a:cubicBezTo>
                                <a:pt x="3011" y="192"/>
                                <a:pt x="3011" y="190"/>
                                <a:pt x="3010" y="187"/>
                              </a:cubicBezTo>
                              <a:lnTo>
                                <a:pt x="3010" y="187"/>
                              </a:lnTo>
                              <a:cubicBezTo>
                                <a:pt x="3009" y="184"/>
                                <a:pt x="3008" y="182"/>
                                <a:pt x="3008" y="179"/>
                              </a:cubicBezTo>
                              <a:lnTo>
                                <a:pt x="2973" y="65"/>
                              </a:lnTo>
                              <a:lnTo>
                                <a:pt x="2944" y="65"/>
                              </a:lnTo>
                              <a:lnTo>
                                <a:pt x="2908" y="179"/>
                              </a:lnTo>
                              <a:lnTo>
                                <a:pt x="2908" y="179"/>
                              </a:lnTo>
                              <a:cubicBezTo>
                                <a:pt x="2908" y="182"/>
                                <a:pt x="2907" y="184"/>
                                <a:pt x="2906" y="187"/>
                              </a:cubicBezTo>
                              <a:lnTo>
                                <a:pt x="2906" y="187"/>
                              </a:lnTo>
                              <a:cubicBezTo>
                                <a:pt x="2906" y="190"/>
                                <a:pt x="2905" y="192"/>
                                <a:pt x="2905" y="194"/>
                              </a:cubicBezTo>
                              <a:lnTo>
                                <a:pt x="2905" y="194"/>
                              </a:lnTo>
                              <a:cubicBezTo>
                                <a:pt x="2905" y="195"/>
                                <a:pt x="2904" y="196"/>
                                <a:pt x="2904" y="196"/>
                              </a:cubicBezTo>
                              <a:lnTo>
                                <a:pt x="2904" y="196"/>
                              </a:lnTo>
                              <a:lnTo>
                                <a:pt x="2904" y="196"/>
                              </a:lnTo>
                              <a:cubicBezTo>
                                <a:pt x="2904" y="196"/>
                                <a:pt x="2903" y="195"/>
                                <a:pt x="2903" y="194"/>
                              </a:cubicBezTo>
                              <a:lnTo>
                                <a:pt x="2903" y="194"/>
                              </a:lnTo>
                              <a:cubicBezTo>
                                <a:pt x="2903" y="192"/>
                                <a:pt x="2902" y="190"/>
                                <a:pt x="2902" y="187"/>
                              </a:cubicBezTo>
                              <a:lnTo>
                                <a:pt x="2902" y="187"/>
                              </a:lnTo>
                              <a:cubicBezTo>
                                <a:pt x="2901" y="184"/>
                                <a:pt x="2900" y="182"/>
                                <a:pt x="2900" y="179"/>
                              </a:cubicBezTo>
                              <a:lnTo>
                                <a:pt x="2866" y="65"/>
                              </a:lnTo>
                              <a:lnTo>
                                <a:pt x="2833" y="65"/>
                              </a:lnTo>
                              <a:lnTo>
                                <a:pt x="2885" y="227"/>
                              </a:lnTo>
                              <a:close/>
                              <a:moveTo>
                                <a:pt x="3109" y="227"/>
                              </a:moveTo>
                              <a:lnTo>
                                <a:pt x="3141" y="227"/>
                              </a:lnTo>
                              <a:lnTo>
                                <a:pt x="3141" y="194"/>
                              </a:lnTo>
                              <a:lnTo>
                                <a:pt x="3109" y="194"/>
                              </a:lnTo>
                              <a:lnTo>
                                <a:pt x="3109" y="227"/>
                              </a:lnTo>
                              <a:close/>
                              <a:moveTo>
                                <a:pt x="3190" y="292"/>
                              </a:moveTo>
                              <a:lnTo>
                                <a:pt x="3221" y="292"/>
                              </a:lnTo>
                              <a:lnTo>
                                <a:pt x="3221" y="218"/>
                              </a:lnTo>
                              <a:lnTo>
                                <a:pt x="3221" y="218"/>
                              </a:lnTo>
                              <a:cubicBezTo>
                                <a:pt x="3221" y="214"/>
                                <a:pt x="3220" y="211"/>
                                <a:pt x="3220" y="208"/>
                              </a:cubicBezTo>
                              <a:lnTo>
                                <a:pt x="3220" y="208"/>
                              </a:lnTo>
                              <a:cubicBezTo>
                                <a:pt x="3220" y="206"/>
                                <a:pt x="3220" y="205"/>
                                <a:pt x="3220" y="204"/>
                              </a:cubicBezTo>
                              <a:lnTo>
                                <a:pt x="3221" y="204"/>
                              </a:lnTo>
                              <a:lnTo>
                                <a:pt x="3221" y="204"/>
                              </a:lnTo>
                              <a:cubicBezTo>
                                <a:pt x="3221" y="205"/>
                                <a:pt x="3221" y="205"/>
                                <a:pt x="3222" y="207"/>
                              </a:cubicBezTo>
                              <a:lnTo>
                                <a:pt x="3222" y="207"/>
                              </a:lnTo>
                              <a:cubicBezTo>
                                <a:pt x="3224" y="209"/>
                                <a:pt x="3225" y="211"/>
                                <a:pt x="3228" y="214"/>
                              </a:cubicBezTo>
                              <a:lnTo>
                                <a:pt x="3228" y="214"/>
                              </a:lnTo>
                              <a:cubicBezTo>
                                <a:pt x="3230" y="216"/>
                                <a:pt x="3233" y="219"/>
                                <a:pt x="3237" y="222"/>
                              </a:cubicBezTo>
                              <a:lnTo>
                                <a:pt x="3237" y="222"/>
                              </a:lnTo>
                              <a:cubicBezTo>
                                <a:pt x="3242" y="224"/>
                                <a:pt x="3247" y="226"/>
                                <a:pt x="3252" y="228"/>
                              </a:cubicBezTo>
                              <a:lnTo>
                                <a:pt x="3252" y="228"/>
                              </a:lnTo>
                              <a:cubicBezTo>
                                <a:pt x="3258" y="230"/>
                                <a:pt x="3264" y="231"/>
                                <a:pt x="3271" y="231"/>
                              </a:cubicBezTo>
                              <a:lnTo>
                                <a:pt x="3271" y="231"/>
                              </a:lnTo>
                              <a:cubicBezTo>
                                <a:pt x="3281" y="231"/>
                                <a:pt x="3291" y="229"/>
                                <a:pt x="3300" y="225"/>
                              </a:cubicBezTo>
                              <a:lnTo>
                                <a:pt x="3300" y="225"/>
                              </a:lnTo>
                              <a:cubicBezTo>
                                <a:pt x="3309" y="221"/>
                                <a:pt x="3317" y="215"/>
                                <a:pt x="3323" y="208"/>
                              </a:cubicBezTo>
                              <a:lnTo>
                                <a:pt x="3323" y="208"/>
                              </a:lnTo>
                              <a:cubicBezTo>
                                <a:pt x="3330" y="201"/>
                                <a:pt x="3335" y="192"/>
                                <a:pt x="3338" y="181"/>
                              </a:cubicBezTo>
                              <a:lnTo>
                                <a:pt x="3338" y="181"/>
                              </a:lnTo>
                              <a:cubicBezTo>
                                <a:pt x="3342" y="171"/>
                                <a:pt x="3344" y="159"/>
                                <a:pt x="3344" y="146"/>
                              </a:cubicBezTo>
                              <a:lnTo>
                                <a:pt x="3344" y="146"/>
                              </a:lnTo>
                              <a:cubicBezTo>
                                <a:pt x="3344" y="133"/>
                                <a:pt x="3342" y="122"/>
                                <a:pt x="3339" y="111"/>
                              </a:cubicBezTo>
                              <a:lnTo>
                                <a:pt x="3339" y="111"/>
                              </a:lnTo>
                              <a:cubicBezTo>
                                <a:pt x="3336" y="101"/>
                                <a:pt x="3331" y="92"/>
                                <a:pt x="3325" y="85"/>
                              </a:cubicBezTo>
                              <a:lnTo>
                                <a:pt x="3325" y="85"/>
                              </a:lnTo>
                              <a:cubicBezTo>
                                <a:pt x="3319" y="77"/>
                                <a:pt x="3311" y="71"/>
                                <a:pt x="3302" y="67"/>
                              </a:cubicBezTo>
                              <a:lnTo>
                                <a:pt x="3302" y="67"/>
                              </a:lnTo>
                              <a:cubicBezTo>
                                <a:pt x="3294" y="63"/>
                                <a:pt x="3284" y="61"/>
                                <a:pt x="3273" y="61"/>
                              </a:cubicBezTo>
                              <a:lnTo>
                                <a:pt x="3273" y="61"/>
                              </a:lnTo>
                              <a:cubicBezTo>
                                <a:pt x="3265" y="61"/>
                                <a:pt x="3258" y="62"/>
                                <a:pt x="3252" y="64"/>
                              </a:cubicBezTo>
                              <a:lnTo>
                                <a:pt x="3252" y="64"/>
                              </a:lnTo>
                              <a:cubicBezTo>
                                <a:pt x="3246" y="66"/>
                                <a:pt x="3241" y="69"/>
                                <a:pt x="3236" y="71"/>
                              </a:cubicBezTo>
                              <a:lnTo>
                                <a:pt x="3236" y="71"/>
                              </a:lnTo>
                              <a:cubicBezTo>
                                <a:pt x="3231" y="74"/>
                                <a:pt x="3228" y="77"/>
                                <a:pt x="3225" y="80"/>
                              </a:cubicBezTo>
                              <a:lnTo>
                                <a:pt x="3225" y="80"/>
                              </a:lnTo>
                              <a:cubicBezTo>
                                <a:pt x="3223" y="83"/>
                                <a:pt x="3221" y="85"/>
                                <a:pt x="3220" y="87"/>
                              </a:cubicBezTo>
                              <a:lnTo>
                                <a:pt x="3220" y="87"/>
                              </a:lnTo>
                              <a:cubicBezTo>
                                <a:pt x="3219" y="89"/>
                                <a:pt x="3218" y="90"/>
                                <a:pt x="3218" y="90"/>
                              </a:cubicBezTo>
                              <a:lnTo>
                                <a:pt x="3217" y="90"/>
                              </a:lnTo>
                              <a:lnTo>
                                <a:pt x="3217" y="90"/>
                              </a:lnTo>
                              <a:cubicBezTo>
                                <a:pt x="3217" y="90"/>
                                <a:pt x="3217" y="90"/>
                                <a:pt x="3218" y="89"/>
                              </a:cubicBezTo>
                              <a:lnTo>
                                <a:pt x="3218" y="89"/>
                              </a:lnTo>
                              <a:cubicBezTo>
                                <a:pt x="3218" y="88"/>
                                <a:pt x="3218" y="86"/>
                                <a:pt x="3218" y="85"/>
                              </a:cubicBezTo>
                              <a:lnTo>
                                <a:pt x="3218" y="85"/>
                              </a:lnTo>
                              <a:cubicBezTo>
                                <a:pt x="3218" y="83"/>
                                <a:pt x="3218" y="81"/>
                                <a:pt x="3218" y="79"/>
                              </a:cubicBezTo>
                              <a:lnTo>
                                <a:pt x="3218" y="65"/>
                              </a:lnTo>
                              <a:lnTo>
                                <a:pt x="3190" y="65"/>
                              </a:lnTo>
                              <a:lnTo>
                                <a:pt x="3190" y="292"/>
                              </a:lnTo>
                              <a:close/>
                              <a:moveTo>
                                <a:pt x="3220" y="146"/>
                              </a:moveTo>
                              <a:lnTo>
                                <a:pt x="3220" y="146"/>
                              </a:lnTo>
                              <a:cubicBezTo>
                                <a:pt x="3220" y="136"/>
                                <a:pt x="3221" y="127"/>
                                <a:pt x="3224" y="120"/>
                              </a:cubicBezTo>
                              <a:lnTo>
                                <a:pt x="3224" y="120"/>
                              </a:lnTo>
                              <a:cubicBezTo>
                                <a:pt x="3226" y="112"/>
                                <a:pt x="3229" y="106"/>
                                <a:pt x="3234" y="102"/>
                              </a:cubicBezTo>
                              <a:lnTo>
                                <a:pt x="3234" y="102"/>
                              </a:lnTo>
                              <a:cubicBezTo>
                                <a:pt x="3239" y="97"/>
                                <a:pt x="3244" y="94"/>
                                <a:pt x="3250" y="91"/>
                              </a:cubicBezTo>
                              <a:lnTo>
                                <a:pt x="3250" y="91"/>
                              </a:lnTo>
                              <a:cubicBezTo>
                                <a:pt x="3255" y="89"/>
                                <a:pt x="3261" y="88"/>
                                <a:pt x="3267" y="88"/>
                              </a:cubicBezTo>
                              <a:lnTo>
                                <a:pt x="3267" y="88"/>
                              </a:lnTo>
                              <a:cubicBezTo>
                                <a:pt x="3276" y="88"/>
                                <a:pt x="3284" y="91"/>
                                <a:pt x="3291" y="95"/>
                              </a:cubicBezTo>
                              <a:lnTo>
                                <a:pt x="3291" y="95"/>
                              </a:lnTo>
                              <a:cubicBezTo>
                                <a:pt x="3298" y="100"/>
                                <a:pt x="3303" y="107"/>
                                <a:pt x="3307" y="115"/>
                              </a:cubicBezTo>
                              <a:lnTo>
                                <a:pt x="3307" y="115"/>
                              </a:lnTo>
                              <a:cubicBezTo>
                                <a:pt x="3311" y="124"/>
                                <a:pt x="3313" y="134"/>
                                <a:pt x="3313" y="146"/>
                              </a:cubicBezTo>
                              <a:lnTo>
                                <a:pt x="3313" y="146"/>
                              </a:lnTo>
                              <a:cubicBezTo>
                                <a:pt x="3313" y="156"/>
                                <a:pt x="3311" y="164"/>
                                <a:pt x="3309" y="171"/>
                              </a:cubicBezTo>
                              <a:lnTo>
                                <a:pt x="3309" y="171"/>
                              </a:lnTo>
                              <a:cubicBezTo>
                                <a:pt x="3307" y="178"/>
                                <a:pt x="3303" y="184"/>
                                <a:pt x="3299" y="189"/>
                              </a:cubicBezTo>
                              <a:lnTo>
                                <a:pt x="3299" y="189"/>
                              </a:lnTo>
                              <a:cubicBezTo>
                                <a:pt x="3295" y="194"/>
                                <a:pt x="3290" y="198"/>
                                <a:pt x="3284" y="201"/>
                              </a:cubicBezTo>
                              <a:lnTo>
                                <a:pt x="3284" y="201"/>
                              </a:lnTo>
                              <a:cubicBezTo>
                                <a:pt x="3279" y="203"/>
                                <a:pt x="3273" y="204"/>
                                <a:pt x="3266" y="204"/>
                              </a:cubicBezTo>
                              <a:lnTo>
                                <a:pt x="3266" y="204"/>
                              </a:lnTo>
                              <a:cubicBezTo>
                                <a:pt x="3259" y="204"/>
                                <a:pt x="3252" y="203"/>
                                <a:pt x="3247" y="200"/>
                              </a:cubicBezTo>
                              <a:lnTo>
                                <a:pt x="3247" y="200"/>
                              </a:lnTo>
                              <a:cubicBezTo>
                                <a:pt x="3241" y="196"/>
                                <a:pt x="3235" y="192"/>
                                <a:pt x="3231" y="187"/>
                              </a:cubicBezTo>
                              <a:lnTo>
                                <a:pt x="3231" y="187"/>
                              </a:lnTo>
                              <a:cubicBezTo>
                                <a:pt x="3227" y="181"/>
                                <a:pt x="3225" y="175"/>
                                <a:pt x="3223" y="168"/>
                              </a:cubicBezTo>
                              <a:lnTo>
                                <a:pt x="3223" y="168"/>
                              </a:lnTo>
                              <a:cubicBezTo>
                                <a:pt x="3221" y="161"/>
                                <a:pt x="3220" y="154"/>
                                <a:pt x="3220" y="146"/>
                              </a:cubicBezTo>
                              <a:close/>
                              <a:moveTo>
                                <a:pt x="3370" y="145"/>
                              </a:moveTo>
                              <a:lnTo>
                                <a:pt x="3370" y="145"/>
                              </a:lnTo>
                              <a:cubicBezTo>
                                <a:pt x="3370" y="158"/>
                                <a:pt x="3372" y="170"/>
                                <a:pt x="3377" y="180"/>
                              </a:cubicBezTo>
                              <a:lnTo>
                                <a:pt x="3377" y="180"/>
                              </a:lnTo>
                              <a:cubicBezTo>
                                <a:pt x="3382" y="190"/>
                                <a:pt x="3388" y="199"/>
                                <a:pt x="3396" y="207"/>
                              </a:cubicBezTo>
                              <a:lnTo>
                                <a:pt x="3396" y="207"/>
                              </a:lnTo>
                              <a:cubicBezTo>
                                <a:pt x="3404" y="214"/>
                                <a:pt x="3413" y="220"/>
                                <a:pt x="3424" y="225"/>
                              </a:cubicBezTo>
                              <a:lnTo>
                                <a:pt x="3424" y="225"/>
                              </a:lnTo>
                              <a:cubicBezTo>
                                <a:pt x="3434" y="229"/>
                                <a:pt x="3446" y="231"/>
                                <a:pt x="3458" y="231"/>
                              </a:cubicBezTo>
                              <a:lnTo>
                                <a:pt x="3458" y="231"/>
                              </a:lnTo>
                              <a:cubicBezTo>
                                <a:pt x="3470" y="231"/>
                                <a:pt x="3481" y="229"/>
                                <a:pt x="3492" y="225"/>
                              </a:cubicBezTo>
                              <a:lnTo>
                                <a:pt x="3492" y="225"/>
                              </a:lnTo>
                              <a:cubicBezTo>
                                <a:pt x="3502" y="220"/>
                                <a:pt x="3511" y="214"/>
                                <a:pt x="3519" y="207"/>
                              </a:cubicBezTo>
                              <a:lnTo>
                                <a:pt x="3519" y="207"/>
                              </a:lnTo>
                              <a:cubicBezTo>
                                <a:pt x="3528" y="199"/>
                                <a:pt x="3534" y="190"/>
                                <a:pt x="3539" y="180"/>
                              </a:cubicBezTo>
                              <a:lnTo>
                                <a:pt x="3539" y="180"/>
                              </a:lnTo>
                              <a:cubicBezTo>
                                <a:pt x="3543" y="170"/>
                                <a:pt x="3546" y="158"/>
                                <a:pt x="3546" y="145"/>
                              </a:cubicBezTo>
                              <a:lnTo>
                                <a:pt x="3546" y="145"/>
                              </a:lnTo>
                              <a:cubicBezTo>
                                <a:pt x="3546" y="133"/>
                                <a:pt x="3543" y="122"/>
                                <a:pt x="3539" y="111"/>
                              </a:cubicBezTo>
                              <a:lnTo>
                                <a:pt x="3539" y="111"/>
                              </a:lnTo>
                              <a:cubicBezTo>
                                <a:pt x="3534" y="101"/>
                                <a:pt x="3528" y="92"/>
                                <a:pt x="3519" y="85"/>
                              </a:cubicBezTo>
                              <a:lnTo>
                                <a:pt x="3519" y="85"/>
                              </a:lnTo>
                              <a:cubicBezTo>
                                <a:pt x="3511" y="77"/>
                                <a:pt x="3502" y="72"/>
                                <a:pt x="3492" y="67"/>
                              </a:cubicBezTo>
                              <a:lnTo>
                                <a:pt x="3492" y="67"/>
                              </a:lnTo>
                              <a:cubicBezTo>
                                <a:pt x="3481" y="63"/>
                                <a:pt x="3470" y="61"/>
                                <a:pt x="3458" y="61"/>
                              </a:cubicBezTo>
                              <a:lnTo>
                                <a:pt x="3458" y="61"/>
                              </a:lnTo>
                              <a:cubicBezTo>
                                <a:pt x="3446" y="61"/>
                                <a:pt x="3434" y="63"/>
                                <a:pt x="3424" y="67"/>
                              </a:cubicBezTo>
                              <a:lnTo>
                                <a:pt x="3424" y="67"/>
                              </a:lnTo>
                              <a:cubicBezTo>
                                <a:pt x="3413" y="72"/>
                                <a:pt x="3404" y="77"/>
                                <a:pt x="3396" y="85"/>
                              </a:cubicBezTo>
                              <a:lnTo>
                                <a:pt x="3396" y="85"/>
                              </a:lnTo>
                              <a:cubicBezTo>
                                <a:pt x="3388" y="92"/>
                                <a:pt x="3382" y="101"/>
                                <a:pt x="3377" y="111"/>
                              </a:cubicBezTo>
                              <a:lnTo>
                                <a:pt x="3377" y="111"/>
                              </a:lnTo>
                              <a:cubicBezTo>
                                <a:pt x="3372" y="122"/>
                                <a:pt x="3370" y="133"/>
                                <a:pt x="3370" y="145"/>
                              </a:cubicBezTo>
                              <a:close/>
                              <a:moveTo>
                                <a:pt x="3402" y="145"/>
                              </a:moveTo>
                              <a:lnTo>
                                <a:pt x="3402" y="145"/>
                              </a:lnTo>
                              <a:cubicBezTo>
                                <a:pt x="3403" y="137"/>
                                <a:pt x="3404" y="129"/>
                                <a:pt x="3407" y="122"/>
                              </a:cubicBezTo>
                              <a:lnTo>
                                <a:pt x="3407" y="122"/>
                              </a:lnTo>
                              <a:cubicBezTo>
                                <a:pt x="3410" y="115"/>
                                <a:pt x="3414" y="109"/>
                                <a:pt x="3419" y="104"/>
                              </a:cubicBezTo>
                              <a:lnTo>
                                <a:pt x="3419" y="104"/>
                              </a:lnTo>
                              <a:cubicBezTo>
                                <a:pt x="3424" y="99"/>
                                <a:pt x="3430" y="95"/>
                                <a:pt x="3436" y="92"/>
                              </a:cubicBezTo>
                              <a:lnTo>
                                <a:pt x="3436" y="92"/>
                              </a:lnTo>
                              <a:cubicBezTo>
                                <a:pt x="3443" y="89"/>
                                <a:pt x="3450" y="88"/>
                                <a:pt x="3458" y="88"/>
                              </a:cubicBezTo>
                              <a:lnTo>
                                <a:pt x="3458" y="88"/>
                              </a:lnTo>
                              <a:cubicBezTo>
                                <a:pt x="3466" y="88"/>
                                <a:pt x="3473" y="89"/>
                                <a:pt x="3479" y="92"/>
                              </a:cubicBezTo>
                              <a:lnTo>
                                <a:pt x="3479" y="92"/>
                              </a:lnTo>
                              <a:cubicBezTo>
                                <a:pt x="3486" y="95"/>
                                <a:pt x="3492" y="99"/>
                                <a:pt x="3497" y="104"/>
                              </a:cubicBezTo>
                              <a:lnTo>
                                <a:pt x="3497" y="104"/>
                              </a:lnTo>
                              <a:cubicBezTo>
                                <a:pt x="3502" y="109"/>
                                <a:pt x="3506" y="115"/>
                                <a:pt x="3509" y="122"/>
                              </a:cubicBezTo>
                              <a:lnTo>
                                <a:pt x="3509" y="122"/>
                              </a:lnTo>
                              <a:cubicBezTo>
                                <a:pt x="3512" y="129"/>
                                <a:pt x="3513" y="137"/>
                                <a:pt x="3513" y="145"/>
                              </a:cubicBezTo>
                              <a:lnTo>
                                <a:pt x="3513" y="145"/>
                              </a:lnTo>
                              <a:cubicBezTo>
                                <a:pt x="3513" y="155"/>
                                <a:pt x="3512" y="162"/>
                                <a:pt x="3509" y="169"/>
                              </a:cubicBezTo>
                              <a:lnTo>
                                <a:pt x="3509" y="169"/>
                              </a:lnTo>
                              <a:cubicBezTo>
                                <a:pt x="3506" y="177"/>
                                <a:pt x="3502" y="183"/>
                                <a:pt x="3497" y="188"/>
                              </a:cubicBezTo>
                              <a:lnTo>
                                <a:pt x="3497" y="188"/>
                              </a:lnTo>
                              <a:cubicBezTo>
                                <a:pt x="3492" y="193"/>
                                <a:pt x="3486" y="197"/>
                                <a:pt x="3479" y="200"/>
                              </a:cubicBezTo>
                              <a:lnTo>
                                <a:pt x="3479" y="200"/>
                              </a:lnTo>
                              <a:cubicBezTo>
                                <a:pt x="3473" y="203"/>
                                <a:pt x="3466" y="204"/>
                                <a:pt x="3458" y="204"/>
                              </a:cubicBezTo>
                              <a:lnTo>
                                <a:pt x="3458" y="204"/>
                              </a:lnTo>
                              <a:cubicBezTo>
                                <a:pt x="3450" y="204"/>
                                <a:pt x="3443" y="203"/>
                                <a:pt x="3436" y="200"/>
                              </a:cubicBezTo>
                              <a:lnTo>
                                <a:pt x="3436" y="200"/>
                              </a:lnTo>
                              <a:cubicBezTo>
                                <a:pt x="3430" y="197"/>
                                <a:pt x="3424" y="193"/>
                                <a:pt x="3419" y="188"/>
                              </a:cubicBezTo>
                              <a:lnTo>
                                <a:pt x="3419" y="188"/>
                              </a:lnTo>
                              <a:cubicBezTo>
                                <a:pt x="3414" y="183"/>
                                <a:pt x="3410" y="177"/>
                                <a:pt x="3407" y="169"/>
                              </a:cubicBezTo>
                              <a:lnTo>
                                <a:pt x="3407" y="169"/>
                              </a:lnTo>
                              <a:cubicBezTo>
                                <a:pt x="3404" y="162"/>
                                <a:pt x="3403" y="155"/>
                                <a:pt x="3402" y="145"/>
                              </a:cubicBezTo>
                              <a:close/>
                              <a:moveTo>
                                <a:pt x="3580" y="183"/>
                              </a:moveTo>
                              <a:lnTo>
                                <a:pt x="3580" y="183"/>
                              </a:lnTo>
                              <a:cubicBezTo>
                                <a:pt x="3581" y="191"/>
                                <a:pt x="3581" y="198"/>
                                <a:pt x="3583" y="203"/>
                              </a:cubicBezTo>
                              <a:lnTo>
                                <a:pt x="3583" y="203"/>
                              </a:lnTo>
                              <a:cubicBezTo>
                                <a:pt x="3585" y="209"/>
                                <a:pt x="3588" y="213"/>
                                <a:pt x="3591" y="216"/>
                              </a:cubicBezTo>
                              <a:lnTo>
                                <a:pt x="3591" y="216"/>
                              </a:lnTo>
                              <a:cubicBezTo>
                                <a:pt x="3594" y="220"/>
                                <a:pt x="3597" y="222"/>
                                <a:pt x="3601" y="224"/>
                              </a:cubicBezTo>
                              <a:lnTo>
                                <a:pt x="3601" y="224"/>
                              </a:lnTo>
                              <a:cubicBezTo>
                                <a:pt x="3605" y="226"/>
                                <a:pt x="3609" y="227"/>
                                <a:pt x="3613" y="227"/>
                              </a:cubicBezTo>
                              <a:lnTo>
                                <a:pt x="3613" y="227"/>
                              </a:lnTo>
                              <a:cubicBezTo>
                                <a:pt x="3616" y="228"/>
                                <a:pt x="3620" y="228"/>
                                <a:pt x="3624" y="228"/>
                              </a:cubicBezTo>
                              <a:lnTo>
                                <a:pt x="3624" y="228"/>
                              </a:lnTo>
                              <a:cubicBezTo>
                                <a:pt x="3627" y="228"/>
                                <a:pt x="3629" y="228"/>
                                <a:pt x="3631" y="228"/>
                              </a:cubicBezTo>
                              <a:lnTo>
                                <a:pt x="3631" y="228"/>
                              </a:lnTo>
                              <a:cubicBezTo>
                                <a:pt x="3633" y="228"/>
                                <a:pt x="3634" y="228"/>
                                <a:pt x="3634" y="228"/>
                              </a:cubicBezTo>
                              <a:lnTo>
                                <a:pt x="3634" y="200"/>
                              </a:lnTo>
                              <a:lnTo>
                                <a:pt x="3634" y="200"/>
                              </a:lnTo>
                              <a:cubicBezTo>
                                <a:pt x="3634" y="200"/>
                                <a:pt x="3633" y="200"/>
                                <a:pt x="3632" y="200"/>
                              </a:cubicBezTo>
                              <a:lnTo>
                                <a:pt x="3632" y="200"/>
                              </a:lnTo>
                              <a:cubicBezTo>
                                <a:pt x="3631" y="201"/>
                                <a:pt x="3630" y="201"/>
                                <a:pt x="3629" y="201"/>
                              </a:cubicBezTo>
                              <a:lnTo>
                                <a:pt x="3629" y="201"/>
                              </a:lnTo>
                              <a:cubicBezTo>
                                <a:pt x="3625" y="201"/>
                                <a:pt x="3622" y="200"/>
                                <a:pt x="3620" y="199"/>
                              </a:cubicBezTo>
                              <a:lnTo>
                                <a:pt x="3620" y="199"/>
                              </a:lnTo>
                              <a:cubicBezTo>
                                <a:pt x="3617" y="198"/>
                                <a:pt x="3615" y="196"/>
                                <a:pt x="3614" y="192"/>
                              </a:cubicBezTo>
                              <a:lnTo>
                                <a:pt x="3614" y="192"/>
                              </a:lnTo>
                              <a:cubicBezTo>
                                <a:pt x="3612" y="189"/>
                                <a:pt x="3611" y="184"/>
                                <a:pt x="3611" y="178"/>
                              </a:cubicBezTo>
                              <a:lnTo>
                                <a:pt x="3611" y="0"/>
                              </a:lnTo>
                              <a:lnTo>
                                <a:pt x="3580" y="0"/>
                              </a:lnTo>
                              <a:lnTo>
                                <a:pt x="3580" y="183"/>
                              </a:lnTo>
                              <a:close/>
                              <a:moveTo>
                                <a:pt x="3666" y="183"/>
                              </a:moveTo>
                              <a:lnTo>
                                <a:pt x="3666" y="183"/>
                              </a:lnTo>
                              <a:cubicBezTo>
                                <a:pt x="3666" y="191"/>
                                <a:pt x="3667" y="198"/>
                                <a:pt x="3669" y="203"/>
                              </a:cubicBezTo>
                              <a:lnTo>
                                <a:pt x="3669" y="203"/>
                              </a:lnTo>
                              <a:cubicBezTo>
                                <a:pt x="3671" y="209"/>
                                <a:pt x="3673" y="213"/>
                                <a:pt x="3676" y="216"/>
                              </a:cubicBezTo>
                              <a:lnTo>
                                <a:pt x="3676" y="216"/>
                              </a:lnTo>
                              <a:cubicBezTo>
                                <a:pt x="3679" y="220"/>
                                <a:pt x="3683" y="222"/>
                                <a:pt x="3686" y="224"/>
                              </a:cubicBezTo>
                              <a:lnTo>
                                <a:pt x="3686" y="224"/>
                              </a:lnTo>
                              <a:cubicBezTo>
                                <a:pt x="3690" y="226"/>
                                <a:pt x="3694" y="227"/>
                                <a:pt x="3698" y="227"/>
                              </a:cubicBezTo>
                              <a:lnTo>
                                <a:pt x="3698" y="227"/>
                              </a:lnTo>
                              <a:cubicBezTo>
                                <a:pt x="3702" y="228"/>
                                <a:pt x="3706" y="228"/>
                                <a:pt x="3709" y="228"/>
                              </a:cubicBezTo>
                              <a:lnTo>
                                <a:pt x="3709" y="228"/>
                              </a:lnTo>
                              <a:cubicBezTo>
                                <a:pt x="3712" y="228"/>
                                <a:pt x="3714" y="228"/>
                                <a:pt x="3716" y="228"/>
                              </a:cubicBezTo>
                              <a:lnTo>
                                <a:pt x="3716" y="228"/>
                              </a:lnTo>
                              <a:cubicBezTo>
                                <a:pt x="3718" y="228"/>
                                <a:pt x="3719" y="228"/>
                                <a:pt x="3719" y="228"/>
                              </a:cubicBezTo>
                              <a:lnTo>
                                <a:pt x="3719" y="200"/>
                              </a:lnTo>
                              <a:lnTo>
                                <a:pt x="3719" y="200"/>
                              </a:lnTo>
                              <a:cubicBezTo>
                                <a:pt x="3719" y="200"/>
                                <a:pt x="3719" y="200"/>
                                <a:pt x="3718" y="200"/>
                              </a:cubicBezTo>
                              <a:lnTo>
                                <a:pt x="3718" y="200"/>
                              </a:lnTo>
                              <a:cubicBezTo>
                                <a:pt x="3717" y="201"/>
                                <a:pt x="3715" y="201"/>
                                <a:pt x="3714" y="201"/>
                              </a:cubicBezTo>
                              <a:lnTo>
                                <a:pt x="3714" y="201"/>
                              </a:lnTo>
                              <a:cubicBezTo>
                                <a:pt x="3711" y="201"/>
                                <a:pt x="3708" y="200"/>
                                <a:pt x="3705" y="199"/>
                              </a:cubicBezTo>
                              <a:lnTo>
                                <a:pt x="3705" y="199"/>
                              </a:lnTo>
                              <a:cubicBezTo>
                                <a:pt x="3703" y="198"/>
                                <a:pt x="3701" y="196"/>
                                <a:pt x="3699" y="192"/>
                              </a:cubicBezTo>
                              <a:lnTo>
                                <a:pt x="3699" y="192"/>
                              </a:lnTo>
                              <a:cubicBezTo>
                                <a:pt x="3698" y="189"/>
                                <a:pt x="3697" y="184"/>
                                <a:pt x="3697" y="178"/>
                              </a:cubicBezTo>
                              <a:lnTo>
                                <a:pt x="3697" y="0"/>
                              </a:lnTo>
                              <a:lnTo>
                                <a:pt x="3666" y="0"/>
                              </a:lnTo>
                              <a:lnTo>
                                <a:pt x="3666" y="183"/>
                              </a:lnTo>
                              <a:close/>
                              <a:moveTo>
                                <a:pt x="3752" y="32"/>
                              </a:moveTo>
                              <a:lnTo>
                                <a:pt x="3783" y="32"/>
                              </a:lnTo>
                              <a:lnTo>
                                <a:pt x="3783" y="0"/>
                              </a:lnTo>
                              <a:lnTo>
                                <a:pt x="3752" y="0"/>
                              </a:lnTo>
                              <a:lnTo>
                                <a:pt x="3752" y="32"/>
                              </a:lnTo>
                              <a:close/>
                              <a:moveTo>
                                <a:pt x="3752" y="227"/>
                              </a:moveTo>
                              <a:lnTo>
                                <a:pt x="3783" y="227"/>
                              </a:lnTo>
                              <a:lnTo>
                                <a:pt x="3783" y="65"/>
                              </a:lnTo>
                              <a:lnTo>
                                <a:pt x="3752" y="65"/>
                              </a:lnTo>
                              <a:lnTo>
                                <a:pt x="3752" y="227"/>
                              </a:lnTo>
                              <a:close/>
                              <a:moveTo>
                                <a:pt x="3832" y="227"/>
                              </a:moveTo>
                              <a:lnTo>
                                <a:pt x="3863" y="227"/>
                              </a:lnTo>
                              <a:lnTo>
                                <a:pt x="3863" y="152"/>
                              </a:lnTo>
                              <a:lnTo>
                                <a:pt x="3863" y="152"/>
                              </a:lnTo>
                              <a:cubicBezTo>
                                <a:pt x="3863" y="148"/>
                                <a:pt x="3863" y="143"/>
                                <a:pt x="3864" y="139"/>
                              </a:cubicBezTo>
                              <a:lnTo>
                                <a:pt x="3864" y="139"/>
                              </a:lnTo>
                              <a:cubicBezTo>
                                <a:pt x="3864" y="136"/>
                                <a:pt x="3865" y="132"/>
                                <a:pt x="3866" y="129"/>
                              </a:cubicBezTo>
                              <a:lnTo>
                                <a:pt x="3866" y="129"/>
                              </a:lnTo>
                              <a:cubicBezTo>
                                <a:pt x="3868" y="121"/>
                                <a:pt x="3872" y="114"/>
                                <a:pt x="3877" y="108"/>
                              </a:cubicBezTo>
                              <a:lnTo>
                                <a:pt x="3877" y="108"/>
                              </a:lnTo>
                              <a:cubicBezTo>
                                <a:pt x="3881" y="102"/>
                                <a:pt x="3887" y="98"/>
                                <a:pt x="3894" y="95"/>
                              </a:cubicBezTo>
                              <a:lnTo>
                                <a:pt x="3894" y="95"/>
                              </a:lnTo>
                              <a:cubicBezTo>
                                <a:pt x="3901" y="91"/>
                                <a:pt x="3909" y="90"/>
                                <a:pt x="3917" y="89"/>
                              </a:cubicBezTo>
                              <a:lnTo>
                                <a:pt x="3917" y="89"/>
                              </a:lnTo>
                              <a:cubicBezTo>
                                <a:pt x="3923" y="89"/>
                                <a:pt x="3928" y="91"/>
                                <a:pt x="3932" y="93"/>
                              </a:cubicBezTo>
                              <a:lnTo>
                                <a:pt x="3932" y="93"/>
                              </a:lnTo>
                              <a:cubicBezTo>
                                <a:pt x="3936" y="95"/>
                                <a:pt x="3940" y="98"/>
                                <a:pt x="3942" y="101"/>
                              </a:cubicBezTo>
                              <a:lnTo>
                                <a:pt x="3942" y="101"/>
                              </a:lnTo>
                              <a:cubicBezTo>
                                <a:pt x="3945" y="105"/>
                                <a:pt x="3946" y="109"/>
                                <a:pt x="3947" y="114"/>
                              </a:cubicBezTo>
                              <a:lnTo>
                                <a:pt x="3947" y="114"/>
                              </a:lnTo>
                              <a:cubicBezTo>
                                <a:pt x="3948" y="119"/>
                                <a:pt x="3948" y="124"/>
                                <a:pt x="3948" y="130"/>
                              </a:cubicBezTo>
                              <a:lnTo>
                                <a:pt x="3948" y="227"/>
                              </a:lnTo>
                              <a:lnTo>
                                <a:pt x="3979" y="227"/>
                              </a:lnTo>
                              <a:lnTo>
                                <a:pt x="3979" y="123"/>
                              </a:lnTo>
                              <a:lnTo>
                                <a:pt x="3979" y="123"/>
                              </a:lnTo>
                              <a:cubicBezTo>
                                <a:pt x="3979" y="102"/>
                                <a:pt x="3975" y="87"/>
                                <a:pt x="3966" y="77"/>
                              </a:cubicBezTo>
                              <a:lnTo>
                                <a:pt x="3966" y="77"/>
                              </a:lnTo>
                              <a:cubicBezTo>
                                <a:pt x="3957" y="66"/>
                                <a:pt x="3942" y="61"/>
                                <a:pt x="3923" y="61"/>
                              </a:cubicBezTo>
                              <a:lnTo>
                                <a:pt x="3923" y="61"/>
                              </a:lnTo>
                              <a:cubicBezTo>
                                <a:pt x="3914" y="61"/>
                                <a:pt x="3906" y="62"/>
                                <a:pt x="3899" y="65"/>
                              </a:cubicBezTo>
                              <a:lnTo>
                                <a:pt x="3899" y="65"/>
                              </a:lnTo>
                              <a:cubicBezTo>
                                <a:pt x="3893" y="67"/>
                                <a:pt x="3887" y="71"/>
                                <a:pt x="3882" y="74"/>
                              </a:cubicBezTo>
                              <a:lnTo>
                                <a:pt x="3882" y="74"/>
                              </a:lnTo>
                              <a:cubicBezTo>
                                <a:pt x="3877" y="78"/>
                                <a:pt x="3873" y="82"/>
                                <a:pt x="3870" y="86"/>
                              </a:cubicBezTo>
                              <a:lnTo>
                                <a:pt x="3870" y="86"/>
                              </a:lnTo>
                              <a:cubicBezTo>
                                <a:pt x="3866" y="91"/>
                                <a:pt x="3864" y="94"/>
                                <a:pt x="3862" y="98"/>
                              </a:cubicBezTo>
                              <a:lnTo>
                                <a:pt x="3862" y="98"/>
                              </a:lnTo>
                              <a:lnTo>
                                <a:pt x="3862" y="98"/>
                              </a:lnTo>
                              <a:cubicBezTo>
                                <a:pt x="3862" y="98"/>
                                <a:pt x="3862" y="97"/>
                                <a:pt x="3862" y="96"/>
                              </a:cubicBezTo>
                              <a:lnTo>
                                <a:pt x="3862" y="96"/>
                              </a:lnTo>
                              <a:cubicBezTo>
                                <a:pt x="3862" y="95"/>
                                <a:pt x="3862" y="94"/>
                                <a:pt x="3862" y="92"/>
                              </a:cubicBezTo>
                              <a:lnTo>
                                <a:pt x="3862" y="92"/>
                              </a:lnTo>
                              <a:cubicBezTo>
                                <a:pt x="3862" y="90"/>
                                <a:pt x="3862" y="88"/>
                                <a:pt x="3862" y="86"/>
                              </a:cubicBezTo>
                              <a:lnTo>
                                <a:pt x="3862" y="65"/>
                              </a:lnTo>
                              <a:lnTo>
                                <a:pt x="3832" y="65"/>
                              </a:lnTo>
                              <a:lnTo>
                                <a:pt x="3832" y="227"/>
                              </a:lnTo>
                              <a:close/>
                              <a:moveTo>
                                <a:pt x="4025" y="227"/>
                              </a:moveTo>
                              <a:lnTo>
                                <a:pt x="4058" y="227"/>
                              </a:lnTo>
                              <a:lnTo>
                                <a:pt x="4058" y="194"/>
                              </a:lnTo>
                              <a:lnTo>
                                <a:pt x="4025" y="194"/>
                              </a:lnTo>
                              <a:lnTo>
                                <a:pt x="4025" y="227"/>
                              </a:lnTo>
                              <a:close/>
                              <a:moveTo>
                                <a:pt x="4107" y="292"/>
                              </a:moveTo>
                              <a:lnTo>
                                <a:pt x="4138" y="292"/>
                              </a:lnTo>
                              <a:lnTo>
                                <a:pt x="4138" y="218"/>
                              </a:lnTo>
                              <a:lnTo>
                                <a:pt x="4138" y="218"/>
                              </a:lnTo>
                              <a:cubicBezTo>
                                <a:pt x="4138" y="214"/>
                                <a:pt x="4138" y="211"/>
                                <a:pt x="4138" y="208"/>
                              </a:cubicBezTo>
                              <a:lnTo>
                                <a:pt x="4138" y="208"/>
                              </a:lnTo>
                              <a:cubicBezTo>
                                <a:pt x="4138" y="206"/>
                                <a:pt x="4137" y="205"/>
                                <a:pt x="4137" y="204"/>
                              </a:cubicBezTo>
                              <a:lnTo>
                                <a:pt x="4138" y="204"/>
                              </a:lnTo>
                              <a:lnTo>
                                <a:pt x="4138" y="204"/>
                              </a:lnTo>
                              <a:cubicBezTo>
                                <a:pt x="4138" y="205"/>
                                <a:pt x="4139" y="205"/>
                                <a:pt x="4140" y="207"/>
                              </a:cubicBezTo>
                              <a:lnTo>
                                <a:pt x="4140" y="207"/>
                              </a:lnTo>
                              <a:cubicBezTo>
                                <a:pt x="4141" y="209"/>
                                <a:pt x="4143" y="211"/>
                                <a:pt x="4145" y="214"/>
                              </a:cubicBezTo>
                              <a:lnTo>
                                <a:pt x="4145" y="214"/>
                              </a:lnTo>
                              <a:cubicBezTo>
                                <a:pt x="4148" y="216"/>
                                <a:pt x="4151" y="219"/>
                                <a:pt x="4155" y="222"/>
                              </a:cubicBezTo>
                              <a:lnTo>
                                <a:pt x="4155" y="222"/>
                              </a:lnTo>
                              <a:cubicBezTo>
                                <a:pt x="4159" y="224"/>
                                <a:pt x="4163" y="226"/>
                                <a:pt x="4169" y="228"/>
                              </a:cubicBezTo>
                              <a:lnTo>
                                <a:pt x="4169" y="228"/>
                              </a:lnTo>
                              <a:cubicBezTo>
                                <a:pt x="4174" y="230"/>
                                <a:pt x="4180" y="231"/>
                                <a:pt x="4187" y="231"/>
                              </a:cubicBezTo>
                              <a:lnTo>
                                <a:pt x="4187" y="231"/>
                              </a:lnTo>
                              <a:cubicBezTo>
                                <a:pt x="4198" y="231"/>
                                <a:pt x="4208" y="229"/>
                                <a:pt x="4217" y="225"/>
                              </a:cubicBezTo>
                              <a:lnTo>
                                <a:pt x="4217" y="225"/>
                              </a:lnTo>
                              <a:cubicBezTo>
                                <a:pt x="4226" y="221"/>
                                <a:pt x="4234" y="215"/>
                                <a:pt x="4241" y="208"/>
                              </a:cubicBezTo>
                              <a:lnTo>
                                <a:pt x="4241" y="208"/>
                              </a:lnTo>
                              <a:cubicBezTo>
                                <a:pt x="4247" y="201"/>
                                <a:pt x="4252" y="192"/>
                                <a:pt x="4256" y="181"/>
                              </a:cubicBezTo>
                              <a:lnTo>
                                <a:pt x="4256" y="181"/>
                              </a:lnTo>
                              <a:cubicBezTo>
                                <a:pt x="4260" y="171"/>
                                <a:pt x="4261" y="159"/>
                                <a:pt x="4261" y="146"/>
                              </a:cubicBezTo>
                              <a:lnTo>
                                <a:pt x="4261" y="146"/>
                              </a:lnTo>
                              <a:cubicBezTo>
                                <a:pt x="4261" y="133"/>
                                <a:pt x="4260" y="122"/>
                                <a:pt x="4256" y="111"/>
                              </a:cubicBezTo>
                              <a:lnTo>
                                <a:pt x="4256" y="111"/>
                              </a:lnTo>
                              <a:cubicBezTo>
                                <a:pt x="4253" y="101"/>
                                <a:pt x="4248" y="92"/>
                                <a:pt x="4242" y="85"/>
                              </a:cubicBezTo>
                              <a:lnTo>
                                <a:pt x="4242" y="85"/>
                              </a:lnTo>
                              <a:cubicBezTo>
                                <a:pt x="4236" y="77"/>
                                <a:pt x="4229" y="71"/>
                                <a:pt x="4219" y="67"/>
                              </a:cubicBezTo>
                              <a:lnTo>
                                <a:pt x="4219" y="67"/>
                              </a:lnTo>
                              <a:cubicBezTo>
                                <a:pt x="4210" y="63"/>
                                <a:pt x="4201" y="61"/>
                                <a:pt x="4190" y="61"/>
                              </a:cubicBezTo>
                              <a:lnTo>
                                <a:pt x="4190" y="61"/>
                              </a:lnTo>
                              <a:cubicBezTo>
                                <a:pt x="4182" y="61"/>
                                <a:pt x="4175" y="62"/>
                                <a:pt x="4169" y="64"/>
                              </a:cubicBezTo>
                              <a:lnTo>
                                <a:pt x="4169" y="64"/>
                              </a:lnTo>
                              <a:cubicBezTo>
                                <a:pt x="4163" y="66"/>
                                <a:pt x="4157" y="69"/>
                                <a:pt x="4153" y="71"/>
                              </a:cubicBezTo>
                              <a:lnTo>
                                <a:pt x="4153" y="71"/>
                              </a:lnTo>
                              <a:cubicBezTo>
                                <a:pt x="4149" y="74"/>
                                <a:pt x="4146" y="77"/>
                                <a:pt x="4143" y="80"/>
                              </a:cubicBezTo>
                              <a:lnTo>
                                <a:pt x="4143" y="80"/>
                              </a:lnTo>
                              <a:cubicBezTo>
                                <a:pt x="4140" y="83"/>
                                <a:pt x="4138" y="85"/>
                                <a:pt x="4137" y="87"/>
                              </a:cubicBezTo>
                              <a:lnTo>
                                <a:pt x="4137" y="87"/>
                              </a:lnTo>
                              <a:cubicBezTo>
                                <a:pt x="4136" y="89"/>
                                <a:pt x="4136" y="90"/>
                                <a:pt x="4136" y="90"/>
                              </a:cubicBezTo>
                              <a:lnTo>
                                <a:pt x="4135" y="90"/>
                              </a:lnTo>
                              <a:lnTo>
                                <a:pt x="4135" y="90"/>
                              </a:lnTo>
                              <a:cubicBezTo>
                                <a:pt x="4135" y="90"/>
                                <a:pt x="4135" y="90"/>
                                <a:pt x="4135" y="89"/>
                              </a:cubicBezTo>
                              <a:lnTo>
                                <a:pt x="4135" y="89"/>
                              </a:lnTo>
                              <a:cubicBezTo>
                                <a:pt x="4135" y="88"/>
                                <a:pt x="4135" y="86"/>
                                <a:pt x="4135" y="85"/>
                              </a:cubicBezTo>
                              <a:lnTo>
                                <a:pt x="4135" y="85"/>
                              </a:lnTo>
                              <a:cubicBezTo>
                                <a:pt x="4136" y="83"/>
                                <a:pt x="4136" y="81"/>
                                <a:pt x="4136" y="79"/>
                              </a:cubicBezTo>
                              <a:lnTo>
                                <a:pt x="4136" y="65"/>
                              </a:lnTo>
                              <a:lnTo>
                                <a:pt x="4107" y="65"/>
                              </a:lnTo>
                              <a:lnTo>
                                <a:pt x="4107" y="292"/>
                              </a:lnTo>
                              <a:close/>
                              <a:moveTo>
                                <a:pt x="4137" y="146"/>
                              </a:moveTo>
                              <a:lnTo>
                                <a:pt x="4137" y="146"/>
                              </a:lnTo>
                              <a:cubicBezTo>
                                <a:pt x="4137" y="136"/>
                                <a:pt x="4138" y="127"/>
                                <a:pt x="4141" y="120"/>
                              </a:cubicBezTo>
                              <a:lnTo>
                                <a:pt x="4141" y="120"/>
                              </a:lnTo>
                              <a:cubicBezTo>
                                <a:pt x="4144" y="112"/>
                                <a:pt x="4147" y="106"/>
                                <a:pt x="4151" y="102"/>
                              </a:cubicBezTo>
                              <a:lnTo>
                                <a:pt x="4151" y="102"/>
                              </a:lnTo>
                              <a:cubicBezTo>
                                <a:pt x="4156" y="97"/>
                                <a:pt x="4161" y="94"/>
                                <a:pt x="4166" y="91"/>
                              </a:cubicBezTo>
                              <a:lnTo>
                                <a:pt x="4166" y="91"/>
                              </a:lnTo>
                              <a:cubicBezTo>
                                <a:pt x="4172" y="89"/>
                                <a:pt x="4178" y="88"/>
                                <a:pt x="4184" y="88"/>
                              </a:cubicBezTo>
                              <a:lnTo>
                                <a:pt x="4184" y="88"/>
                              </a:lnTo>
                              <a:cubicBezTo>
                                <a:pt x="4193" y="88"/>
                                <a:pt x="4201" y="91"/>
                                <a:pt x="4207" y="95"/>
                              </a:cubicBezTo>
                              <a:lnTo>
                                <a:pt x="4207" y="95"/>
                              </a:lnTo>
                              <a:cubicBezTo>
                                <a:pt x="4214" y="100"/>
                                <a:pt x="4219" y="107"/>
                                <a:pt x="4223" y="115"/>
                              </a:cubicBezTo>
                              <a:lnTo>
                                <a:pt x="4223" y="115"/>
                              </a:lnTo>
                              <a:cubicBezTo>
                                <a:pt x="4228" y="124"/>
                                <a:pt x="4230" y="134"/>
                                <a:pt x="4230" y="146"/>
                              </a:cubicBezTo>
                              <a:lnTo>
                                <a:pt x="4230" y="146"/>
                              </a:lnTo>
                              <a:cubicBezTo>
                                <a:pt x="4230" y="156"/>
                                <a:pt x="4229" y="164"/>
                                <a:pt x="4226" y="171"/>
                              </a:cubicBezTo>
                              <a:lnTo>
                                <a:pt x="4226" y="171"/>
                              </a:lnTo>
                              <a:cubicBezTo>
                                <a:pt x="4223" y="178"/>
                                <a:pt x="4220" y="184"/>
                                <a:pt x="4215" y="189"/>
                              </a:cubicBezTo>
                              <a:lnTo>
                                <a:pt x="4215" y="189"/>
                              </a:lnTo>
                              <a:cubicBezTo>
                                <a:pt x="4211" y="194"/>
                                <a:pt x="4206" y="198"/>
                                <a:pt x="4201" y="201"/>
                              </a:cubicBezTo>
                              <a:lnTo>
                                <a:pt x="4201" y="201"/>
                              </a:lnTo>
                              <a:cubicBezTo>
                                <a:pt x="4195" y="203"/>
                                <a:pt x="4189" y="204"/>
                                <a:pt x="4183" y="204"/>
                              </a:cubicBezTo>
                              <a:lnTo>
                                <a:pt x="4183" y="204"/>
                              </a:lnTo>
                              <a:cubicBezTo>
                                <a:pt x="4175" y="204"/>
                                <a:pt x="4169" y="203"/>
                                <a:pt x="4163" y="200"/>
                              </a:cubicBezTo>
                              <a:lnTo>
                                <a:pt x="4163" y="200"/>
                              </a:lnTo>
                              <a:cubicBezTo>
                                <a:pt x="4157" y="196"/>
                                <a:pt x="4153" y="192"/>
                                <a:pt x="4149" y="187"/>
                              </a:cubicBezTo>
                              <a:lnTo>
                                <a:pt x="4149" y="187"/>
                              </a:lnTo>
                              <a:cubicBezTo>
                                <a:pt x="4145" y="181"/>
                                <a:pt x="4142" y="175"/>
                                <a:pt x="4140" y="168"/>
                              </a:cubicBezTo>
                              <a:lnTo>
                                <a:pt x="4140" y="168"/>
                              </a:lnTo>
                              <a:cubicBezTo>
                                <a:pt x="4138" y="161"/>
                                <a:pt x="4137" y="154"/>
                                <a:pt x="4137" y="146"/>
                              </a:cubicBezTo>
                              <a:close/>
                              <a:moveTo>
                                <a:pt x="4297" y="183"/>
                              </a:moveTo>
                              <a:lnTo>
                                <a:pt x="4297" y="183"/>
                              </a:lnTo>
                              <a:cubicBezTo>
                                <a:pt x="4297" y="191"/>
                                <a:pt x="4298" y="198"/>
                                <a:pt x="4300" y="203"/>
                              </a:cubicBezTo>
                              <a:lnTo>
                                <a:pt x="4300" y="203"/>
                              </a:lnTo>
                              <a:cubicBezTo>
                                <a:pt x="4302" y="209"/>
                                <a:pt x="4304" y="213"/>
                                <a:pt x="4308" y="216"/>
                              </a:cubicBezTo>
                              <a:lnTo>
                                <a:pt x="4308" y="216"/>
                              </a:lnTo>
                              <a:cubicBezTo>
                                <a:pt x="4311" y="220"/>
                                <a:pt x="4314" y="222"/>
                                <a:pt x="4318" y="224"/>
                              </a:cubicBezTo>
                              <a:lnTo>
                                <a:pt x="4318" y="224"/>
                              </a:lnTo>
                              <a:cubicBezTo>
                                <a:pt x="4322" y="226"/>
                                <a:pt x="4325" y="227"/>
                                <a:pt x="4329" y="227"/>
                              </a:cubicBezTo>
                              <a:lnTo>
                                <a:pt x="4329" y="227"/>
                              </a:lnTo>
                              <a:cubicBezTo>
                                <a:pt x="4333" y="228"/>
                                <a:pt x="4337" y="228"/>
                                <a:pt x="4341" y="228"/>
                              </a:cubicBezTo>
                              <a:lnTo>
                                <a:pt x="4341" y="228"/>
                              </a:lnTo>
                              <a:cubicBezTo>
                                <a:pt x="4343" y="228"/>
                                <a:pt x="4346" y="228"/>
                                <a:pt x="4348" y="228"/>
                              </a:cubicBezTo>
                              <a:lnTo>
                                <a:pt x="4348" y="228"/>
                              </a:lnTo>
                              <a:cubicBezTo>
                                <a:pt x="4350" y="228"/>
                                <a:pt x="4351" y="228"/>
                                <a:pt x="4351" y="228"/>
                              </a:cubicBezTo>
                              <a:lnTo>
                                <a:pt x="4351" y="200"/>
                              </a:lnTo>
                              <a:lnTo>
                                <a:pt x="4351" y="200"/>
                              </a:lnTo>
                              <a:cubicBezTo>
                                <a:pt x="4351" y="200"/>
                                <a:pt x="4350" y="200"/>
                                <a:pt x="4349" y="200"/>
                              </a:cubicBezTo>
                              <a:lnTo>
                                <a:pt x="4349" y="200"/>
                              </a:lnTo>
                              <a:cubicBezTo>
                                <a:pt x="4348" y="201"/>
                                <a:pt x="4347" y="201"/>
                                <a:pt x="4345" y="201"/>
                              </a:cubicBezTo>
                              <a:lnTo>
                                <a:pt x="4345" y="201"/>
                              </a:lnTo>
                              <a:cubicBezTo>
                                <a:pt x="4342" y="201"/>
                                <a:pt x="4339" y="200"/>
                                <a:pt x="4337" y="199"/>
                              </a:cubicBezTo>
                              <a:lnTo>
                                <a:pt x="4337" y="199"/>
                              </a:lnTo>
                              <a:cubicBezTo>
                                <a:pt x="4334" y="198"/>
                                <a:pt x="4332" y="196"/>
                                <a:pt x="4331" y="192"/>
                              </a:cubicBezTo>
                              <a:lnTo>
                                <a:pt x="4331" y="192"/>
                              </a:lnTo>
                              <a:cubicBezTo>
                                <a:pt x="4329" y="189"/>
                                <a:pt x="4328" y="184"/>
                                <a:pt x="4328" y="178"/>
                              </a:cubicBezTo>
                              <a:lnTo>
                                <a:pt x="4328" y="0"/>
                              </a:lnTo>
                              <a:lnTo>
                                <a:pt x="4297" y="0"/>
                              </a:lnTo>
                              <a:lnTo>
                                <a:pt x="4297" y="18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1313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8D1B0D" w14:textId="77777777" w:rsidR="00026778" w:rsidRDefault="00026778" w:rsidP="000267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E8CD15" id="Kanwa 1" o:spid="_x0000_s1026" editas="canvas" style="position:absolute;left:0;text-align:left;margin-left:-19.45pt;margin-top:-3.8pt;width:225.4pt;height:58.9pt;z-index:251661312" coordsize="28625,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28625;height:7480;visibility:visible;mso-wrap-style:square">
                <v:fill o:detectmouseclick="t"/>
                <v:path o:connecttype="none"/>
              </v:shape>
              <v:shape id="Freeform 3" o:spid="_x0000_s1028" style="position:absolute;left:2458;top:527;width:18986;height:1022;visibility:visible;mso-wrap-style:square;v-text-anchor:top" coordsize="5295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" path="m,231r166,l166,203r-110,l56,203v-5,,-9,,-12,l44,203v-3,1,-4,1,-4,1l40,203r,c40,203,40,202,42,200r,c43,199,45,197,48,193r,c50,190,53,187,56,183l165,25r,-21l6,4r,28l109,32r,c114,32,119,32,121,32r,c124,31,126,31,126,31r,1l126,32v,,-1,1,-2,2l124,34v-2,2,-4,4,-6,7l118,41v-3,3,-5,7,-8,11l,209r,22xm193,185r,c193,193,194,200,197,206r,c200,213,205,218,210,223r,c215,227,221,230,227,232r,c235,234,241,235,248,235r,c256,235,263,234,269,232r,c274,230,279,227,283,224r,c287,221,291,217,293,214r,c295,210,297,208,298,206r,c300,204,300,203,300,202r1,l301,202v,,,2,-1,4l300,206v,2,,5,,9l300,231r29,l329,129r,c329,115,326,102,321,93r,c316,84,309,77,300,72r,c290,67,279,65,265,65r,c258,65,251,65,245,66r,c238,68,232,69,227,71r,c222,73,218,75,214,77r,c211,79,208,80,207,82r,c205,83,204,84,204,84r13,22l217,106v,,1,-1,3,-2l220,104v2,-2,6,-4,10,-6l230,98v5,-2,10,-3,15,-5l245,93v5,-1,11,-2,17,-2l262,91v7,,13,1,19,3l281,94v5,2,9,6,12,11l293,105v3,5,5,13,5,22l298,130r-7,l291,130v-5,,-10,,-17,l274,130v-6,1,-13,1,-20,2l254,132v-8,1,-15,3,-23,6l231,138v-7,2,-13,5,-19,9l212,147v-6,4,-11,9,-14,16l198,163v-3,6,-5,13,-5,22xm224,184r,c224,178,225,173,228,169r,c231,166,236,163,241,160r,c246,158,251,157,257,155r,c263,154,269,154,274,153r,c280,153,285,153,290,153r8,l298,158r,c298,164,297,170,295,176r,c293,182,290,188,286,193r,c283,198,278,202,273,205r,c268,208,262,209,255,209r,c248,209,243,208,238,206r,c234,203,230,200,227,196r,c225,192,224,188,224,184xm376,231r31,l407,155r23,l478,231r36,l455,141r,-1l508,68r-35,l429,129r-22,l407,4r-31,l376,231xm532,143r23,-13l555,186r,c555,195,556,201,558,207r,c559,212,562,217,565,221r,c568,224,572,227,575,228r,c579,230,583,231,587,232r,c591,232,595,233,598,233r,c601,233,603,233,605,232r,c607,232,608,232,608,232r,-28l608,204v,,,,-1,l607,204v-1,,-3,,-4,l603,204v-3,,-6,,-9,-2l594,202v-2,-1,-4,-3,-6,-6l588,196v-2,-4,-2,-9,-2,-15l586,111,612,96r,-31l586,80r,-76l555,4r,94l532,111r,32xm633,185r,c634,193,635,200,638,206r,c641,213,645,218,650,223r,c657,227,662,230,669,232r,c675,234,682,235,689,235r,c697,235,704,234,709,232r,c715,230,720,227,724,224r,c728,221,731,217,734,214r,c736,210,738,208,739,206r,c740,204,741,203,741,202r,l741,202v,,,2,,4l741,206v,2,,5,,9l741,231r28,l769,129r,c769,115,767,102,762,93r,c757,84,750,77,740,72r,c731,67,719,65,706,65r,c698,65,692,65,685,66r,c679,68,674,69,669,71r,c664,73,660,75,655,77r,c652,79,649,80,647,82r,c645,83,645,84,645,84r13,22l658,106v,,2,-1,4,-2l662,104v2,-2,5,-4,9,-6l671,98v5,-2,9,-3,15,-5l686,93v5,-1,11,-2,17,-2l703,91v7,,13,1,18,3l721,94v6,2,10,6,13,11l734,105v3,5,5,13,5,22l739,130r-7,l732,130v-5,,-11,,-17,l715,130v-6,1,-13,1,-21,2l694,132v-7,1,-14,3,-21,6l673,138v-7,2,-14,5,-20,9l653,147v-6,4,-11,9,-14,16l639,163v-4,6,-5,13,-6,22xm666,184r,c666,178,667,173,670,169r,c673,166,677,163,682,160r,c687,158,692,157,698,155r,c704,154,709,154,715,153r,c721,153,726,153,731,153r8,l739,158r,c739,164,738,170,736,176r,c734,182,731,188,727,193r,c723,198,719,202,714,205r,c708,208,702,209,696,209r,c689,209,684,208,679,206r,c675,203,671,200,669,196r,c667,192,666,188,666,184xm806,150r,c806,162,808,174,811,184r,c814,194,819,203,825,211r,c831,218,839,225,848,229r,c856,233,866,235,877,235r,c885,235,892,234,898,232r,c904,230,909,228,913,225r,c917,222,920,218,923,215r,c925,212,927,209,928,207r,c929,205,930,204,930,204r1,l931,204v,,,1,-1,3l930,207v,2,,5,,8l930,231r31,l961,4r-32,l929,79r,c929,82,929,85,929,87r,c929,89,929,90,929,90r,l929,90v,,-1,-1,-2,-3l927,87v-1,-1,-3,-3,-5,-6l922,81v-2,-2,-6,-5,-9,-8l913,73v-4,-2,-9,-4,-15,-6l898,67v-5,-2,-12,-2,-19,-2l879,65v-11,,-20,2,-29,6l850,71v-9,3,-17,9,-23,16l827,87v-7,8,-12,17,-15,28l812,115v-4,10,-6,22,-6,35xm838,150r,c838,141,839,133,841,125r,c844,118,847,111,851,106r,c856,101,860,98,866,95r,c872,93,878,91,884,91r,c892,91,898,93,904,96r,c910,99,915,104,918,109r,c922,116,925,122,927,128r,c929,135,930,142,930,150r,c930,160,928,169,926,176r,c923,183,920,189,915,194r,c911,199,906,202,900,204r,c895,206,889,208,883,208r,c874,207,866,205,859,200r,c853,196,847,189,843,180r,c840,172,838,162,838,150xm1139,231r137,l1276,203r-105,l1171,131r81,l1252,102r-81,l1171,32r100,l1271,4r-132,l1139,231xm1314,186r,c1314,195,1315,201,1317,207r,c1319,212,1321,217,1324,221r,c1327,224,1331,227,1335,228r,c1338,230,1342,231,1346,232r,c1350,232,1354,233,1357,233r,c1360,233,1364,233,1366,232r,c1368,232,1369,232,1369,232r,-28l1369,204v,,-1,,-2,l1367,204v-1,,-2,,-4,l1363,204v-4,,-7,,-9,-2l1354,202v-3,-1,-5,-3,-7,-6l1347,196v-1,-4,-2,-9,-2,-15l1345,4r-31,l1314,186xm1390,150r,c1390,162,1392,173,1397,183r,c1401,193,1406,202,1414,210r,c1422,218,1431,225,1441,229r,c1451,233,1463,235,1476,235r,c1483,235,1490,234,1497,233r,c1504,231,1510,229,1515,227r,c1520,225,1525,223,1528,220r,c1532,217,1534,215,1536,214r,c1538,212,1539,211,1539,211r-13,-22l1526,189v,,,,-2,2l1524,191v-2,1,-4,2,-7,4l1517,195v-2,2,-6,4,-10,6l1507,201v-4,2,-9,3,-14,5l1493,206v-5,1,-10,1,-15,2l1478,208v-8,,-15,-2,-21,-4l1457,204v-6,-2,-12,-5,-17,-10l1440,194v-5,-4,-9,-10,-13,-16l1427,178v-3,-7,-4,-15,-5,-24l1541,154r,c1541,154,1541,153,1541,152r,c1541,150,1541,148,1541,146r,c1541,144,1542,142,1542,141r,c1542,130,1540,121,1537,111r,c1534,101,1530,93,1524,87r,c1518,80,1511,74,1501,70r,c1492,67,1482,65,1471,65r,c1459,65,1449,67,1439,71r,c1429,74,1421,80,1413,87r,c1406,95,1401,104,1396,115r,c1392,125,1390,137,1390,150xm1423,131r,c1425,122,1428,115,1432,108r,c1436,102,1442,97,1449,94r,c1455,91,1462,89,1470,89r,c1477,89,1484,91,1489,94r,c1495,97,1500,101,1504,107r,c1508,114,1510,122,1510,131r-87,xm1579,231r31,l1610,155r23,l1683,231r36,l1659,141r,-1l1713,68r-35,l1633,129r-23,l1610,4r-31,l1579,231xm1754,172r,c1754,182,1756,191,1759,198r,c1762,206,1765,212,1770,216r,c1775,221,1780,225,1786,227r,c1792,229,1797,231,1803,232r,c1808,232,1813,233,1817,233r,c1820,233,1823,233,1825,232r,c1827,232,1828,232,1828,232r,-28l1828,204v,,-1,,-2,l1826,204v-1,,-3,,-5,l1821,204v-3,,-7,,-11,-1l1810,203v-4,-1,-7,-2,-11,-5l1799,198v-4,-2,-7,-6,-9,-11l1790,187v-2,-5,-4,-11,-4,-19l1786,95r39,l1825,71r-39,l1786,24r-31,l1755,71r-22,l1733,95r21,l1754,172xm1863,231r30,l1893,165r,c1893,160,1894,155,1894,150r,c1895,145,1896,140,1897,136r,c1900,128,1903,121,1908,115r,c1912,108,1918,104,1924,101r,c1931,98,1937,97,1944,97r,c1946,97,1948,97,1950,97r,c1951,97,1952,98,1952,98r,-31l1952,67v,,,,-2,l1950,67v-2,,-3,-1,-6,-1l1944,66v-8,1,-15,2,-23,6l1921,72v-7,4,-13,9,-18,15l1903,87v-4,6,-8,13,-10,21l1892,108r,c1892,108,1892,107,1892,105r,c1892,103,1892,100,1893,96r,-28l1863,68r,163xm1970,150r,c1970,162,1973,173,1977,183r,c1982,194,1988,203,1996,210r,c2004,218,2013,225,2023,229r,c2034,233,2045,235,2057,235r,c2070,235,2082,233,2092,229r,c2103,225,2112,218,2120,210r,c2128,203,2134,194,2138,183r,c2143,173,2145,162,2145,150r,c2145,137,2143,126,2138,116r,c2134,105,2128,96,2120,88r,c2112,81,2103,75,2092,71r,c2082,67,2070,65,2057,65r,c2045,65,2034,67,2023,71r,c2013,75,2004,81,1996,88r,c1988,96,1982,105,1977,116r,c1973,126,1970,137,1970,150xm2002,150r,c2002,141,2003,133,2006,126r,c2009,120,2013,112,2018,107r,c2023,102,2029,98,2036,96r,c2042,93,2050,91,2057,91r,c2065,91,2073,93,2080,96r,c2086,98,2092,102,2097,107r,c2102,112,2106,120,2109,126r,c2112,133,2113,141,2114,150r,c2113,158,2112,166,2109,173r,c2106,180,2102,186,2097,191r,c2092,196,2086,200,2080,203r,c2073,206,2065,207,2057,208r,c2050,207,2042,206,2036,203r,c2029,200,2023,196,2018,191r,c2013,186,2009,180,2006,173r,c2003,166,2002,158,2002,150xm2182,231r32,l2214,155r,c2214,151,2214,147,2214,144r,c2215,140,2215,137,2216,133r,c2218,126,2222,119,2227,112r,c2232,106,2238,101,2244,98r,c2251,95,2259,93,2267,93r,c2273,93,2279,94,2283,96r,c2287,98,2290,101,2292,105r,c2294,108,2296,114,2296,118r,c2297,123,2298,129,2298,134r,97l2328,231r,-104l2328,127v1,-21,-4,-37,-13,-47l2315,80v-9,-10,-23,-15,-42,-15l2273,65v-9,,-16,1,-23,3l2250,68v-7,3,-13,6,-18,10l2232,78v-5,4,-9,8,-12,12l2220,90v-3,4,-6,8,-7,11l2212,101r,c2212,101,2212,101,2212,100r,c2212,99,2212,97,2212,96r,c2213,94,2213,92,2213,90r,-22l2182,68r,163xm2375,36r32,l2407,4r-32,l2375,36xm2376,231r31,l2407,68r-31,l2376,231xm2443,150r,c2444,162,2446,173,2450,183r,c2454,194,2460,203,2468,210r,c2475,218,2484,225,2496,229r,c2506,233,2518,235,2531,235r,c2539,235,2547,234,2554,233r,c2560,231,2566,229,2572,226r,c2577,224,2581,221,2584,218r,c2588,215,2591,213,2592,211r,c2594,209,2595,209,2595,208r-12,-22l2583,186v,,-1,1,-3,2l2580,188v-1,2,-3,3,-6,5l2574,193v-3,3,-7,5,-11,7l2563,200v-4,2,-8,4,-13,5l2550,205v-5,2,-11,2,-17,3l2533,208v-8,-1,-16,-2,-23,-5l2510,203v-7,-3,-13,-7,-18,-12l2492,191v-6,-5,-10,-12,-13,-19l2479,172v-3,-7,-4,-14,-4,-22l2475,150v,-9,1,-16,4,-23l2479,127v3,-7,7,-13,13,-20l2492,107v5,-5,11,-9,18,-11l2510,96v6,-3,14,-5,22,-5l2532,91v5,,11,1,15,2l2547,93v5,1,9,3,13,5l2560,98v3,2,6,3,9,5l2569,103v2,2,4,4,6,5l2575,108v1,1,2,2,2,2l2591,88r,c2591,88,2590,87,2589,86r,c2587,84,2585,82,2582,80r,c2578,77,2574,75,2569,73r,c2565,70,2559,69,2553,67r,c2546,65,2539,65,2531,65r,c2518,65,2506,67,2496,71r,c2484,75,2475,81,2468,89r,c2460,96,2454,105,2450,117r,c2446,127,2444,138,2443,150xm2618,231r140,l2758,204r-81,l2677,204v-6,,-10,,-12,l2665,204v-3,1,-4,1,-4,1l2661,204r,c2661,204,2661,203,2663,202r,c2664,201,2666,199,2668,197r,c2670,195,2672,192,2674,189l2756,86r,-18l2622,68r,27l2698,95r,c2703,95,2707,95,2710,94r,c2713,94,2714,94,2714,94r,1l2714,95v,,-1,,-2,2l2712,97v-1,1,-3,3,-5,5l2707,102v-2,2,-4,5,-7,8l2618,213r,18xm2797,231r31,l2828,155r,c2828,151,2828,147,2828,144r,c2829,140,2829,137,2830,133r,c2832,126,2836,119,2841,112r,c2846,106,2852,101,2858,98r,c2865,95,2873,93,2881,93r,c2887,93,2893,94,2897,96r,c2901,98,2904,101,2906,105r,c2908,108,2910,114,2910,118r,c2911,123,2913,129,2913,134r,97l2943,231r,-104l2943,127v1,-21,-4,-37,-13,-47l2930,80v-9,-10,-24,-15,-43,-15l2887,65v-9,,-16,1,-23,3l2864,68v-7,3,-13,6,-18,10l2846,78v-5,4,-9,8,-12,12l2834,90v-3,4,-6,8,-7,11l2826,101r,c2826,101,2826,101,2826,100r,c2826,99,2826,97,2826,96r,c2827,94,2827,92,2827,90r,-22l2797,68r,163xm2967,288r,c2967,288,2968,289,2969,290r,c2971,291,2973,292,2976,293r,c2979,295,2982,296,2986,297r,c2989,298,2994,298,2998,298r,c3006,298,3013,297,3020,294r,c3026,291,3032,287,3038,281r,c3043,276,3047,269,3050,260l3127,68r-34,l3054,175r,c3052,178,3051,181,3051,184r,c3050,187,3049,189,3049,191r,c3048,193,3048,194,3048,194r-1,l3047,194v,,,-1,-1,-3l3046,191v,-2,-1,-5,-2,-8l3044,183v-1,-3,-2,-5,-3,-8l3001,68r-35,l3034,230r-8,18l3026,248v-3,7,-7,13,-12,17l3014,265v-5,4,-11,6,-17,7l2997,272v-4,-1,-7,-1,-10,-2l2987,270v-2,-1,-5,-2,-6,-3l2981,267v-2,-1,-3,-2,-3,-2l2967,288xm3310,260r22,l3354,197r-30,l3310,260xm3266,260r22,l3309,197r-29,l3266,260xm3403,231r31,l3434,147r52,l3486,147v10,,19,-1,28,-5l3514,142v9,-3,16,-8,22,-14l3536,128v7,-7,12,-14,15,-24l3551,104v4,-9,5,-18,5,-29l3556,75v,-11,-1,-20,-5,-29l3551,46v-3,-9,-8,-16,-15,-22l3536,24v-6,-6,-13,-11,-22,-14l3514,10v-9,-5,-18,-6,-28,-6l3403,4r,227xm3434,120r,-88l3481,32r,c3490,32,3498,34,3504,37r,c3510,41,3515,45,3519,52r,c3522,58,3524,66,3524,75r,c3524,84,3522,92,3519,98r,c3515,105,3510,110,3504,115r,c3497,118,3490,120,3481,120r-47,xm3581,116r,c3582,130,3583,142,3587,154r,c3591,166,3597,177,3603,187r,c3610,196,3620,205,3629,212r,c3639,220,3650,225,3661,229r,c3673,233,3685,235,3698,235r,c3711,235,3723,233,3735,229r,c3747,225,3757,220,3768,212r,c3777,205,3785,196,3792,187r,c3799,177,3805,166,3809,154r,c3812,142,3814,130,3814,116r,c3814,102,3812,90,3809,79r,c3805,67,3799,57,3792,47r,c3785,38,3777,29,3768,23r,c3757,16,3747,10,3735,6r,c3723,2,3711,,3698,r,c3685,,3673,2,3661,6r,c3650,10,3639,16,3629,23r,c3620,29,3610,38,3603,47r,c3597,57,3591,67,3587,79r,c3583,90,3582,102,3581,116xm3614,116r,c3614,103,3616,92,3621,81r,c3626,71,3632,62,3639,54r,c3647,46,3656,40,3666,36r,c3676,32,3687,30,3698,29r,c3710,30,3720,32,3730,36r,c3740,40,3749,46,3757,54r,c3765,62,3771,71,3775,81r,c3780,92,3782,103,3782,116r,c3782,129,3780,141,3775,152r,c3771,162,3765,172,3757,180r,c3749,188,3740,194,3730,199r,c3720,203,3710,205,3698,205r,c3687,205,3676,203,3666,199r,c3656,194,3647,188,3639,180r,c3632,172,3626,162,3621,152r,c3616,141,3614,129,3614,116xm3860,231r133,l3993,203r-101,l3892,4r-32,l3860,231xm4030,231r133,l4163,203r-101,l4062,4r-32,l4030,231xm4200,231r32,l4232,4r-32,l4200,231xm4293,231r32,l4325,84r,c4325,80,4325,77,4325,73r,c4325,69,4324,66,4324,62r,c4324,59,4323,56,4323,54r,c4323,52,4323,51,4323,51r1,l4324,51v,,,1,1,3l4325,54v1,2,3,5,5,9l4330,63v2,3,4,7,6,10l4336,73v2,4,4,7,6,11l4443,231r32,l4475,4r-33,l4442,152r,c4442,155,4442,158,4442,162r,c4443,166,4443,169,4443,173r,c4443,176,4444,179,4444,181r,c4444,183,4444,184,4444,184r,l4444,184v,,-1,-1,-2,-3l4442,181v-1,-2,-3,-5,-5,-8l4437,173v-2,-4,-4,-7,-6,-11l4431,162v-2,-4,-4,-7,-6,-10l4325,4r-32,l4293,231xm4565,63r23,l4610,r-32,l4565,63xm4520,63r23,l4564,r-31,l4520,63xm4879,4r-44,167l4835,171v-1,4,-2,8,-3,11l4832,182v,4,-1,7,-1,9l4831,191v,2,-1,3,-1,3l4830,194r,c4830,194,4830,193,4829,191r,c4829,189,4829,186,4828,182r,c4827,179,4827,175,4826,171l4786,4r-33,l4811,231r36,l4887,84r,c4888,80,4889,76,4890,73r,c4891,69,4891,65,4892,62r,c4892,59,4893,57,4893,55r,c4894,53,4894,52,4894,52r,l4894,52v,,1,1,1,3l4895,55v,2,1,4,1,7l4896,62v1,3,2,7,2,11l4898,73v1,3,2,7,3,11l4940,231r37,l5036,4r-33,l4962,171r,c4961,175,4960,179,4959,182r,c4958,186,4958,189,4958,191r,c4958,193,4957,194,4957,194r,l4957,194v,,,-1,-1,-3l4956,191v,-2,-1,-5,-1,-9l4955,182v-1,-3,-2,-7,-3,-11l4908,4r-29,xm5053,150r,c5053,162,5055,173,5060,183r,c5064,194,5071,203,5078,210r,c5086,218,5096,225,5106,229r,c5116,233,5128,235,5140,235r,c5152,235,5163,233,5175,229r,c5185,225,5194,218,5202,210r,c5210,203,5217,194,5221,183r,c5225,173,5228,162,5228,150r,c5228,137,5225,126,5221,116r,c5217,105,5210,96,5202,88r,c5194,81,5185,75,5175,71r,c5163,67,5152,65,5140,65r,c5128,65,5116,67,5106,71r,c5096,75,5086,81,5078,88r,c5071,96,5064,105,5060,116r,c5055,126,5053,137,5053,150xm5085,150r,c5085,141,5086,133,5089,126r,c5092,120,5096,112,5101,107r,c5106,102,5112,98,5118,96r,c5125,93,5132,91,5140,91r,c5148,91,5155,93,5161,96r,c5169,98,5175,102,5180,107r,c5185,112,5189,120,5192,126r,c5195,133,5196,141,5196,150r,c5196,158,5195,166,5192,173r,c5189,180,5185,186,5180,191r,c5175,196,5169,200,5161,203r,c5155,206,5148,207,5140,208r,c5132,207,5125,206,5118,203r,c5112,200,5106,196,5101,191r,c5096,186,5092,180,5089,173r,c5086,166,5085,158,5085,150xm5264,36r31,l5295,4r-31,l5264,36xm5264,68r,167l5264,235v,6,,11,-2,16l5262,251v-2,4,-4,7,-6,10l5256,261v-3,3,-6,5,-9,6l5247,267v-3,1,-6,2,-9,3l5238,270v-3,,-6,,-8,l5230,270v-2,,-4,,-5,l5225,270v-2,,-2,,-2,l5223,296r,c5223,296,5224,296,5226,297r,c5228,297,5230,297,5234,297r,c5238,297,5242,297,5248,296r,c5253,295,5258,294,5264,291r,c5269,289,5274,286,5279,281r,c5284,277,5288,271,5291,264r,c5293,257,5295,248,5295,237r,-169l5264,68xe" fillcolor="#313130" stroked="f">
                <v:path arrowok="t" o:connecttype="custom" o:connectlocs="39085,10978;81396,79592;117971,44256;78886,35679;82831,47344;105779,60380;163151,48030;214427,79935;210124,1372;263193,73417;245623,22643;263193,36022;240245,57979;243472,70673;332757,71016;332398,29847;305147,36365;316621,71359;471166,63811;488737,69986;536785,79935;522443,69986;538220,24015;539295,36709;628939,59008;649019,69643;678781,56607;697068,22643;725395,78563;725395,24358;751930,36709;782409,79249;824003,45971;793166,32935;884961,72045;922970,66213;900021,32935;915440,22986;954166,69986;970660,34993;1042016,36022;1013330,34650;1082894,100863;1090424,60037;1186880,89198;1273297,15781;1256444,39453;1359713,64154;1291943,16124;1353617,27789;1431786,69643;1550833,28818;1592786,1372;1539359,1372;1731913,66556;1754862,17840;1777452,66556;1855621,78563;1814385,39796;1861717,59351;1887534,23329;1876777,101892" o:connectangles="0,0,0,0,0,0,0,0,0,0,0,0,0,0,0,0,0,0,0,0,0,0,0,0,0,0,0,0,0,0,0,0,0,0,0,0,0,0,0,0,0,0,0,0,0,0,0,0,0,0,0,0,0,0,0,0,0,0,0,0,0,0"/>
                <o:lock v:ext="edit" verticies="t"/>
              </v:shape>
              <v:shape id="Freeform 4" o:spid="_x0000_s1029" style="position:absolute;left:2490;top:539;width:25279;height:2458;visibility:visible;mso-wrap-style:square;v-text-anchor:top" coordsize="7049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" path="m5324,146r,c5324,158,5326,169,5330,179r,c5334,190,5340,199,5348,206r,c5356,214,5365,221,5375,225r,c5386,229,5397,231,5410,231r,c5419,231,5426,230,5433,229r,c5440,227,5447,225,5452,222r,c5457,220,5461,217,5465,214r,c5468,211,5471,209,5473,207r,c5475,205,5476,205,5476,204r-13,-22l5463,182v,,-1,1,-2,2l5461,184v-2,2,-4,3,-7,5l5454,189v-3,3,-6,5,-10,7l5444,196v-5,2,-10,4,-15,5l5429,201v-5,2,-11,2,-17,3l5412,204v-8,-1,-16,-2,-23,-5l5389,199v-7,-3,-13,-7,-18,-12l5371,187v-5,-5,-9,-12,-11,-19l5360,168v-3,-7,-5,-14,-5,-22l5355,146v,-9,2,-16,5,-23l5360,123v2,-7,6,-13,11,-20l5371,103v5,-5,11,-9,18,-11l5389,92v7,-3,14,-5,22,-5l5411,87v6,,11,1,16,2l5427,89v4,1,8,3,12,5l5439,94v5,2,8,3,10,5l5449,99v3,2,5,4,6,5l5455,104v1,1,2,2,2,2l5472,84r,c5472,84,5471,83,5469,82r,c5468,80,5465,78,5462,76r,c5459,73,5455,71,5450,69r,c5445,66,5438,65,5432,63r,c5426,61,5418,61,5410,61r,c5397,61,5386,63,5375,67r,c5365,71,5356,77,5348,85r,c5340,92,5334,101,5330,113r,c5326,123,5324,134,5324,146xm5510,32r31,l5541,r-31,l5510,32xm5511,227r30,l5541,64r-30,l5511,227xm5579,146r,c5579,158,5581,169,5586,179r,c5590,189,5596,198,5603,206r,c5611,214,5620,221,5630,225r,c5641,229,5652,231,5665,231r,c5673,231,5680,230,5686,229r,c5693,227,5699,225,5704,223r,c5709,221,5713,219,5716,216r,c5720,213,5724,211,5726,210r,c5727,208,5728,207,5728,207r-13,-22l5715,185v,,-1,,-3,2l5712,187v-1,1,-3,2,-6,4l5706,191v-3,2,-6,4,-10,6l5696,197v-4,2,-9,3,-14,5l5682,202v-4,1,-10,1,-15,2l5667,204v-7,,-14,-2,-21,-4l5646,200v-6,-2,-12,-5,-17,-10l5629,190v-5,-4,-9,-10,-12,-16l5617,174v-3,-7,-5,-15,-6,-24l5730,150r,c5730,150,5730,149,5730,148r,c5730,146,5730,144,5731,142r,c5731,140,5731,138,5731,137r,c5731,126,5729,117,5726,107r,c5722,97,5718,89,5712,83r,c5706,76,5699,70,5690,66r,c5682,63,5672,61,5660,61r,c5649,61,5638,63,5628,67r,c5618,70,5610,76,5603,83r,c5595,91,5590,100,5586,111r,c5581,121,5579,133,5579,146xm5612,127r,c5614,118,5617,111,5621,104r,c5626,98,5631,93,5638,90r,c5644,87,5652,85,5660,85r,c5667,85,5673,87,5679,90r,c5684,93,5689,97,5693,103r,c5696,110,5698,118,5698,127r-86,xm5757,146r,c5757,158,5759,169,5763,179r,c5768,190,5774,199,5781,206r,c5789,214,5798,221,5808,225r,c5819,229,5831,231,5843,231r,c5852,231,5859,230,5867,229r,c5874,227,5880,225,5885,222r,c5890,220,5895,217,5898,214r,c5902,211,5904,209,5906,207r,c5908,205,5909,205,5909,204r-13,-22l5896,182v,,-1,1,-2,2l5894,184v-2,2,-4,3,-7,5l5887,189v-3,3,-6,5,-10,7l5877,196v-4,2,-9,4,-15,5l5862,201v-5,2,-10,2,-16,3l5846,204v-9,-1,-17,-2,-23,-5l5823,199v-7,-3,-13,-7,-18,-12l5805,187v-6,-5,-10,-12,-12,-19l5793,168v-3,-7,-4,-14,-4,-22l5789,146v,-9,1,-16,4,-23l5793,123v2,-7,6,-13,11,-20l5804,103v5,-5,11,-9,18,-11l5822,92v7,-3,14,-5,23,-5l5845,87v5,,10,1,15,2l5860,89v5,1,9,3,13,5l5873,94v4,2,7,3,9,5l5882,99v3,2,5,4,6,5l5888,104v1,1,2,2,2,2l5905,84r,c5905,84,5904,83,5902,82r,c5901,80,5898,78,5895,76r,c5892,73,5888,71,5883,69r,c5878,66,5873,65,5866,63r,c5859,61,5851,61,5843,61r,c5831,61,5819,63,5808,67r,c5798,71,5789,77,5781,85r,c5774,92,5768,101,5763,113r,c5759,123,5757,134,5757,146xm5944,227r31,l5975,151r,c5975,147,5975,143,5975,140r,c5975,136,5976,133,5977,130r,c5979,122,5983,115,5988,108r,c5993,102,5999,97,6006,94r,c6013,91,6021,89,6029,89r,c6035,89,6041,90,6045,92r,c6049,94,6052,97,6054,101r,c6056,104,6058,110,6058,114r,c6059,119,6060,125,6060,130r,97l6090,227r,-104l6090,123v,-21,-4,-37,-13,-47l6077,76v-9,-10,-23,-15,-42,-15l6035,61v-8,,-15,1,-22,3l6013,64v-6,2,-13,5,-18,9l5995,73v-5,3,-9,7,-13,11l5982,84v-3,4,-6,9,-7,12l5974,96r,c5974,96,5974,95,5974,93r,c5974,90,5974,87,5975,83r,-83l5944,r,227xm6267,227r32,l6299,143r51,l6350,143v10,,20,-1,28,-5l6378,138v9,-3,16,-8,23,-14l6401,124v6,-7,11,-14,14,-24l6415,100v4,-9,5,-18,6,-29l6421,71v-1,-11,-2,-20,-6,-29l6415,42v-3,-9,-8,-16,-14,-22l6401,20c6394,14,6387,9,6378,6r,c6370,1,6360,,6350,r-83,l6267,227xm6299,116r,-88l6345,28r,c6354,28,6362,30,6368,33r,c6375,37,6380,41,6383,48r,c6387,54,6388,62,6388,71r,c6388,80,6387,88,6383,94r,c6380,101,6375,106,6368,111r,c6362,114,6354,116,6345,116r-46,xm6444,146r,c6444,158,6446,169,6451,179r,c6455,190,6461,199,6469,206r,c6477,214,6486,221,6497,225r,c6507,229,6519,231,6531,231r,c6543,231,6554,229,6565,225r,c6576,221,6585,214,6593,206r,c6601,199,6607,190,6612,179r,c6616,169,6619,158,6619,146r,c6619,133,6616,122,6612,112r,c6607,101,6601,92,6593,84r,c6585,77,6576,71,6565,67r,c6554,63,6543,61,6531,61r,c6519,61,6507,63,6497,67r,c6486,71,6477,77,6469,84r,c6461,92,6455,101,6451,112r,c6446,122,6444,133,6444,146xm6475,146r,c6475,137,6477,129,6480,122r,c6483,116,6487,108,6492,103r,c6497,98,6503,94,6509,92r,c6516,89,6523,87,6531,87r,c6538,87,6546,89,6552,92r,c6559,94,6565,98,6571,103r,c6576,108,6580,116,6583,122r,c6586,129,6587,137,6587,146r,c6587,154,6586,162,6583,169r,c6580,176,6576,182,6571,187r,c6565,192,6559,196,6552,199r,c6546,202,6538,203,6531,204r,c6523,203,6516,202,6509,199r,c6503,196,6497,192,6492,187r,c6487,182,6483,176,6480,169r,c6477,162,6475,154,6475,146xm6653,182r,c6653,191,6654,197,6656,203r,c6658,208,6660,213,6664,217r,c6667,220,6670,223,6674,224r,c6678,226,6681,227,6685,228r,c6689,228,6693,229,6697,229r,c6699,229,6702,229,6704,228r,c6706,228,6707,228,6707,228r,-28l6707,200v,,-1,,-2,l6705,200v-1,,-2,,-4,l6701,200v-3,,-6,,-8,-2l6693,198v-3,-1,-5,-3,-6,-6l6687,192v-2,-4,-3,-9,-3,-15l6684,r-31,l6653,182xm6728,181r,c6728,189,6729,196,6732,202r,c6735,209,6739,214,6745,219r,c6750,223,6756,226,6762,228r,c6769,230,6775,231,6782,231r,c6790,231,6797,230,6802,228r,c6808,226,6813,223,6817,220r,c6821,217,6824,213,6827,210r,c6829,206,6831,204,6832,202r,c6833,200,6834,199,6834,198r1,l6835,198v,,-1,2,-1,4l6834,202v,2,,5,,9l6834,227r30,l6864,125r,c6863,111,6861,98,6856,89r,c6850,80,6843,73,6834,68r,c6824,63,6812,61,6799,61r,c6791,61,6785,61,6778,62r,c6772,64,6767,65,6762,67r,c6757,69,6753,71,6749,73r,c6746,75,6743,76,6741,78r,c6740,79,6739,80,6739,80r12,22l6751,102v,,2,-1,4,-2l6755,100v2,-2,5,-4,10,-6l6765,94v4,-2,8,-3,14,-5l6779,89v5,-1,11,-2,17,-2l6796,87v7,,13,1,19,3l6815,90v5,2,9,6,12,11l6827,101v3,5,5,13,5,22l6832,126r-7,l6825,126v-5,,-10,,-17,l6808,126v-6,1,-13,1,-21,2l6787,128v-7,1,-14,3,-21,6l6766,134v-7,2,-14,5,-19,9l6747,143v-6,4,-11,9,-14,16l6733,159v-4,6,-5,13,-5,22xm6759,180r,c6759,174,6760,169,6763,165r,c6766,162,6770,159,6775,156r,c6780,154,6785,153,6791,151r,c6797,150,6803,150,6808,149r,c6814,149,6819,149,6824,149r8,l6832,154r,c6832,160,6831,166,6829,172r,c6827,178,6824,184,6820,189r,c6817,194,6812,198,6807,201r,c6801,204,6796,205,6789,205r,c6782,205,6777,204,6772,202r,c6768,199,6764,196,6762,192r,c6760,188,6759,184,6759,180xm6910,227r31,l6941,151r23,l7013,227r36,l6989,137r,-1l7043,64r-35,l6963,125r-22,l6941,r-31,l6910,227xm,651r,c,665,2,677,6,686r,c11,695,17,702,25,706r,c33,711,43,713,55,713r,c63,713,70,712,77,709r,c84,707,90,704,95,700r,c100,697,105,693,108,688r,c111,684,114,680,116,676r,l116,676v,,,1,,3l116,679v,2,,5,,9l116,709r30,l146,547r-31,l115,622r,c115,630,113,638,111,646r,c109,654,105,660,101,666r,c96,671,91,676,84,679r,c77,682,70,684,61,684r,c55,684,50,683,46,681r,c42,679,39,676,37,672r,c35,669,33,665,32,660r,c31,655,31,650,31,644r,-97l,547,,651xm192,665r,c192,673,193,680,195,685r,c197,691,199,695,202,698r,c205,702,209,704,212,706r,c216,708,220,709,225,709r,c229,710,233,710,236,710r,c239,710,241,710,243,710r,c245,710,246,710,246,710r,-28l246,682v,,,,-1,l245,682v-1,,-2,1,-4,1l241,683v-3,,-6,-1,-9,-2l232,681v-2,-1,-4,-3,-6,-7l226,674v-1,-3,-3,-8,-3,-14l223,482r-31,l192,665xm279,709r33,l312,676r-33,l279,709xm469,644r,c469,654,471,663,473,670r,c475,678,479,684,483,689r,c488,695,493,699,498,703r,c504,706,511,709,517,710r,c524,712,530,713,537,713r,c543,713,550,712,556,710r,c563,709,569,706,574,703r,c580,699,585,695,590,689r,c594,684,597,678,600,670r,c602,663,604,654,604,644r,-162l515,482r,28l572,510r,134l572,644v,7,-1,14,-3,19l569,663v-2,5,-4,9,-8,12l561,675v-3,3,-7,5,-11,7l550,682v-4,1,-9,2,-13,2l537,684v-4,,-9,-1,-13,-2l524,682v-4,-2,-8,-4,-11,-7l513,675v-4,-3,-8,-8,-10,-13l503,662v-2,-5,-3,-12,-3,-19l500,632r-31,l469,644xm652,709r32,l684,676r-32,l652,709xm845,709r166,l1011,682r-110,l901,682v-5,,-9,,-12,l889,682v-3,,-5,,-5,l884,682r,c884,682,885,681,887,679r,c888,677,890,675,893,672r,c895,669,898,665,901,661l1010,503r,-21l851,482r,28l954,510r,c959,510,963,509,966,509r,c969,509,971,509,971,509r,l971,509v,,-1,1,-3,3l968,512v-1,1,-3,4,-6,7l962,519v-2,3,-5,7,-8,11l845,688r,21xm918,457r29,l947,425r-29,l918,457xm1038,664r,c1038,672,1039,679,1042,685r,c1045,691,1049,696,1055,700r,c1060,704,1066,708,1073,710r,c1080,712,1086,713,1093,713r,c1101,713,1108,712,1113,709r,c1119,707,1124,705,1128,702r,c1132,698,1135,695,1138,692r,c1140,689,1142,686,1143,684r,c1144,682,1145,681,1145,681r,l1145,681v,,,1,,4l1145,685v,2,,5,,9l1145,709r29,l1174,606r,c1173,593,1171,581,1166,572r,c1161,562,1154,555,1144,550r,c1135,545,1123,543,1110,543r,c1102,543,1096,544,1089,545r,c1083,546,1078,548,1073,550r,c1067,552,1063,554,1059,555r,c1056,557,1053,559,1051,560r,c1050,561,1049,562,1049,562r12,23l1061,585v,,2,-1,4,-3l1065,582v2,-1,6,-3,11,-5l1076,577v4,-2,8,-4,14,-5l1090,572v5,-2,11,-3,17,-3l1107,569v7,,13,1,18,3l1125,572v6,3,10,6,13,12l1138,584v3,5,5,12,5,20l1143,607r-7,l1136,607v-5,,-11,,-17,1l1119,608v-6,,-13,1,-21,2l1098,610v-7,1,-14,3,-21,5l1077,615v-8,3,-15,6,-20,10l1057,625v-6,4,-11,9,-14,16l1043,641v-4,6,-5,14,-5,23xm1069,662r,c1069,656,1071,652,1074,648r,c1077,644,1081,641,1086,638r,c1091,636,1096,634,1102,633r,c1108,632,1114,631,1119,631r,c1125,631,1130,631,1135,631r8,l1143,636r,c1143,643,1142,649,1140,655r,c1138,661,1135,666,1131,671r,c1128,676,1123,680,1118,683r,c1112,686,1106,688,1100,688r,c1093,688,1088,687,1083,684r,c1079,682,1075,679,1073,675r,c1071,671,1069,667,1069,662xm1221,709r29,l1250,697r,c1250,694,1250,691,1250,689r,c1249,686,1249,685,1249,685r1,l1250,685v,,1,1,2,3l1252,688v1,2,3,4,5,7l1257,695v3,3,6,5,10,8l1267,703v4,3,9,5,14,7l1281,710v6,2,12,3,20,3l1301,713v10,,20,-2,29,-6l1330,707v9,-4,17,-10,24,-17l1354,690v7,-8,12,-16,15,-27l1369,663v4,-10,6,-22,6,-36l1375,627v,-12,-2,-24,-5,-34l1370,593v-3,-10,-8,-19,-14,-26l1356,567v-7,-8,-15,-14,-24,-18l1332,549v-8,-4,-18,-6,-29,-6l1303,543v-7,,-14,1,-20,3l1283,546v-6,2,-10,4,-14,7l1269,553v-4,2,-8,5,-10,8l1259,561v-3,2,-5,5,-6,7l1253,568v-1,1,-1,2,-1,2l1251,570r,c1251,570,1251,569,1251,567r,c1251,564,1251,561,1252,557r,-75l1221,482r,227xm1251,628r,c1251,618,1252,609,1254,602r,c1257,594,1260,588,1265,584r,c1269,579,1274,576,1280,573r,c1285,571,1291,570,1297,570r,c1306,570,1314,573,1321,577r,c1328,582,1333,589,1337,597r,c1341,606,1343,616,1343,628r,c1343,637,1341,646,1339,653r,c1337,660,1333,666,1329,671r,c1325,676,1320,680,1314,682r,c1309,685,1303,686,1296,686r,c1288,686,1282,685,1276,681r,c1270,678,1266,674,1262,668r,c1258,663,1255,657,1253,650r,c1252,643,1251,635,1251,628xm1412,514r32,l1444,482r-32,l1412,514xm1413,709r31,l1444,547r-31,l1413,709xm1492,709r32,l1524,633r,c1524,629,1524,625,1524,621r,c1525,617,1525,614,1526,611r,c1529,603,1532,596,1537,590r,c1542,584,1548,580,1555,576r,c1562,573,1569,571,1577,571r,c1584,571,1589,572,1593,575r,c1597,577,1600,579,1602,583r,c1604,587,1606,591,1607,596r,c1608,601,1608,606,1608,612r,97l1640,709r,-104l1640,605v,-21,-5,-36,-15,-46l1625,559v-9,-11,-23,-16,-42,-16l1583,543v-8,,-16,1,-23,4l1560,547v-7,2,-13,5,-18,9l1542,556v-5,4,-9,8,-12,12l1530,568v-3,5,-6,8,-7,12l1522,580r,c1522,580,1522,579,1522,578r,c1523,577,1523,576,1523,574r,c1523,572,1523,570,1523,568r,-21l1492,547r,162xm1555,523r26,l1611,482r-33,l1555,523xm1673,689r,c1673,689,1674,690,1675,692r,c1677,693,1680,695,1683,698r,c1686,700,1690,702,1695,705r,c1700,707,1706,709,1713,710r,c1719,712,1726,713,1734,713r,c1746,713,1756,711,1765,707r,c1774,703,1781,697,1786,690r,c1791,683,1793,675,1793,666r,c1793,659,1792,652,1789,647r,c1786,641,1782,636,1777,632r,c1771,628,1766,625,1760,622r,c1754,620,1748,617,1742,615r,c1736,613,1731,610,1726,608r,c1721,606,1717,603,1714,600r,c1711,597,1710,594,1709,590r,c1710,585,1711,581,1713,578r,c1716,575,1719,573,1723,572r,c1727,570,1731,570,1736,570r,c1742,570,1748,571,1753,572r,c1758,573,1762,575,1765,577r,c1769,579,1771,580,1773,582r,c1776,583,1777,584,1777,584r12,-23l1789,561v,,-1,-1,-2,-2l1787,559v-1,-1,-3,-3,-6,-4l1781,555v-3,-2,-7,-4,-11,-6l1770,549v-4,-1,-9,-3,-15,-4l1755,545v-5,-1,-12,-2,-19,-2l1736,543v-8,,-15,1,-22,3l1714,546v-7,2,-14,5,-19,9l1695,555v-5,4,-9,9,-12,14l1683,569v-3,6,-5,13,-5,20l1678,589v,7,2,14,5,19l1683,608v3,5,6,10,11,14l1694,622v5,4,11,7,17,10l1711,632v5,2,11,5,17,8l1728,640v6,2,11,5,16,7l1744,647v5,3,9,5,12,8l1756,655v3,3,5,7,5,11l1761,666v,4,-2,8,-4,11l1757,677v-3,3,-6,5,-10,7l1747,684v-4,1,-8,2,-13,2l1734,686v-6,,-11,-1,-16,-2l1718,684v-4,-1,-9,-3,-12,-5l1706,679v-4,-1,-7,-3,-10,-5l1696,674v-3,-2,-5,-4,-6,-5l1690,669v-1,-1,-2,-2,-2,-2l1673,689xm1830,709r30,l1860,632r24,l1933,709r36,l1909,619r,-1l1963,547r-35,l1883,606r-23,l1860,482r-30,l1830,709xm1998,514r31,l2029,482r-31,l1998,514xm1998,709r31,l2029,547r-31,l1998,709xm2067,627r,c2067,640,2069,652,2073,662r,c2077,672,2083,681,2091,688r,c2098,696,2107,702,2118,706r,c2128,711,2140,713,2152,713r,c2160,713,2167,712,2174,710r,c2180,709,2186,707,2191,705r,c2196,702,2201,700,2205,698r,c2209,696,2211,694,2213,692r,c2215,691,2216,690,2216,690r-13,-23l2203,667v,,-1,1,-2,2l2201,669v-2,1,-5,3,-8,5l2193,674v-3,2,-6,4,-10,5l2183,679v-4,2,-8,4,-13,5l2170,684v-5,1,-10,2,-16,2l2154,686v-7,,-14,-1,-20,-3l2134,683v-7,-3,-12,-6,-17,-10l2117,673v-6,-5,-10,-10,-13,-17l2104,656v-3,-7,-5,-14,-5,-24l2217,632r,c2217,632,2218,631,2218,629r,c2218,628,2218,626,2218,624r,c2218,622,2218,620,2218,619r,c2218,608,2217,598,2214,589r,c2211,580,2207,572,2201,565r,c2194,558,2186,553,2178,549r,c2169,545,2159,543,2148,543r,c2136,543,2126,545,2116,549r,c2106,553,2098,559,2090,566r,c2083,573,2077,582,2073,593r,c2069,603,2067,615,2067,627xm2100,609r,c2101,600,2104,592,2109,586r,c2113,580,2119,576,2125,572r,c2132,569,2139,568,2147,568r,c2154,568,2160,569,2166,572r,c2172,575,2176,580,2180,586r,c2184,592,2186,599,2186,609r-86,xe" fillcolor="#313130" stroked="f">
                <v:path arrowok="t" o:connecttype="custom" o:connectlocs="1962745,71345;1922220,57903;1956290,35845;1917917,29296;2009366,71001;2048456,64452;2054911,51010;2003269,38258;2064594,50321;2114442,62729;2076070,50321;2112291,36534;2066746,38947;2171105,34811;2145284,28952;2295547,42738;2283713,11374;2329975,77549;2342168,21024;2342168,29986;2334278,68588;2404210,78583;2412817,62384;2451190,68243;2425010,23092;2448321,34811;2423934,62039;2441148,69277;2497093,43083;38731,237128;30124,234026;72442,240575;81049,232303;178594,242298;205132,221963;168194,217827;318099,234026;344996,178880;391975,245745;421024,208866;381934,200594;393768,210245;401299,217483;437879,244366;466569,245745;460114,188186;449714,207487;471231,235060;517852,188531;571287,198181;548694,195769;599977,237473;641577,222997;622570,196458;629384,187842;619701,220585;608225,232303;656280,166128;759564,243332;786461,232303;795426,215070;741274,216104" o:connectangles="0,0,0,0,0,0,0,0,0,0,0,0,0,0,0,0,0,0,0,0,0,0,0,0,0,0,0,0,0,0,0,0,0,0,0,0,0,0,0,0,0,0,0,0,0,0,0,0,0,0,0,0,0,0,0,0,0,0,0,0,0,0"/>
                <o:lock v:ext="edit" verticies="t"/>
              </v:shape>
              <v:shape id="Freeform 5" o:spid="_x0000_s1030" style="position:absolute;left:10541;top:2184;width:12808;height:1035;visibility:visible;mso-wrap-style:square;v-text-anchor:top" coordsize="3571,2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" adj="-11796480,,5400" path="m25,260l15,285r,c20,288,26,290,32,292r,c38,294,44,296,51,297r,c57,298,64,299,70,299r,c78,299,86,298,95,296r,c103,295,111,292,117,288r,c124,285,130,280,136,274r,c141,268,145,260,148,252r,c151,244,152,235,152,224r,-155l123,69r,15l123,84v,1,,2,,3l123,87v,1,,2,,2l122,89r,c123,89,122,88,121,86r,c120,85,118,83,116,81r,c113,78,110,76,106,73r,c103,71,98,69,91,68r,c85,66,79,65,71,65r,c60,65,50,67,41,71r,c32,75,25,81,19,88r,c13,95,8,104,5,114r,c2,123,,134,,146r,c1,157,2,169,5,179r,c9,189,13,198,20,205r,c26,213,33,219,42,223r,c51,227,61,229,72,229r,c84,229,95,227,102,222r,c110,218,116,212,121,204r1,l122,204v,,,,,1l122,205v,1,,3,,4l122,209v,2,,3,,5l122,226r,c121,234,120,241,117,247r,c115,253,111,257,107,261r,c102,264,96,268,89,270r,c83,271,77,272,70,272r,c63,272,58,271,52,270r,c47,269,42,268,38,266r,c34,264,31,263,29,262r,c27,261,25,260,25,260xm78,202r,c69,202,60,200,53,195r,c46,190,41,184,37,175r,c34,167,32,156,32,145r,c32,134,33,125,37,117r,c40,109,45,103,52,98r,c58,94,66,92,76,92r,c82,92,88,93,93,94r,c100,96,105,99,109,103r,c113,107,116,113,119,120r,c121,127,122,135,122,146r,c122,156,121,166,119,173r,c116,180,113,186,109,190r,c105,195,101,198,96,200r,c89,201,84,202,78,202xm189,149r,c189,162,191,174,196,184r,c200,194,207,203,214,211r,c222,218,232,224,243,228r,c254,233,265,235,277,235r,c289,235,300,233,311,228r,c321,224,330,218,338,211r,c346,203,353,194,357,184r,c361,174,364,162,364,149r,c364,137,361,126,357,115r,c353,105,346,96,338,89r,c330,81,321,75,311,71r,c300,67,289,65,277,65r,c265,65,254,67,243,71r,c232,75,222,81,214,89r,c207,96,200,105,196,115r,c191,126,189,137,189,149xm221,149r,c221,141,222,133,225,126r,c228,119,232,113,238,108r,c243,103,249,99,255,96r,c262,93,269,92,277,92r,c285,92,292,93,298,96r,c305,99,311,103,316,108r,c321,113,325,119,328,126r,c331,133,332,141,332,149r,c332,158,331,166,328,173r,c325,180,321,187,316,192r,c311,197,305,201,298,204r,c292,207,285,208,277,208r,c269,208,262,207,255,204r,c249,201,243,197,238,192r,c232,187,228,180,225,173r,c222,166,221,158,221,149xm510,171r110,l620,231r31,l651,171r31,l682,143r-31,l651,4r-36,l510,150r,21xm546,143r,-1l609,57r,c611,54,613,51,615,48r,c616,45,618,43,619,41r,c620,39,620,38,620,38r1,l621,38v,,,1,,3l621,41v-1,3,-1,5,-1,9l620,50v,3,,8,,11l620,143r-74,xm697,263r25,l748,198r-31,l697,263xm994,235r,c1006,235,1016,233,1025,229r,c1034,225,1042,220,1048,212r,c1054,205,1059,197,1063,187r,c1066,178,1069,167,1071,154r,c1073,143,1073,130,1073,117r,c1073,104,1073,92,1071,80r,c1069,69,1066,58,1063,48r,c1059,38,1054,30,1048,23r,c1042,16,1034,10,1025,6r,c1016,2,1006,,994,r,c982,,971,2,963,6r,c954,10,946,16,939,23r,c933,30,928,38,924,48r,c920,58,918,69,916,80r,c914,92,914,104,914,117r,c914,130,914,143,916,154r,c918,167,920,178,924,187r,c928,197,933,205,939,212r,c946,220,954,225,963,229r,c971,233,982,235,994,235xm994,206r,c985,206,977,203,971,199r,c965,195,960,188,956,180r,c953,172,950,163,949,152r,c947,141,947,130,947,117r,c947,105,947,94,949,83r,c950,73,953,63,956,56r,c960,47,965,40,971,36r,c977,32,985,29,994,29r,c1003,29,1011,32,1017,36r,c1023,40,1028,47,1031,56r,c1035,63,1037,73,1039,83r,c1041,94,1041,105,1041,117r,c1041,130,1041,141,1039,152r,c1037,163,1035,172,1031,180r,c1028,188,1023,195,1017,199r,c1011,203,1003,206,994,206xm1114,231r145,l1259,204r-112,l1147,204v,-7,2,-13,5,-18l1152,186v3,-5,7,-10,12,-15l1164,171v5,-5,11,-9,17,-15l1181,156v7,-4,13,-9,20,-13l1201,143v7,-5,14,-10,20,-15l1221,128v7,-5,13,-11,18,-17l1239,111v5,-6,9,-13,12,-20l1251,91v3,-7,5,-16,5,-25l1256,66v,-10,-2,-20,-5,-27l1251,39v-4,-8,-9,-15,-15,-21l1236,18c1230,12,1221,8,1212,5r,c1204,2,1194,,1184,r,c1175,,1168,2,1161,4r,c1154,6,1148,8,1143,11r,c1138,15,1133,18,1129,22r,c1126,25,1122,29,1120,32r,c1118,35,1116,38,1115,40r,c1113,42,1113,43,1113,43r23,17l1136,60v,,1,-1,2,-3l1138,57v1,-3,3,-6,6,-8l1144,49v2,-3,5,-6,9,-9l1153,40v4,-3,8,-5,13,-7l1166,33v4,-2,10,-3,16,-3l1182,30v8,,15,2,21,5l1203,35v6,3,10,7,14,13l1217,48v3,5,6,13,6,20l1223,68v,7,-3,13,-6,18l1217,86v-3,6,-7,11,-12,16l1205,102v-5,5,-11,9,-18,14l1187,116v-6,5,-13,9,-20,14l1167,130v-7,5,-14,10,-20,16l1147,146v-7,5,-13,11,-18,19l1129,165v-5,6,-9,14,-12,22l1117,187v-3,8,-5,17,-5,27l1112,214v,2,,5,,8l1112,222v1,3,1,6,2,9xm1306,153r94,l1400,126r-94,l1306,153xm1456,231r33,l1591,26r,-22l1440,4r,28l1541,32r,c1547,32,1551,31,1554,31r,c1557,31,1558,31,1558,31r,l1558,31v,,-1,1,-2,3l1556,34v-1,1,-3,4,-5,7l1551,41v-2,3,-4,7,-6,11l1456,231xm1670,235r,c1682,235,1692,233,1702,229r,c1711,226,1720,221,1727,215r,c1735,209,1741,201,1747,193r,c1752,185,1757,176,1760,167r,c1764,156,1767,147,1768,137r,c1770,127,1771,117,1771,107r,c1771,91,1769,77,1765,64r,c1761,50,1755,39,1747,29r,c1739,20,1731,13,1720,8r,c1710,3,1699,,1687,r,c1677,,1667,2,1658,6r,c1649,10,1641,15,1634,21r,c1628,28,1623,36,1619,45r,c1616,54,1614,65,1614,77r,c1614,87,1616,97,1619,106r,c1622,115,1627,122,1633,129r,c1640,136,1648,141,1657,145r,c1665,148,1675,150,1686,150r,c1692,150,1699,149,1705,148r,c1712,146,1718,144,1723,140r,c1728,137,1732,134,1735,129r1,l1736,129v-1,8,-2,15,-5,22l1731,151v-2,8,-5,16,-9,22l1722,173v-4,6,-8,12,-13,17l1709,190v-5,5,-11,9,-18,12l1691,202v-7,2,-14,4,-22,4l1669,206v-5,,-9,-1,-13,-1l1656,205v-4,-1,-7,-2,-10,-3l1646,202v-4,-1,-6,-2,-8,-3l1638,199v-2,,-2,-1,-3,-1l1625,226r,c1625,226,1626,226,1628,227r,c1630,228,1633,229,1637,230r,c1641,231,1646,232,1652,233r,c1657,234,1663,235,1670,235xm1692,124r,c1682,124,1674,122,1667,118r,c1660,114,1655,108,1652,101r,c1648,94,1646,86,1646,77r,c1646,68,1648,60,1651,52r,c1654,45,1659,40,1665,36r,c1671,31,1679,29,1687,29r,c1693,29,1699,31,1704,33r,c1709,35,1713,39,1718,43r,c1722,47,1725,52,1728,58r,c1731,63,1734,69,1736,75r,c1737,81,1738,87,1738,92r,c1738,96,1737,100,1734,104r,c1732,108,1729,111,1725,114r,c1720,117,1716,119,1710,121r,c1705,123,1699,124,1692,124xm1804,204r,c1804,204,1805,205,1807,207r,c1809,209,1812,212,1816,215r,c1820,218,1825,221,1831,224r,c1837,227,1844,230,1851,232r,c1859,234,1867,235,1877,235r,c1888,235,1899,233,1908,229r,c1917,225,1925,220,1933,213r,c1940,206,1945,199,1948,190r,c1952,181,1954,172,1954,163r,c1954,153,1953,145,1950,138r,c1947,131,1944,125,1939,120r,c1935,115,1930,111,1923,108r,c1917,104,1911,101,1905,99r,c1899,98,1893,96,1887,96r62,-72l1949,4r-135,l1814,32r76,l1890,32v6,,11,-1,14,-1l1904,31v3,,5,,5,l1909,31r,c1909,31,1908,32,1907,33r,c1906,34,1904,36,1902,38r,c1900,40,1898,43,1895,46r-49,59l1853,121r16,l1869,121v7,,13,1,20,3l1889,124v6,2,12,4,16,8l1905,132v5,3,9,7,12,13l1917,145v3,5,4,11,4,19l1921,164v,6,-1,11,-3,16l1918,180v-3,5,-6,10,-10,13l1908,193v-5,4,-9,7,-15,9l1893,202v-5,2,-11,3,-18,3l1875,205v-6,,-12,-1,-18,-3l1857,202v-5,-1,-10,-3,-15,-6l1842,196v-4,-2,-8,-5,-11,-7l1831,189v-4,-2,-6,-4,-8,-6l1823,183v-1,-2,-2,-3,-2,-3l1804,204xm2233,4r-45,167l2188,171v-1,4,-1,8,-2,12l2186,183v-1,3,-1,6,-2,9l2184,192v,2,,3,,3l2183,195r,c2183,195,2183,194,2183,191r,c2182,189,2182,186,2181,183r,c2181,179,2180,175,2179,171l2139,4r-32,l2164,231r37,l2240,84r,c2241,80,2242,77,2243,73r,c2244,69,2245,66,2245,63r,c2246,60,2246,57,2247,54r,c2247,52,2247,51,2247,51r1,l2248,51v,,,1,,3l2248,54v1,3,1,6,2,9l2250,63v,3,1,6,2,10l2252,73v1,4,1,7,2,11l2293,231r37,l2390,4r-33,l2315,171r,c2314,175,2313,179,2312,183r,c2312,186,2311,189,2311,191r,c2311,194,2311,195,2311,195r-1,l2310,195v,,,-1,,-3l2310,192v-1,-3,-1,-6,-2,-9l2308,183v-1,-4,-2,-8,-3,-12l2261,4r-28,xm2406,186r,c2406,194,2408,201,2411,207r,c2414,213,2418,218,2423,222r,c2428,226,2434,230,2441,232r,c2447,234,2454,235,2461,235r,c2468,235,2475,234,2481,231r,c2487,229,2493,227,2497,224r,c2501,220,2504,217,2506,214r,c2509,211,2511,208,2512,206r,c2513,204,2513,203,2513,203r1,l2514,203v,,,1,,4l2514,207v,2,-1,5,-1,9l2513,231r29,l2542,128r,c2542,115,2540,103,2535,94r,c2530,84,2522,77,2513,72r,c2503,67,2492,65,2477,65r,c2470,65,2463,66,2457,67r,c2451,68,2445,70,2440,72r,c2435,74,2431,76,2428,77r,c2424,79,2422,81,2420,82r,c2418,83,2417,84,2417,84r13,23l2430,107v,,1,-1,3,-3l2433,104v3,-1,6,-3,10,-5l2443,99v4,-2,9,-4,14,-5l2457,94v6,-2,12,-3,18,-3l2475,91v7,,13,1,19,3l2494,94v5,3,9,6,12,12l2506,106v4,5,5,12,5,20l2511,129r-7,l2504,129v-5,,-10,,-18,1l2486,130v-6,,-13,1,-20,2l2466,132v-7,1,-15,3,-22,5l2444,137v-7,3,-13,6,-19,10l2425,147v-6,4,-10,9,-14,16l2411,163v-3,6,-5,14,-5,23xm2437,184r,c2437,178,2439,174,2442,170r,c2445,166,2449,163,2453,160r,c2458,158,2464,156,2469,155r,c2475,154,2481,153,2487,153r,c2493,153,2499,153,2503,153r8,l2511,158r,c2511,165,2510,171,2508,177r,c2506,183,2503,188,2500,193r,c2496,198,2490,202,2485,205r,c2480,208,2474,210,2467,210r,c2461,210,2455,209,2451,206r,c2446,204,2443,201,2441,197r,c2438,193,2437,189,2437,184xm2588,231r31,l2619,165r,c2619,159,2619,154,2620,149r,c2620,144,2621,140,2623,135r,c2625,127,2629,120,2634,115r,c2639,109,2644,105,2650,102r,c2656,99,2662,97,2669,97r,c2672,97,2674,97,2675,98r,c2677,98,2678,98,2678,98r,-30l2678,68v,,-1,-1,-2,-1l2676,67v-2,,-4,,-6,l2670,67v-8,,-16,2,-23,6l2647,73v-6,3,-12,8,-18,15l2629,88v-5,6,-8,13,-11,21l2617,109r,c2617,109,2618,108,2618,105r,c2618,103,2618,100,2618,97r,-28l2588,69r,162xm2695,211r,c2695,211,2696,212,2698,214r,c2700,215,2702,217,2706,220r,c2709,222,2713,224,2718,227r,c2723,229,2729,231,2735,232r,c2742,234,2749,235,2757,235r,c2768,235,2780,233,2788,229r,c2797,225,2804,219,2809,212r,c2813,205,2816,197,2816,188r,c2816,181,2814,174,2811,169r,c2808,163,2804,158,2799,154r,c2795,150,2789,147,2783,144r,c2777,142,2771,139,2765,137r,c2759,135,2753,132,2748,130r,c2744,128,2740,125,2737,122r,c2734,119,2732,116,2732,112r,c2732,107,2733,103,2736,100r,c2738,97,2742,95,2746,94r,c2750,92,2754,92,2759,92r,c2765,92,2771,93,2776,94r,c2781,95,2786,97,2789,99r,c2792,101,2795,102,2797,104r,c2798,105,2799,106,2799,106r13,-23l2812,83v,,-1,-1,-2,-2l2810,81v-2,-1,-4,-3,-6,-4l2804,77v-3,-2,-6,-4,-11,-6l2793,71v-4,-1,-9,-3,-14,-4l2779,67v-7,-1,-13,-2,-20,-2l2759,65v-8,,-16,1,-23,3l2736,68v-7,2,-13,5,-18,9l2718,77v-6,4,-10,9,-13,14l2705,91v-3,6,-4,13,-4,20l2701,111v,7,1,14,4,19l2705,130v3,5,7,10,12,14l2717,144v5,4,10,7,16,10l2733,154v6,2,12,5,18,8l2751,162v6,2,11,5,16,7l2767,169v5,3,10,5,13,8l2780,177v3,3,4,7,4,11l2784,188v,4,-1,8,-4,11l2780,199v-2,3,-5,5,-10,7l2770,206v-5,1,-9,2,-13,2l2757,208v-6,,-11,-1,-16,-2l2741,206v-5,-1,-9,-3,-13,-5l2728,201v-3,-1,-7,-3,-9,-5l2719,196v-3,-2,-5,-4,-6,-5l2713,191v-2,-1,-3,-2,-3,-2l2695,211xm2840,231r141,l2981,205r-83,l2898,205v-6,,-10,,-12,l2886,205v-3,,-4,,-4,l2882,205r,c2882,205,2883,204,2884,203r,c2885,201,2887,200,2889,197r,c2891,195,2893,193,2895,190l2978,87r,-18l2844,69r,26l2920,95r,c2926,95,2930,95,2932,95r,c2935,95,2936,95,2936,95r,l2936,95v,,-1,1,-2,2l2934,97v-1,2,-3,3,-5,6l2929,103v-2,2,-4,4,-6,7l2840,213r,18xm3005,186r,c3005,194,3006,201,3009,207r,c3012,213,3017,218,3022,222r,c3027,226,3033,230,3039,232r,c3046,234,3052,235,3060,235r,c3068,235,3075,234,3081,231r,c3086,229,3091,227,3095,224r,c3099,220,3103,217,3105,214r,c3107,211,3109,208,3110,206r,c3112,204,3112,203,3112,203r1,l3113,203v,,,1,-1,4l3112,207v,2,,5,,9l3112,231r29,l3141,128r,c3141,115,3138,103,3133,94r,c3128,84,3121,77,3112,72r,c3102,67,3091,65,3077,65r,c3070,65,3063,66,3057,67r,c3049,68,3044,70,3039,72r,c3034,74,3030,76,3026,77r,c3023,79,3020,81,3019,82r,c3017,83,3016,84,3016,84r13,23l3029,107v,,1,-1,3,-3l3032,104v2,-1,6,-3,10,-5l3042,99v4,-2,9,-4,15,-5l3057,94v5,-2,11,-3,17,-3l3074,91v7,,13,1,19,3l3093,94v5,3,9,6,12,12l3105,106v3,5,5,12,5,20l3110,129r-7,l3103,129v-5,,-10,,-17,1l3086,130v-6,,-13,1,-20,2l3066,132v-8,1,-16,3,-23,5l3043,137v-7,3,-13,6,-19,10l3024,147v-6,4,-11,9,-14,16l3010,163v-3,6,-5,14,-5,23xm3036,184r,c3036,178,3038,174,3040,170r,c3043,166,3047,163,3052,160r,c3058,158,3063,156,3069,155r,c3075,154,3081,153,3086,153r,c3092,153,3097,153,3102,153r8,l3110,158r,c3110,165,3109,171,3107,177r,c3105,183,3102,188,3098,193r,c3095,198,3090,202,3085,205r,c3080,208,3074,210,3067,210r,c3060,210,3054,209,3049,206r,c3045,204,3042,201,3039,197r,c3037,193,3036,189,3036,184xm3221,231r34,l3288,126r,c3289,124,3290,121,3291,118r,c3291,116,3292,113,3292,112r,c3293,110,3293,109,3293,109r1,l3294,109v,,,1,,3l3294,112v1,1,1,4,2,6l3296,118v,3,1,6,2,8l3331,231r36,l3418,69r-32,l3352,183r,c3351,186,3351,188,3350,191r,c3349,194,3349,196,3349,197r,c3349,199,3348,200,3348,200r,l3348,200v,,,-1,-1,-3l3347,197v,-1,-1,-3,-1,-6l3346,191v-1,-3,-2,-5,-3,-8l3308,69r-29,l3244,183r,c3243,186,3243,188,3242,191r,c3241,194,3241,196,3241,197r,c3240,199,3240,200,3240,200r-1,l3239,200v,,,-1,,-3l3239,197v-1,-1,-1,-3,-2,-6l3237,191v,-3,-1,-5,-2,-8l3202,69r-34,l3221,231xm3435,186r,c3435,194,3437,201,3440,207r,c3443,213,3447,218,3452,222r,c3457,226,3463,230,3469,232r,c3476,234,3484,235,3491,235r,c3498,235,3505,234,3511,231r,c3517,229,3521,227,3526,224r,c3529,220,3533,217,3535,214r,c3538,211,3539,208,3541,206r,c3542,204,3542,203,3542,203r1,l3543,203v,,,1,,4l3543,207v-1,2,-1,5,-1,9l3542,231r29,l3571,128r,c3571,115,3568,103,3564,94r,c3559,84,3551,77,3542,72r,c3532,67,3521,65,3507,65r,c3500,65,3493,66,3487,67r,c3481,68,3474,70,3469,72r,c3464,74,3460,76,3457,77r,c3453,79,3451,81,3449,82r,c3447,83,3446,84,3446,84r13,23l3459,107v,,1,-1,3,-3l3462,104v3,-1,6,-3,10,-5l3472,99v4,-2,10,-4,15,-5l3487,94v6,-2,11,-3,18,-3l3505,91v7,,13,1,18,3l3523,94v5,3,9,6,12,12l3535,106v3,5,5,12,5,20l3540,129r-7,l3533,129v-5,,-10,,-17,1l3516,130v-6,,-13,1,-20,2l3496,132v-7,1,-15,3,-23,5l3473,137v-7,3,-13,6,-19,10l3454,147v-6,4,-10,9,-14,16l3440,163v-3,6,-5,14,-5,23xm3466,184r,c3466,178,3468,174,3471,170r,c3474,166,3479,163,3483,160r,c3488,158,3494,156,3499,155r,c3505,154,3511,153,3517,153r,c3522,153,3528,153,3532,153r8,l3540,158r,c3540,165,3539,171,3537,177r,c3535,183,3532,188,3529,193r,c3525,198,3520,202,3515,205r,c3510,208,3504,210,3497,210r,c3491,210,3485,209,3481,206r,c3475,204,3472,201,3470,197r,c3467,193,3466,189,3466,184xe" fillcolor="#313130" stroked="f">
                <v:stroke joinstyle="round"/>
                <v:formulas/>
                <v:path arrowok="t" o:connecttype="custom" o:connectlocs="54517,77542;25465,22501;36584,76850;25107,94158;13271,40502;34432,69234;130554,51579;79265,51579;117642,59888;233491,59195;222731,13154;375882,73388;345395,2077;356514,71311;364763,12462;411389,70619;448691,13501;399195,14885;438648,23540;398836,76850;558801,10731;634121,47425;578886,26655;620850,52272;583908,78581;597178,12462;613318,41887;698681,65772;677878,11077;683258,45695;656717,65426;782250,63349;806280,18693;828518,67503;889849,79965;909217,32540;872634,36002;884469,45695;897740,52964;939345,79965;959789,23193;966604,73042;1008209,58503;989559,31848;989559,22501;992428,58503;973060,66119;1038337,65772;1018610,79965;1115450,71311;1096441,23193;1109353,32540;1077790,64388;1111146,66811;1181086,37733;1200813,69234;1161718,69234;1252102,81350;1280795,44310;1241700,36002;1253895,45695;1261427,52964" o:connectangles="0,0,0,0,0,0,0,0,0,0,0,0,0,0,0,0,0,0,0,0,0,0,0,0,0,0,0,0,0,0,0,0,0,0,0,0,0,0,0,0,0,0,0,0,0,0,0,0,0,0,0,0,0,0,0,0,0,0,0,0,0,0" textboxrect="0,0,3571,299"/>
                <o:lock v:ext="edit" verticies="t"/>
                <v:textbox>
                  <w:txbxContent>
                    <w:p w14:paraId="0C6C230D" w14:textId="77777777" w:rsidR="00026778" w:rsidRDefault="00026778" w:rsidP="00026778">
                      <w:pPr>
                        <w:jc w:val="center"/>
                      </w:pPr>
                    </w:p>
                  </w:txbxContent>
                </v:textbox>
              </v:shape>
              <v:shape id="Freeform 6" o:spid="_x0000_s1031" style="position:absolute;left:2452;top:3822;width:13442;height:870;visibility:visible;mso-wrap-style:square;v-text-anchor:top" coordsize="3749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" path="m21,180r,c21,190,23,199,26,207r,c29,214,32,221,37,225r,c42,229,47,233,52,235r,c58,237,63,239,69,240r,c74,240,79,241,83,241r,c86,241,89,241,91,240r,c93,240,94,240,94,240r,-28l94,212v,,-1,,-2,l92,212v-2,,-3,,-6,l86,212v-3,,-6,,-10,-1l76,211v-4,-1,-8,-2,-11,-5l65,206v-4,-2,-7,-6,-9,-11l56,195v-3,-5,-4,-11,-4,-19l52,103r39,l91,79r-39,l52,32r-30,l22,79,,79r,24l21,103r,77xm118,158r,c118,170,120,181,125,191r,c129,202,134,210,142,219r,c150,227,159,233,169,237r,c179,241,191,243,204,243r,c211,243,218,242,225,241r,c231,239,238,238,243,235r,c248,233,253,231,256,228r,c260,226,262,224,264,223r,c266,221,267,220,267,220l254,197r,c254,197,254,197,252,199r,c251,200,248,202,246,203r,c243,205,239,207,234,209r,c230,211,226,212,221,214r,c216,215,211,216,206,216r,c198,216,192,214,185,212r,c179,210,173,207,168,202r,c163,198,159,192,155,186r,c152,179,151,171,150,162r119,l269,162v,,,-1,,-2l269,160v,-2,,-4,,-6l269,154v1,-2,1,-3,1,-5l270,149v,-10,-2,-20,-5,-29l265,120v-3,-10,-7,-18,-13,-25l252,95c246,88,239,82,229,79r,c220,75,210,73,199,73r,c187,73,177,75,167,79r,c157,83,149,88,141,96r,c134,103,129,113,125,123r,c120,134,118,145,118,158xm151,139r,c153,130,156,123,160,117r,c165,110,170,105,177,102r,c183,99,190,97,198,97r,c205,97,212,99,217,102r,c223,105,228,109,231,116r,c235,122,238,130,238,139r-87,xm305,195r,c305,203,306,209,308,215r,c310,221,312,226,315,229r,c319,232,322,235,326,237r,c330,238,333,239,337,240r,c341,241,345,241,349,241r,c351,241,354,241,356,240r,c358,240,359,240,359,240r,-28l359,212v,,-1,,-2,l357,212v-1,,-2,,-4,l353,212v-3,,-6,,-8,-2l345,210v-3,-1,-5,-3,-7,-6l338,204v-1,-4,-2,-8,-2,-15l336,13r-31,l305,195xm393,240r32,l425,206r-32,l393,240xm461,253r27,l570,,543,,461,253xm612,240r30,l642,103r39,l681,79r-39,l642,72r,c642,64,643,58,646,54r,c648,49,651,46,655,44r,c658,41,663,40,667,39r,c671,38,674,38,677,38r,c679,38,681,38,683,38r,c684,38,685,38,685,39r,-27l685,12v,,-1,,-3,l682,12v-3,-1,-5,-1,-9,-1l673,11v-4,,-9,,-15,1l658,12v-5,1,-11,3,-16,5l642,17v-5,2,-10,6,-15,10l627,27v-5,4,-8,10,-11,17l616,44v-3,8,-4,16,-4,27l612,79r-20,l592,103r20,l612,240xm698,193r,c698,201,700,208,703,215r,c706,222,710,227,715,231r,c720,235,726,238,732,240r,c739,242,746,243,753,243r,c760,243,767,242,773,240r,c779,238,783,235,788,232r,c791,229,795,226,797,223r,c801,220,802,216,804,214r,c805,212,805,211,805,210r1,l806,210v,1,,2,,4l806,214v-1,2,-1,7,-1,10l805,240r29,l834,137r,c834,123,831,112,827,101r,c822,92,814,85,805,80r,c794,75,783,73,769,73r,c762,73,755,73,749,75r,c743,76,737,77,732,79r,c727,81,723,83,720,85r,c716,87,714,88,712,90r,c710,91,709,92,709,92r13,23l722,115v,,1,-1,3,-2l725,113v3,-3,6,-4,10,-6l735,107v4,-3,9,-4,14,-6l749,101v6,-1,11,-2,18,-2l767,99v7,,13,1,18,3l785,102v5,2,9,6,12,12l797,114v4,5,6,12,6,21l803,138r-8,l795,138v-5,,-10,,-17,l778,138v-6,1,-13,1,-20,2l758,140v-7,2,-15,3,-22,6l736,146v-7,2,-13,5,-19,9l717,155v-6,4,-10,10,-14,16l703,171v-3,6,-5,13,-5,22xm729,192r,c729,186,731,181,734,177r,c737,174,741,171,745,168r,c750,166,756,165,761,164r,c767,163,773,162,779,162r,c784,161,790,161,794,161r9,l803,166r,c803,172,802,178,799,184r,c797,190,794,196,791,201r,c787,206,782,210,777,213r,c772,216,766,218,759,218r,c753,218,747,216,743,214r,c738,211,735,208,733,204r,c730,200,729,196,729,192xm937,176r,c937,176,937,176,938,177r,c938,178,939,179,940,181r,c940,182,942,183,943,185r34,55l1012,240,957,156r52,-80l973,76r-30,50l943,126v,2,-1,3,-3,5l940,131v-1,1,-2,2,-2,3l938,134v-1,1,-1,2,-1,2l936,136r,c936,136,936,135,936,134r,c935,133,934,132,934,131r,c933,129,932,128,931,126l901,76r-35,l918,156r-55,84l898,240r34,-55l932,185v,-2,1,-3,2,-4l934,181v1,-2,1,-3,2,-4l936,177v,-1,,-1,,-1l937,176xm1167,160r72,l1239,240r26,l1265,160r71,l1336,135r-71,l1265,56r-26,l1239,135r-72,l1167,160xm1372,178r109,l1481,240r31,l1512,178r31,l1543,152r-31,l1512,13r-37,l1372,159r,19xm1406,152r,-1l1470,65r,c1472,62,1474,59,1476,57r,c1477,54,1479,51,1480,50r,c1481,48,1481,47,1481,46r1,l1482,46v,1,,2,,4l1482,50v-1,2,-1,5,-1,8l1481,58v,4,,7,,11l1481,152r-75,xm1574,174r,c1574,184,1576,193,1580,202r,c1584,210,1589,218,1596,224r,c1603,230,1612,235,1621,238r,c1631,242,1641,243,1653,243r,c1665,243,1676,241,1685,238r,c1694,234,1703,230,1709,223r,c1716,216,1721,209,1725,202r,c1728,194,1730,185,1730,176r,c1730,169,1729,162,1726,156r,c1723,150,1720,145,1715,141r,c1711,136,1705,132,1700,129r,c1700,128,1702,127,1704,124r,c1706,122,1708,119,1710,115r,c1713,112,1715,106,1718,102r,c1720,97,1722,92,1724,86r,c1726,81,1726,75,1726,69r,c1726,60,1725,51,1721,44r,c1718,37,1713,30,1707,25r,c1700,20,1693,16,1684,13r,c1676,10,1666,9,1656,9r,c1643,9,1633,11,1624,14r,c1615,17,1608,22,1602,27r,c1596,33,1592,39,1589,46r,c1586,53,1585,60,1585,68r,c1585,75,1586,81,1588,86r,c1590,92,1593,97,1597,101r,c1601,105,1605,109,1610,114r,c1609,115,1607,116,1604,118r,c1601,120,1598,123,1595,127r,c1591,130,1588,134,1585,139r,c1582,143,1579,149,1577,155r,c1575,160,1574,167,1574,174xm1698,175r,c1698,181,1696,187,1694,191r,c1692,196,1688,200,1684,203r,c1680,207,1675,209,1670,211r,c1665,213,1659,214,1653,214r,c1647,214,1640,213,1635,211r,c1629,209,1624,206,1620,202r,c1616,199,1612,194,1610,189r,c1607,184,1606,178,1606,172r,c1606,166,1607,160,1609,155r,c1611,150,1614,146,1617,142r,c1620,138,1623,135,1626,133r,c1629,130,1631,128,1633,127r,c1639,130,1645,133,1652,135r,c1658,138,1664,141,1670,143r,c1675,146,1680,149,1684,152r,c1688,155,1692,159,1694,163r,c1696,166,1698,171,1698,175xm1616,68r,c1616,63,1617,57,1620,53r,c1623,48,1628,44,1633,42r,c1639,39,1647,37,1655,37r,c1663,37,1670,39,1676,41r,c1682,44,1687,48,1690,53r,c1694,58,1695,64,1696,71r,c1695,77,1695,82,1693,87r,c1691,92,1689,97,1687,101r,c1685,104,1682,108,1680,110r,c1678,114,1677,115,1676,116r,c1668,113,1661,109,1654,106r,c1647,103,1640,100,1634,97r,c1629,93,1624,89,1621,84r,c1618,80,1616,75,1616,68xm1893,240r146,l2039,211r-113,l1926,211v,-6,3,-12,6,-17l1932,194v3,-6,7,-11,12,-15l1944,179v6,-5,11,-10,18,-14l1962,165v6,-5,13,-9,19,-14l1981,151v7,-4,14,-9,20,-14l2001,137v7,-5,12,-11,17,-17l2018,120v5,-6,10,-14,13,-21l2031,99v3,-8,4,-16,4,-25l2035,74v,-10,-2,-19,-5,-27l2030,47v-4,-8,-8,-15,-15,-20l2015,27v-6,-6,-14,-10,-22,-13l1993,14v-9,-3,-18,-5,-29,-5l1964,9v-8,,-16,1,-23,3l1941,12v-6,2,-12,5,-19,8l1922,20v-5,3,-10,7,-13,10l1909,30v-4,4,-7,7,-10,10l1899,40v-2,4,-4,6,-5,8l1894,48v-1,2,-2,4,-2,4l1915,67r,c1915,67,1916,66,1917,64r,c1919,62,1920,60,1923,57r,c1925,54,1929,51,1933,49r,c1937,46,1941,43,1946,42r,c1951,40,1956,39,1962,39r,c1970,39,1977,40,1983,43r,c1989,46,1994,51,1997,56r,c2001,62,2002,68,2002,76r,c2002,82,2001,88,1998,94r,c1995,99,1990,105,1985,109r,c1980,115,1974,120,1968,125r,c1961,129,1954,134,1947,139r,c1940,144,1934,149,1926,154r,c1920,160,1914,166,1908,172r,c1903,179,1899,186,1896,194r,c1893,202,1891,211,1891,222r,c1891,225,1891,228,1892,231r,c1892,234,1892,236,1893,240xm2077,240r146,l2223,211r-113,l2110,211v1,-6,2,-12,5,-17l2115,194v3,-6,7,-11,12,-15l2127,179v6,-5,11,-10,18,-14l2145,165v6,-5,13,-9,20,-14l2165,151v6,-4,13,-9,19,-14l2184,137v7,-5,12,-11,17,-17l2201,120v6,-6,11,-14,14,-21l2215,99v3,-8,4,-16,4,-25l2219,74v,-10,-2,-19,-5,-27l2214,47v-3,-8,-9,-15,-16,-20l2198,27v-6,-6,-14,-10,-22,-13l2176,14v-9,-3,-18,-5,-29,-5l2147,9v-8,,-16,1,-23,3l2124,12v-6,2,-12,5,-18,8l2106,20v-5,3,-9,7,-13,10l2093,30v-4,4,-7,7,-10,10l2083,40v-2,4,-4,6,-5,8l2078,48v-1,2,-2,4,-2,4l2100,67r,c2100,67,2100,66,2101,64r,c2103,62,2105,60,2107,57r,c2109,54,2113,51,2116,49r,c2120,46,2124,43,2129,42r,c2134,40,2139,39,2145,39r,c2153,39,2160,40,2166,43r,c2172,46,2177,51,2180,56r,c2184,62,2185,68,2185,76r,c2185,82,2184,88,2181,94r,c2178,99,2173,105,2168,109r,c2163,115,2157,120,2151,125r,c2144,129,2137,134,2130,139r,c2123,144,2117,149,2110,154r,c2104,160,2098,166,2093,172r,c2087,179,2083,186,2080,194r,c2077,202,2075,211,2075,222r,c2075,225,2075,228,2076,231r,c2076,234,2076,236,2077,240xm2467,243r,c2478,243,2488,241,2498,238r,c2506,234,2514,229,2520,222r,c2527,215,2532,207,2535,198r,c2539,188,2541,178,2541,167r,c2541,157,2539,147,2536,138r,c2532,129,2527,121,2521,114r,c2515,107,2508,102,2499,98r,c2489,94,2479,92,2469,92r,c2462,92,2456,93,2449,95r,c2443,96,2437,99,2432,102r,c2427,105,2422,109,2419,114r-1,l2418,114v1,-8,3,-16,5,-23l2423,91v3,-7,6,-14,9,-20l2432,71v4,-7,9,-12,14,-17l2446,54v5,-5,11,-9,17,-12l2463,42v7,-3,15,-4,23,-4l2486,38v4,,10,,14,1l2500,39v3,1,7,2,10,3l2510,42v3,1,5,1,7,2l2517,44v1,1,2,1,2,1l2529,18r,c2529,18,2528,18,2526,17r,c2524,16,2521,15,2517,14r,c2514,12,2509,11,2504,10r,c2498,9,2491,9,2485,9r,c2473,9,2462,11,2453,14r,c2443,18,2435,23,2427,29r,c2420,35,2413,42,2408,51r,c2402,59,2398,68,2394,77r,c2391,86,2388,96,2386,106r,c2384,117,2383,127,2383,136r,c2383,152,2386,167,2390,180r,c2394,193,2400,204,2407,213r,c2415,224,2424,231,2434,236r,c2444,241,2455,243,2467,243xm2467,213r,c2461,213,2456,212,2451,210r,c2446,207,2441,204,2437,200r,c2433,196,2429,191,2426,186r,c2423,180,2421,175,2419,169r,c2417,163,2417,157,2417,151r,c2417,147,2418,143,2420,140r,c2422,136,2426,132,2430,129r,c2434,126,2439,124,2445,122r,c2450,121,2456,120,2462,120r,c2472,120,2480,122,2487,126r,c2495,130,2500,136,2504,143r,c2508,150,2509,158,2510,167r,c2510,176,2508,184,2505,191r,c2501,198,2497,203,2489,207r,c2483,211,2476,213,2467,213xm2566,178r110,l2676,240r31,l2707,178r31,l2738,152r-31,l2707,13r-36,l2566,159r,19xm2601,152r,-1l2666,65r,c2668,62,2670,59,2671,57r,c2673,54,2674,51,2675,50r,c2676,48,2677,47,2677,46r,l2677,46v,1,,2,,4l2677,50v,2,,5,-1,8l2676,58v,4,,7,,11l2676,152r-75,xm2822,243r,c2834,243,2844,241,2854,238r,c2863,234,2872,230,2879,223r,c2887,216,2893,209,2899,201r,c2904,193,2909,184,2912,174r,c2917,165,2920,155,2922,145r,c2923,135,2924,126,2924,116r,c2924,99,2922,84,2918,71r,c2913,58,2907,47,2899,38r,c2892,29,2883,21,2872,16r,c2862,11,2851,9,2839,9r,c2829,9,2819,11,2810,14r,c2801,18,2794,23,2787,30r,c2781,37,2776,44,2771,54r,c2768,63,2766,73,2766,84r,c2766,95,2768,104,2771,114r,c2775,123,2780,131,2786,138r,c2793,144,2800,150,2809,153r,c2817,157,2827,159,2838,159r,c2845,159,2851,158,2857,156r,c2864,155,2870,152,2875,149r,c2880,146,2884,142,2888,138r,l2888,138v-1,7,-2,15,-5,22l2883,160v-2,7,-5,14,-9,21l2874,181v-3,6,-8,12,-13,17l2861,198v-5,4,-11,8,-18,11l2843,209v-7,3,-14,4,-22,4l2821,213v-5,,-9,,-13,-1l2808,212v-4,-1,-7,-1,-10,-2l2798,210v-3,-1,-5,-2,-7,-3l2791,207v-2,-1,-2,-1,-2,-1l2778,234r,c2778,234,2779,235,2781,236r,c2783,236,2786,237,2790,239r,c2794,240,2799,241,2804,242r,c2809,243,2815,243,2822,243xm2844,132r,c2835,132,2826,130,2819,126r,c2813,122,2807,117,2804,109r,c2800,101,2798,93,2798,84r,c2798,75,2800,67,2803,61r,c2806,54,2811,48,2817,44r,c2823,40,2831,38,2839,38r,c2845,38,2851,39,2856,42r,c2861,44,2865,47,2870,51r,c2874,55,2877,60,2881,65r,c2884,71,2886,76,2888,82r,c2889,88,2890,94,2890,100r,c2890,104,2889,108,2887,113r,c2884,116,2881,120,2877,123r,c2873,126,2868,128,2862,130r,c2857,132,2851,132,2844,132xm3137,243r,c3149,243,3160,241,3169,238r,c3179,234,3187,230,3195,223r,c3203,216,3210,209,3215,201r,c3221,193,3225,184,3229,174r,c3233,165,3235,155,3237,145r,c3239,135,3240,126,3240,116r,c3240,99,3237,84,3233,71r,c3229,58,3223,47,3216,38r,c3208,29,3199,21,3188,16r,c3178,11,3167,9,3155,9r,c3144,9,3134,11,3126,14r,c3117,18,3109,23,3103,30r,c3096,37,3091,44,3088,54r,c3084,63,3082,73,3082,84r,c3082,95,3084,104,3087,114r,c3091,123,3096,131,3102,138r,c3108,144,3116,150,3124,153r,c3133,157,3143,159,3153,159r,c3160,159,3167,158,3173,156r,c3179,155,3185,152,3190,149r,c3196,146,3201,142,3204,138r1,l3205,138v-1,7,-3,15,-5,22l3200,160v-4,7,-7,14,-10,21l3190,181v-4,6,-8,12,-14,17l3176,198v-5,4,-11,8,-17,11l3159,209v-7,3,-15,4,-23,4l3136,213v-4,,-9,,-12,-1l3124,212v-4,-1,-8,-1,-11,-2l3113,210v-3,-1,-5,-2,-7,-3l3106,207v-1,-1,-2,-1,-2,-1l3094,234r,c3094,234,3095,235,3097,236r,c3099,236,3102,237,3106,239r,c3109,240,3114,241,3119,242r,c3125,243,3131,243,3137,243xm3160,132r,c3150,132,3142,130,3135,126r,c3128,122,3123,117,3119,109r,c3115,101,3114,93,3113,84r,c3113,75,3115,67,3118,61r,c3122,54,3126,48,3133,44r,c3139,40,3146,38,3155,38r,c3161,38,3166,39,3171,42r,c3176,44,3181,47,3185,51r,c3189,55,3193,60,3196,65r,c3200,71,3202,76,3204,82r,c3206,88,3207,94,3207,100r,c3206,104,3205,108,3203,113r,c3201,116,3196,120,3192,123r,c3188,126,3183,128,3178,130r,c3172,132,3166,132,3160,132xm3268,178r110,l3378,240r31,l3409,178r31,l3440,152r-31,l3409,13r-36,l3268,159r,19xm3303,152r,-1l3368,65r,c3370,62,3372,59,3373,57r,c3375,54,3376,51,3377,50r,c3378,48,3379,47,3379,46r,l3379,46v,1,,2,,4l3379,50v,2,,5,-1,8l3378,58v,4,,7,,11l3378,152r-75,xm3648,243r,c3659,243,3670,241,3679,238r,c3689,234,3698,230,3705,223r,c3712,216,3719,209,3725,201r,c3730,193,3735,184,3738,174r,c3742,165,3745,155,3746,145r,c3748,135,3749,126,3749,116r,c3749,99,3747,84,3743,71r,c3738,58,3732,47,3725,38r,c3717,29,3708,21,3698,16r,c3688,11,3677,9,3665,9r,c3654,9,3645,11,3636,14r,c3627,18,3619,23,3612,30r,c3606,37,3601,44,3597,54r,c3594,63,3592,73,3592,84r,c3592,95,3593,104,3597,114r,c3600,123,3605,131,3611,138r,c3617,144,3626,150,3635,153r,c3643,157,3653,159,3664,159r,c3670,159,3677,158,3683,156r,c3690,155,3695,152,3701,149r,c3706,146,3710,142,3713,138r1,l3714,138v-1,7,-3,15,-5,22l3709,160v-2,7,-5,14,-9,21l3700,181v-4,6,-8,12,-13,17l3687,198v-5,4,-11,8,-18,11l3669,209v-7,3,-14,4,-23,4l3646,213v-4,,-8,,-12,-1l3634,212v-4,-1,-7,-1,-10,-2l3624,210v-3,-1,-6,-2,-8,-3l3616,207v-2,-1,-3,-1,-3,-1l3603,234r,c3603,234,3604,235,3606,236r,c3608,236,3611,237,3615,239r,c3619,240,3624,241,3630,242r,c3635,243,3641,243,3648,243xm3670,132r,c3660,132,3652,130,3645,126r,c3638,122,3633,117,3629,109r,c3626,101,3624,93,3624,84r,c3624,75,3626,67,3629,61r,c3632,54,3637,48,3643,44r,c3649,40,3657,38,3665,38r,c3671,38,3676,39,3682,42r,c3687,44,3691,47,3695,51r,c3700,55,3703,60,3706,65r,c3709,71,3712,76,3713,82r,c3715,88,3716,94,3716,100r,c3716,104,3715,108,3712,113r,c3710,116,3707,120,3703,123r,c3698,126,3693,128,3688,130r,c3682,132,3676,132,3670,132xe" fillcolor="#313130" stroked="f">
                <v:path arrowok="t" o:connecttype="custom" o:connectlocs="32989,72897;0,27164;91795,78399;66336,72897;82114,27164;70998,33354;125142,82869;140920,82525;231639,18568;235942,4126;256381,79430;288652,77023;255305,30947;285067,47452;267138,57767;266421,73585;337060,45045;334191,63613;418456,46420;529256,19600;572285,77023;609576,44357;593799,3095;571926,43669;586269,72553;598819,49171;608142,24414;731133,82525;729699,25445;679140,16505;716073,19256;678064,76336;783126,47108;755157,6877;769142,13410;750496,59143;911137,57424;872053,24414;905759,5846;854483,46764;866674,51922;892491,71178;955959,22350;1023371,81837;1017992,3095;1024447,53641;1003291,72209;1005442,37480;1036280,34385;1157836,59831;1107277,18568;1147438,55017;1109429,80462;1123413,15130;1139549,44701;1207678,22350;1319195,81837;1314175,3095;1320629,53641;1299473,72209;1301266,37480;1332462,34385" o:connectangles="0,0,0,0,0,0,0,0,0,0,0,0,0,0,0,0,0,0,0,0,0,0,0,0,0,0,0,0,0,0,0,0,0,0,0,0,0,0,0,0,0,0,0,0,0,0,0,0,0,0,0,0,0,0,0,0,0,0,0,0,0,0"/>
                <o:lock v:ext="edit" verticies="t"/>
              </v:shape>
              <v:shape id="Freeform 7" o:spid="_x0000_s1032" style="position:absolute;left:2458;top:3854;width:20472;height:2673;visibility:visible;mso-wrap-style:square;v-text-anchor:top" coordsize="5709,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" path="m3865,234r,c3877,234,3888,232,3897,228r,c3906,225,3914,219,3920,212r,c3926,204,3931,196,3935,186r,c3939,176,3941,166,3943,154r,c3945,142,3946,130,3946,117r,c3946,104,3945,91,3943,79r,c3941,67,3939,57,3935,47r,c3931,37,3926,29,3920,22r,c3914,15,3906,10,3897,6r,c3888,2,3877,,3865,r,c3853,,3843,2,3834,6r,c3825,10,3817,15,3811,22r,c3805,29,3800,37,3796,47r,c3793,57,3790,67,3788,79r,c3787,91,3786,104,3786,117r,c3786,130,3787,142,3788,154r,c3790,166,3793,176,3796,186r,c3800,196,3805,204,3811,212r,c3817,219,3825,225,3834,228r,c3843,232,3853,234,3865,234xm3865,204r,c3856,204,3848,202,3842,198r,c3836,193,3831,187,3828,179r,c3824,171,3822,162,3820,151r,c3819,141,3818,129,3818,117r,c3818,105,3819,92,3820,82r,c3822,71,3824,62,3828,54r,c3831,46,3836,40,3842,36r,c3848,31,3856,29,3865,29r,c3874,29,3882,31,3888,36r,c3894,40,3900,46,3904,54r,c3907,62,3910,71,3911,82r,c3913,92,3914,105,3914,117r,c3914,129,3913,141,3911,151r,c3910,162,3907,171,3904,179r,c3900,187,3894,193,3888,198r,c3882,202,3874,204,3865,204xm3969,263r24,l4020,196r-32,l3969,263xm4269,234r,c4279,234,4289,232,4298,229r,c4307,225,4314,220,4321,213r,c4328,206,4333,198,4337,189r,c4340,179,4342,169,4342,158r,c4342,148,4340,138,4337,129r,c4334,120,4329,112,4323,105r,c4315,98,4308,93,4299,89r,c4290,85,4281,83,4270,83r,c4263,83,4257,84,4250,86r,c4244,87,4238,90,4233,93r,c4228,96,4224,100,4220,105r,l4220,105v1,-8,2,-16,5,-23l4225,82v2,-7,5,-14,9,-20l4234,62v3,-7,8,-12,13,-17l4247,45v5,-5,11,-9,18,-12l4265,33v6,-3,14,-4,22,-4l4287,29v5,,9,,13,1l4300,30v4,1,7,2,10,3l4310,33v3,1,5,1,7,2l4317,35v2,1,2,1,2,1l4331,9r,c4331,9,4329,9,4327,8r,c4325,7,4321,6,4318,5r,c4314,3,4309,2,4304,1r,c4299,,4293,,4286,r,c4274,,4264,2,4254,5r,c4245,9,4236,14,4229,20r,c4221,26,4215,33,4209,42r,c4204,50,4199,59,4195,68r,c4192,77,4189,87,4187,97r,c4186,108,4185,118,4185,127r,c4185,143,4187,158,4191,171r,c4195,184,4201,195,4209,204r,c4216,215,4225,222,4235,227r,c4246,232,4257,234,4269,234xm4268,204r,c4263,204,4257,203,4252,201r,c4247,198,4242,195,4238,191r,c4234,187,4230,182,4227,177r,c4224,171,4222,166,4220,160r,c4219,154,4218,148,4218,142r,c4218,138,4219,134,4221,131r,c4224,127,4227,123,4231,120r,c4235,117,4240,115,4246,113r,c4251,112,4257,111,4264,111r,c4273,111,4281,113,4288,117r,c4295,121,4301,127,4304,134r,c4308,141,4310,149,4310,158r,c4310,167,4308,175,4305,182r,c4302,189,4297,194,4291,198r,c4284,202,4277,204,4268,204xm4367,169r110,l4477,231r31,l4508,169r31,l4539,143r-31,l4508,4r-36,l4367,150r,19xm4402,143r,-1l4467,56r,c4469,53,4471,50,4472,48r,c4474,45,4475,42,4476,41r,c4477,39,4478,38,4478,37r1,l4479,37v,1,,2,-1,4l4478,41v,2,,5,,8l4478,49v,4,-1,7,-1,11l4477,143r-75,xm4570,165r,c4570,175,4572,184,4576,193r,c4580,201,4585,209,4592,215r,c4599,221,4608,226,4618,229r,c4627,233,4638,234,4649,234r,c4661,234,4671,232,4681,229r,c4690,225,4698,221,4705,214r,c4712,207,4717,200,4721,193r,c4724,185,4726,176,4726,167r,c4726,160,4725,153,4722,147r,c4719,141,4716,136,4711,132r,c4706,127,4701,123,4695,120r,c4696,119,4697,118,4699,115r,c4701,113,4704,110,4706,106r,c4709,103,4711,97,4714,93r,c4716,88,4718,83,4720,77r,c4721,72,4722,66,4722,60r,c4722,51,4720,42,4717,35r,c4714,28,4709,21,4703,16r,c4696,11,4689,7,4680,4r,c4672,1,4662,,4652,r,c4640,,4629,2,4621,5r,c4612,8,4605,13,4598,18r,c4592,24,4588,30,4585,37r,c4582,44,4581,51,4581,59r,c4581,66,4582,72,4584,77r,c4586,83,4589,88,4593,92r,c4596,96,4601,100,4607,105r,c4605,106,4602,107,4600,109r,c4597,111,4594,114,4590,118r,c4587,121,4584,125,4581,130r,c4577,134,4575,140,4573,146r,c4571,151,4570,158,4570,165xm4694,166r,c4694,172,4692,178,4690,182r,c4688,187,4684,191,4680,194r,c4676,198,4671,200,4666,202r,c4661,204,4655,205,4649,205r,c4643,205,4637,204,4632,202r,c4626,200,4621,197,4617,193r,c4613,190,4609,185,4607,180r,c4603,175,4602,169,4602,163r,c4602,157,4603,151,4606,146r,c4608,141,4611,137,4614,133r,c4617,129,4620,126,4623,124r,c4626,121,4628,119,4630,118r,c4636,121,4642,124,4648,126r,c4654,129,4660,132,4665,134r,c4671,137,4676,140,4680,143r,c4684,146,4687,150,4690,154r,c4692,157,4694,162,4694,166xm4613,59r,c4613,54,4614,48,4617,44r,c4620,39,4624,35,4630,33r,c4636,30,4643,28,4651,28r,c4659,28,4666,30,4672,32r,c4678,35,4683,39,4686,44r,c4690,49,4691,55,4691,62r,c4691,68,4690,73,4689,78r,c4687,83,4685,88,4683,92r,c4680,95,4678,99,4676,101r,c4674,105,4673,106,4672,107r,c4664,104,4657,100,4650,97r,c4643,94,4637,91,4631,88r,c4626,84,4621,80,4618,75r,c4615,71,4613,66,4613,59xm4885,202r,c4885,202,4887,203,4889,205r,c4890,207,4893,211,4897,214r,c4900,217,4905,220,4910,223r,c4916,226,4922,229,4930,231r,c4937,233,4945,234,4955,234r,c4966,234,4977,232,4986,229r,c4996,225,5004,220,5011,213r,c5019,205,5024,197,5029,188r,c5033,178,5035,168,5035,158r,c5035,147,5033,138,5030,129r,c5025,120,5020,112,5013,106r,c5006,98,4998,93,4988,89r,c4978,85,4968,83,4956,83r,c4950,83,4945,84,4941,85r,c4937,86,4933,87,4931,89r,c4928,90,4927,90,4927,90r-1,l4926,90v,,,-1,1,-3l4927,87v,-2,1,-5,1,-8l4933,31r86,l5019,4r-113,l4895,116r18,7l4913,123v,,1,-1,3,-2l4916,121v2,-1,4,-2,8,-4l4924,117v3,-1,7,-2,12,-4l4936,113v4,-1,9,-1,15,-1l4951,112v7,,14,1,20,3l4971,115v6,2,12,6,16,10l4987,125v5,4,8,9,11,14l4998,139v3,6,4,12,4,19l5002,158v,7,-1,13,-4,19l4998,177v-3,5,-6,10,-11,14l4987,191v-4,4,-10,7,-15,9l4972,200v-6,2,-13,3,-19,3l4953,203v-7,,-12,,-18,-2l4935,201v-5,-2,-9,-4,-13,-6l4922,195v-4,-2,-8,-5,-10,-7l4912,188v-3,-3,-5,-5,-7,-6l4905,182v-1,-2,-2,-3,-2,-3l4885,202xm5066,202r,c5066,202,5067,203,5069,205r,c5071,207,5073,211,5077,214r,c5081,217,5085,220,5091,223r,c5096,226,5103,229,5110,231r,c5117,233,5126,234,5135,234r,c5146,234,5157,232,5166,229r,c5177,225,5186,220,5193,213r,c5200,205,5205,197,5209,188r,c5213,178,5215,168,5215,158r,c5215,147,5213,138,5210,129r,c5206,120,5201,112,5194,106r,c5187,98,5179,93,5169,89r,c5159,85,5148,83,5136,83r,c5130,83,5126,84,5121,85r,c5117,86,5113,87,5111,89r,c5108,90,5107,90,5107,90r-1,l5106,90v1,,1,-1,1,-3l5107,87v1,-2,1,-5,1,-8l5113,31r87,l5200,4r-114,l5075,116r18,7l5093,123v,,1,-1,3,-2l5096,121v2,-1,4,-2,8,-4l5104,117v3,-1,7,-2,12,-4l5116,113v4,-1,9,-1,15,-1l5131,112v7,,14,1,20,3l5151,115v6,2,12,6,16,10l5167,125v6,4,10,9,12,14l5179,139v3,6,4,12,4,19l5183,158v,7,-1,13,-4,19l5179,177v-2,5,-6,10,-12,14l5167,191v-4,4,-9,7,-15,9l5152,200v-6,2,-12,3,-19,3l5133,203v-6,,-12,,-17,-2l5116,201v-6,-2,-10,-4,-14,-6l5102,195v-4,-2,-8,-5,-10,-7l5092,188v-3,-3,-5,-5,-6,-6l5086,182v-2,-2,-2,-3,-2,-3l5066,202xm5370,202r,c5370,202,5371,203,5373,205r,c5375,207,5377,211,5381,214r,c5385,217,5389,220,5395,223r,c5400,226,5407,229,5414,231r,c5421,233,5430,234,5439,234r,c5451,234,5462,232,5471,229r,c5481,225,5489,220,5497,213r,c5504,205,5509,197,5513,188r,c5517,178,5519,168,5519,158r,c5519,147,5517,138,5514,129r,c5510,120,5505,112,5498,106r,c5491,98,5483,93,5473,89r,c5464,85,5453,83,5440,83r,c5434,83,5430,84,5425,85r,c5421,86,5417,87,5415,89r,c5412,90,5411,90,5411,90r-1,l5410,90v,,1,-1,1,-3l5411,87v1,-2,1,-5,1,-8l5417,31r87,l5504,4r-114,l5379,116r18,7l5397,123v,,1,-1,3,-2l5400,121v2,-1,4,-2,8,-4l5408,117v3,-1,7,-2,12,-4l5420,113v4,-1,9,-1,15,-1l5435,112v7,,14,1,21,3l5456,115v6,2,12,6,16,10l5472,125v5,4,9,9,11,14l5483,139v3,6,4,12,4,19l5487,158v,7,-1,13,-4,19l5483,177v-2,5,-6,10,-11,14l5472,191v-4,4,-9,7,-15,9l5457,200v-6,2,-13,3,-20,3l5437,203v-7,,-12,,-17,-2l5420,201v-6,-2,-10,-4,-14,-6l5406,195v-4,-2,-8,-5,-10,-7l5396,188v-3,-3,-5,-5,-6,-6l5390,182v-2,-2,-2,-3,-2,-3l5370,202xm5553,165r,c5553,175,5555,184,5559,193r,c5563,201,5568,209,5575,215r,c5582,221,5592,226,5601,229r,c5611,233,5621,234,5632,234r,c5644,234,5655,232,5664,229r,c5674,225,5682,221,5689,214r,c5695,207,5700,200,5704,193r,c5708,185,5709,176,5709,167r,c5709,160,5708,153,5705,147r,c5703,141,5699,136,5694,132r,c5690,127,5685,123,5679,120r,c5680,119,5681,118,5683,115r,c5685,113,5687,110,5690,106r,c5692,103,5695,97,5697,93r,c5699,88,5702,83,5703,77r,c5705,72,5706,66,5706,60r,c5706,51,5704,42,5700,35r,c5697,28,5692,21,5686,16r,c5680,11,5672,7,5664,4r,c5655,1,5645,,5635,r,c5623,,5613,2,5604,5r,c5595,8,5587,13,5581,18r,c5575,24,5571,30,5568,37r,c5565,44,5564,51,5564,59r,c5564,66,5565,72,5567,77r,c5569,83,5572,88,5576,92r,c5580,96,5584,100,5589,105r,c5588,106,5586,107,5583,109r,c5580,111,5577,114,5574,118r,c5570,121,5567,125,5564,130r,c5561,134,5558,140,5556,146r,c5554,151,5553,158,5553,165xm5677,166r,c5677,172,5676,178,5673,182r,c5671,187,5668,191,5664,194r,c5659,198,5655,200,5649,202r,c5644,204,5638,205,5632,205r,c5626,205,5621,204,5615,202r,c5610,200,5605,197,5600,193r,c5596,190,5593,185,5589,180r,c5587,175,5585,169,5585,163r,c5585,157,5586,151,5588,146r,c5592,141,5594,137,5597,133r,c5600,129,5603,126,5606,124r,c5609,121,5611,119,5613,118r,c5619,121,5626,124,5632,126r,c5638,129,5643,132,5649,134r,c5654,137,5659,140,5663,143r,c5668,146,5671,150,5673,154r,c5676,157,5677,162,5677,166xm5596,59r,c5596,54,5598,48,5601,44r,c5604,39,5608,35,5614,33r,c5619,30,5626,28,5635,28r,c5643,28,5650,30,5655,32r,c5662,35,5666,39,5670,44r,c5673,49,5675,55,5675,62r,c5675,68,5674,73,5672,78r,c5671,83,5669,88,5666,92r,c5664,95,5662,99,5660,101r,c5658,105,5656,106,5655,107r,c5648,104,5641,100,5634,97r,c5627,94,5620,91,5615,88r,c5609,84,5605,80,5601,75r,c5598,71,5596,66,5596,59xm,631r,c,643,2,655,7,665r,c11,675,16,684,24,692r,c32,699,41,705,51,709r,c61,714,73,716,86,716r,c94,716,101,715,108,713r,c114,712,120,710,125,708r,c130,706,135,703,138,701r,c142,699,144,697,146,695r,c148,694,149,693,149,693l136,670r,c136,670,136,671,134,672r,c133,674,130,675,128,677r,c125,679,121,681,117,683r,c113,684,109,686,104,687r,c99,688,94,689,88,689r,c80,689,74,688,67,686r,c61,684,55,680,50,676r,c45,671,41,666,38,659r,c34,653,33,645,32,636r119,l151,636v,,,-1,,-3l151,633v,-2,,-4,,-6l151,627v1,-2,1,-4,1,-5l152,622v,-11,-2,-21,-5,-30l147,592v-3,-9,-7,-17,-13,-24l134,568v-6,-7,-13,-12,-22,-16l112,552v-9,-4,-19,-6,-31,-6l81,546v-12,,-22,2,-32,6l49,552v-10,4,-18,10,-26,17l23,569v-7,7,-12,16,-16,27l7,596c2,606,,618,,631xm33,612r,c35,603,38,595,42,589r,c47,583,52,579,59,575r,c65,572,72,571,80,571r,c87,571,95,572,100,575r,c106,578,111,583,114,589r,c118,595,120,602,120,612r-87,xm194,635r94,l288,607r-94,l194,635xm340,712r31,l371,639r,c371,635,371,630,372,627r,c372,623,372,620,373,616r,c376,611,378,605,381,600r,c383,595,387,591,391,587r,c395,583,399,580,404,578r,c409,575,415,574,420,574r,c427,574,432,575,435,578r,c439,580,442,583,444,586r,c446,590,447,595,448,599r,c448,604,448,609,448,615r,97l479,712r,-73l479,639v,-5,,-10,1,-13l480,626v,-4,1,-7,2,-11l482,615v1,-5,3,-11,6,-15l488,600v3,-5,6,-10,10,-14l498,586v4,-3,8,-6,13,-8l511,578v6,-3,11,-4,17,-4l528,574v6,,11,1,14,3l542,577v4,2,7,5,9,9l551,586v2,4,4,8,4,13l555,599v1,5,1,10,1,16l556,712r31,l587,608r,c587,587,583,572,574,562r,c566,551,552,546,534,546r,c528,546,521,547,514,549r,c508,551,503,554,498,557r,c493,561,489,564,485,569r,c481,573,478,578,476,583r-1,l475,583v-3,-12,-8,-21,-16,-28l459,555v-8,-6,-19,-9,-32,-9l427,546v-7,,-13,1,-18,3l409,549v-6,2,-12,5,-16,9l393,558v-5,3,-10,7,-13,11l380,569v-4,5,-8,9,-10,14l370,583r,c370,583,370,582,370,581r,c370,580,370,579,370,577r,c370,575,370,573,370,571r,-21l340,550r,162xm620,667r,c620,675,622,682,625,688r,c628,694,632,699,637,703r,c643,708,648,711,655,713r,c662,715,669,716,676,716r,c684,716,691,715,696,713r,c702,710,707,708,711,705r,c715,702,718,698,721,695r,c723,692,725,689,726,687r,c727,685,728,684,728,684r,l728,684v,,,1,,4l728,688v,2,,5,,9l728,712r28,l756,609r,c756,596,754,584,749,575r,c744,565,737,558,727,553r,c718,549,706,546,693,546r,c685,546,678,547,672,548r,c666,549,661,551,655,553r,c650,555,645,557,642,558r,c639,560,636,562,634,563r,c632,564,632,565,632,565r12,23l644,588v,,1,-1,4,-3l648,585v2,-1,5,-3,10,-5l658,580v5,-2,9,-4,15,-5l673,575v5,-2,11,-3,17,-3l690,572v7,,13,1,18,4l708,576v6,2,10,5,13,11l721,587v3,5,4,12,5,21l726,610r-7,l719,610v-5,,-11,1,-17,1l702,611v-7,,-13,1,-21,2l681,613v-7,1,-14,3,-21,5l660,618v-8,3,-15,6,-20,10l640,628v-6,5,-11,10,-14,16l626,644v-4,7,-5,14,-6,23xm652,665r,c652,659,653,655,657,651r,c660,647,664,644,669,642r,c674,640,679,638,685,637r,c691,636,696,635,702,635r,c708,635,713,635,718,635r8,l726,640r,c726,646,725,652,723,658r,c721,664,718,669,714,674r,c710,679,706,683,701,686r,c695,689,689,691,683,691r,c676,691,671,690,666,687r,c662,685,658,682,655,678r,c653,674,652,670,652,665xm803,517r31,l834,485r-31,l803,517xm804,712r30,l834,550r-30,l804,712xm881,668r,c881,676,882,683,884,688r,c886,694,888,698,891,701r,c894,705,898,707,901,709r,c905,711,909,712,913,712r,c917,713,921,713,924,713r,c927,713,929,713,931,713r,c933,713,934,713,934,713r,-28l934,685v,,,,-1,l933,685v-1,1,-3,1,-4,1l929,686v-3,,-6,-1,-9,-2l920,684v-2,-1,-4,-3,-6,-7l914,677v-1,-3,-2,-8,-2,-14l912,485r-31,l881,668xm974,583r33,l1007,550r-33,l974,583xm974,712r33,l1007,679r-33,l974,712xm1185,777r31,l1216,703r,c1216,699,1216,696,1215,693r,c1215,691,1215,690,1215,689r1,l1216,689v,1,,1,2,3l1218,692v1,2,3,4,6,7l1224,699v2,2,6,5,9,8l1233,707v4,2,9,4,14,6l1247,713v6,2,12,3,19,3l1266,716v11,,20,-2,29,-6l1295,710v9,-4,17,-10,23,-17l1318,693v7,-7,12,-16,16,-27l1334,666v3,-10,5,-22,5,-35l1339,631v,-13,-2,-24,-5,-35l1334,596v-3,-10,-8,-19,-14,-26l1320,570v-6,-8,-14,-14,-22,-18l1298,552v-9,-4,-19,-6,-30,-6l1268,546v-8,,-15,1,-21,3l1247,549v-6,2,-11,5,-15,7l1232,556v-4,3,-8,6,-10,9l1222,565v-4,3,-6,5,-7,7l1215,572v-1,2,-2,3,-2,3l1213,575r,c1213,575,1213,575,1213,574r,c1213,573,1213,571,1213,570r,c1213,568,1213,566,1213,564r,-14l1185,550r,227xm1215,631r,c1215,621,1216,612,1219,605r,c1222,597,1226,591,1230,587r,c1234,582,1239,579,1245,576r,c1250,574,1256,573,1262,573r,c1271,573,1279,576,1286,580r,c1293,585,1298,592,1302,600r,c1306,609,1308,619,1308,631r,c1308,641,1307,649,1304,656r,c1302,663,1298,669,1294,674r,c1290,679,1285,683,1279,686r,c1274,688,1268,689,1261,689r,c1254,689,1247,688,1242,685r,c1236,681,1231,677,1227,672r,c1224,666,1221,660,1218,653r,c1216,646,1215,639,1215,631xe" fillcolor="#313130" stroked="f">
                <v:path arrowok="t" o:connecttype="custom" o:connectlocs="1405707,7569;1361241,63995;1372716,18579;1394232,68124;1555243,44384;1518307,21332;1548429,1720;1502887,58834;1512569,48857;1538747,68124;1603653,16515;1646685,73973;1683621,41287;1668201,0;1645968,40599;1661029,69500;1672863,46104;1682187,21332;1751755,69500;1805544,54362;1767174,27181;1788332,43008;1761437,64683;1852521,78790;1832798,30621;1830288,40255;1847501,68812;1929620,73629;1971576,36470;1932847,1376;1967631,54362;1932130,61587;2047240,57458;2044013,12042;1999546,31654;2031103,66748;2010304,42664;2020704,9634;2013532,30277;44825,243595;24026,236025;48052,195426;28688,196459;133399,215726;160652,244971;197588,201619;173920,195770;132682,199899;249585,245315;268590,197835;235958,199555;236675,212629;260343,218478;299071,166869;331345,245315;315925,229832;436056,237058;480164,217102;434980,197835;446455,198179;445380,235681" o:connectangles="0,0,0,0,0,0,0,0,0,0,0,0,0,0,0,0,0,0,0,0,0,0,0,0,0,0,0,0,0,0,0,0,0,0,0,0,0,0,0,0,0,0,0,0,0,0,0,0,0,0,0,0,0,0,0,0,0,0,0,0,0"/>
                <o:lock v:ext="edit" verticies="t"/>
              </v:shape>
              <v:shape id="Freeform 8" o:spid="_x0000_s1033" style="position:absolute;left:7360;top:5524;width:15602;height:1003;visibility:visible;mso-wrap-style:square;v-text-anchor:top" coordsize="4351,29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" adj="-11796480,,5400" path="m,145r,c,158,2,170,7,180r,c11,190,18,199,26,207r,c34,214,43,220,53,225r,c64,229,75,231,87,231r,c99,231,110,229,121,225r,c131,220,142,214,150,207r,c157,199,164,190,168,180r,c173,170,175,158,175,145r,c175,133,173,122,168,111r,c164,101,157,92,150,85r,c142,77,131,72,121,67r,c110,63,99,61,87,61r,c75,61,64,63,53,67r,c43,72,34,77,26,85r,c18,92,11,101,7,111r,c2,122,,133,,145xm32,145r,c32,137,33,129,36,122r,c39,115,43,109,48,104r,c53,99,59,95,66,92r,c72,89,79,88,87,88r,c95,88,102,89,109,92r,c115,95,121,99,126,104r,c131,109,135,115,139,122r,c142,129,143,137,143,145r,c143,155,142,162,139,169r,c135,177,131,183,126,188r,c121,193,115,197,109,200r,c102,203,95,204,87,204r,c79,204,72,203,66,200r,c59,197,53,193,48,188r,c43,183,39,177,36,169r,c33,162,32,155,32,145xm210,183r,c210,191,211,198,212,203r,c214,209,217,213,220,216r,c223,220,226,222,230,224r,c234,226,238,227,242,227r,c246,228,249,228,253,228r,c256,228,258,228,260,228r,c262,228,263,228,263,228r,-28l263,200v,,,,-2,l261,200v-1,1,-2,1,-3,1l258,201v-4,,-6,-1,-9,-2l249,199v-3,-1,-5,-3,-6,-7l243,192v-2,-3,-2,-8,-2,-14l241,,210,r,183xm295,183r,c295,191,296,198,298,203r,c300,209,302,213,305,216r,c308,220,312,222,315,224r,c319,226,323,227,327,227r,c331,228,335,228,338,228r,c341,228,343,228,345,228r,c347,228,348,228,349,228r,-28l349,200v-1,,-1,,-2,l347,200v-1,1,-2,1,-4,1l343,201v-3,,-6,-1,-9,-2l334,199v-2,-1,-4,-3,-6,-7l328,192v-1,-3,-2,-8,-2,-14l326,,295,r,183xm381,32r31,l412,,381,r,32xm381,227r31,l412,65r-31,l381,227xm462,227r30,l492,152r,c492,148,493,143,493,139r,c493,136,494,132,495,129r,c497,121,501,114,506,108r,c511,102,516,98,523,95r,c530,91,538,90,546,89r,c552,89,558,91,563,93r,c567,95,570,98,572,101r,c574,105,576,109,576,114r,c577,119,578,124,578,130r,97l608,227r,-104l608,123v,-21,-4,-36,-13,-46l595,77c586,66,572,61,552,61r,c543,61,535,62,529,65r,c522,67,516,71,511,74r,c506,78,502,82,499,86r,c495,91,493,94,492,98r-1,l491,98v,,,-1,,-2l491,96v,-1,,-2,,-4l491,92v,-2,1,-4,1,-6l492,65r-30,l462,227xm649,150r,c649,163,651,176,655,187r,c659,199,664,210,671,219r,c678,229,687,237,697,245r,c708,252,719,258,731,262r,c744,266,757,268,771,268r,-26l771,242v-13,,-25,-3,-37,-8l734,234v-11,-4,-20,-11,-28,-19l706,215v-9,-8,-15,-18,-19,-29l687,186v-5,-11,-7,-23,-7,-36l680,150v,-11,1,-20,4,-29l684,121v3,-10,7,-18,12,-26l696,95v7,-7,13,-14,20,-20l716,75v7,-6,15,-10,24,-13l740,62v9,-3,18,-5,28,-5l768,57v11,,20,2,28,4l796,61v7,3,13,7,17,12l813,73v4,5,6,11,6,17l785,90r,c775,90,766,91,758,95r,c750,98,743,102,737,108r,c731,113,727,120,724,127r,c721,134,719,141,719,150r,c719,158,721,166,724,173r,c727,181,731,187,737,192r,c743,198,750,202,758,206r,c766,209,775,210,785,210r88,l873,187r-23,l850,96r,c850,88,849,80,846,72r,c843,64,837,57,831,51r,c824,45,816,39,805,36r,c795,32,782,31,766,31r,c753,31,741,33,729,36r,c718,40,707,47,696,54r,c687,61,678,70,671,80r,c664,89,659,100,655,112r,c651,124,649,136,649,150xm750,150r,c750,142,752,136,755,130r,c758,124,763,120,768,116r,c774,113,780,111,788,111r31,l819,187r-32,l787,187v-7,,-13,-1,-19,-5l768,182v-5,-3,-10,-8,-13,-13l755,169v-3,-6,-5,-12,-5,-19xm918,292r31,l949,218r,c949,214,949,211,948,208r,c948,206,948,205,948,204r1,l949,204v,1,,1,2,3l951,207v1,2,3,4,5,7l956,214v2,2,6,5,10,8l966,222v3,2,8,4,13,6l979,228v7,2,13,3,20,3l999,231v11,,20,-2,29,-6l1028,225v9,-4,17,-10,23,-17l1051,208v7,-7,12,-16,16,-27l1067,181v3,-10,5,-22,5,-35l1072,146v,-13,-2,-24,-5,-35l1067,111v-3,-10,-8,-19,-14,-26l1053,85v-6,-8,-14,-14,-22,-18l1031,67v-9,-4,-19,-6,-30,-6l1001,61v-8,,-15,1,-22,3l979,64v-6,2,-11,5,-15,7l964,71v-4,3,-8,6,-10,9l954,80v-3,3,-5,5,-6,7l948,87v-1,2,-2,3,-2,3l946,90r,c946,90,946,90,946,89r,c946,88,946,86,946,85r,c946,83,946,81,946,79r,-14l918,65r,227xm948,146r,c948,136,949,127,952,120r,c954,112,958,106,962,102r,c966,97,971,94,977,91r,c983,89,989,88,995,88r,c1004,88,1012,91,1019,95r,c1026,100,1031,107,1035,115r,c1039,124,1041,134,1041,146r,c1041,156,1040,164,1037,171r,c1035,178,1031,184,1027,189r,c1023,194,1018,198,1012,201r,c1007,203,1001,204,994,204r,c987,204,979,203,974,200r,c968,196,963,192,960,187r,c956,181,953,175,951,168r,c949,161,948,154,948,146xm1098,145r,c1098,158,1100,170,1105,180r,c1109,190,1116,199,1125,207r,c1133,214,1142,220,1152,225r,c1163,229,1174,231,1186,231r,c1198,231,1209,229,1220,225r,c1230,220,1240,214,1248,207r,c1255,199,1262,190,1267,180r,c1272,170,1274,158,1274,145r,c1274,133,1272,122,1267,111r,c1262,101,1255,92,1248,85r,c1240,77,1230,72,1220,67r,c1209,63,1198,61,1186,61r,c1174,61,1163,63,1152,67r,c1142,72,1133,77,1125,85r,c1116,92,1109,101,1105,111r,c1100,122,1098,133,1098,145xm1131,145r,c1131,137,1132,129,1135,122r,c1138,115,1142,109,1147,104r,c1152,99,1158,95,1165,92r,c1171,89,1178,88,1186,88r,c1194,88,1201,89,1208,92r,c1214,95,1220,99,1225,104r,c1230,109,1234,115,1237,122r,c1240,129,1241,137,1241,145r,c1241,155,1240,162,1237,169r,c1234,177,1230,183,1225,188r,c1220,193,1214,197,1208,200r,c1201,203,1194,204,1186,204r,c1178,204,1171,203,1165,200r,c1158,197,1152,193,1147,188r,c1142,183,1138,177,1135,169r,c1132,162,1131,155,1131,145xm1309,183r,c1309,191,1310,198,1311,203r,c1313,209,1316,213,1319,216r,c1322,220,1325,222,1329,224r,c1333,226,1337,227,1341,227r,c1345,228,1348,228,1352,228r,c1355,228,1357,228,1359,228r,c1361,228,1362,228,1362,228r,-28l1362,200v,,,,-1,l1361,200v-1,1,-3,1,-4,1l1357,201v-3,,-6,-1,-9,-2l1348,199v-3,-1,-5,-3,-6,-7l1342,192v-2,-3,-2,-8,-2,-14l1340,r-31,l1309,183xm1393,183r,c1393,191,1394,198,1396,203r,c1398,209,1400,213,1403,216r,c1407,220,1411,222,1415,224r,c1418,226,1422,227,1426,227r,c1430,228,1434,228,1437,228r,c1440,228,1442,228,1444,228r,c1446,228,1447,228,1448,228r,-28l1448,200v-1,,-1,,-2,l1446,200v-1,1,-2,1,-4,1l1442,201v-3,,-6,-1,-9,-2l1433,199v-2,-1,-4,-3,-6,-7l1427,192v-1,-3,-2,-8,-2,-14l1425,r-32,l1393,183xm1480,32r31,l1511,r-31,l1480,32xm1480,227r31,l1511,65r-31,l1480,227xm1561,227r30,l1591,152r,c1591,148,1592,143,1592,139r,c1592,136,1593,132,1594,129r,c1596,121,1600,114,1605,108r,c1610,102,1616,98,1622,95r,c1629,91,1637,90,1645,89r,c1651,89,1657,91,1661,93r,c1665,95,1668,98,1670,101r,c1672,105,1674,109,1674,114r,c1675,119,1676,124,1676,130r,97l1707,227r,-104l1707,123v,-21,-4,-36,-13,-46l1694,77c1684,66,1670,61,1651,61r,c1642,61,1635,62,1628,65r,c1621,67,1615,71,1610,74r,c1605,78,1601,82,1598,86r,c1595,91,1592,94,1591,98r-1,l1590,98v,,,-1,,-2l1590,96v,-1,,-2,,-4l1590,92v,-2,1,-4,1,-6l1591,65r-30,l1561,227xm1754,227r32,l1786,194r-32,l1754,227xm1835,292r31,l1866,218r,c1866,214,1866,211,1866,208r,c1866,206,1866,205,1866,204r,l1866,204v,1,1,1,2,3l1868,207v1,2,3,4,6,7l1874,214v2,2,5,5,9,8l1883,222v4,2,9,4,14,6l1897,228v5,2,12,3,19,3l1916,231v10,,20,-2,29,-6l1945,225v9,-4,16,-10,23,-17l1968,208v7,-7,13,-16,16,-27l1984,181v4,-10,6,-22,6,-35l1990,146v,-13,-2,-24,-5,-35l1985,111v-4,-10,-8,-19,-15,-26l1970,85v-7,-8,-14,-14,-23,-18l1947,67v-8,-4,-18,-6,-29,-6l1918,61v-8,,-15,1,-21,3l1897,64v-6,2,-11,5,-16,7l1881,71v-4,3,-7,6,-10,9l1871,80v-2,3,-4,5,-5,7l1866,87v-2,2,-2,3,-2,3l1863,90r,c1863,90,1863,90,1863,89r,c1863,88,1864,86,1864,85r,c1864,83,1864,81,1864,79r,-14l1835,65r,227xm1865,146r,c1865,136,1867,127,1869,120r,c1872,112,1875,106,1880,102r,c1884,97,1889,94,1894,91r,c1900,89,1906,88,1912,88r,c1921,88,1929,91,1936,95r,c1942,100,1948,107,1952,115r,c1955,124,1957,134,1957,146r,c1957,156,1956,164,1954,171r,c1951,178,1948,184,1944,189r,c1939,194,1935,198,1929,201r,c1923,203,1917,204,1911,204r,c1903,204,1897,203,1891,200r,c1886,196,1881,192,1877,187r,c1873,181,1870,175,1868,168r,c1866,161,1865,154,1865,146xm2026,183r,c2026,191,2027,198,2028,203r,c2030,209,2033,213,2036,216r,c2039,220,2042,222,2046,224r,c2050,226,2054,227,2058,227r,c2062,228,2065,228,2069,228r,c2072,228,2074,228,2076,228r,c2078,228,2079,228,2079,228r,-28l2079,200v,,-1,,-2,l2077,200v-1,1,-2,1,-3,1l2074,201v-4,,-6,-1,-9,-2l2065,199v-3,-1,-5,-3,-6,-7l2059,192v-2,-3,-3,-8,-3,-14l2056,r-30,l2026,183xm2103,260r25,l2152,194r-32,l2103,260xm2121,98r32,l2153,65r-32,l2121,98xm2363,227r35,l2431,123r,c2432,120,2433,117,2434,114r,c2434,112,2435,110,2435,108r,c2436,106,2436,105,2436,105r1,l2437,105v,,,1,,3l2437,108v,2,1,4,2,6l2439,114v,3,1,6,2,9l2474,227r34,l2561,65r-33,l2494,179r,c2493,182,2493,184,2492,187r,c2491,190,2491,192,2491,194r,c2491,195,2490,196,2490,196r,l2490,196v,,-1,-1,-1,-2l2489,194v,-2,-1,-4,-1,-7l2488,187v-1,-3,-2,-5,-3,-8l2451,65r-29,l2386,179r,c2385,182,2385,184,2384,187r,c2383,190,2383,192,2383,194r,c2382,195,2382,196,2382,196r-1,l2381,196v,,,-1,,-2l2381,194v-1,-2,-1,-4,-2,-7l2379,187v,-3,-1,-5,-2,-8l2344,65r-33,l2363,227xm2624,227r34,l2693,123r,c2693,120,2694,117,2695,114r,c2696,112,2696,110,2696,108r,c2697,106,2697,105,2697,105r1,l2698,105v,,,1,,3l2698,108v1,2,1,4,2,6l2700,114v1,3,1,6,2,9l2736,227r34,l2823,65r-34,l2755,179r,c2754,182,2754,184,2753,187r,c2753,190,2752,192,2752,194r,c2752,195,2751,196,2751,196r,l2751,196v,,,-1,-1,-2l2750,194v,-2,-1,-4,-1,-7l2749,187v-1,-3,-2,-5,-3,-8l2712,65r-29,l2647,179r,c2646,182,2646,184,2645,187r,c2645,190,2644,192,2644,194r,c2643,195,2643,196,2643,196r,l2643,196v-1,,-1,-1,-1,-2l2642,194v,-2,-1,-4,-1,-7l2641,187v-1,-3,-2,-5,-3,-8l2605,65r-33,l2624,227xm2885,227r35,l2953,123r,c2954,120,2954,117,2955,114r,c2957,112,2957,110,2958,108r,c2958,106,2958,105,2958,105r1,l2959,105v,,,1,,3l2959,108v1,2,1,4,2,6l2961,114v1,3,1,6,2,9l2997,227r34,l3083,65r-33,l3016,179r,c3016,182,3015,184,3014,187r,c3014,190,3013,192,3013,194r,c3013,195,3013,196,3013,196r-1,l3012,196v,,,-1,-1,-2l3011,194v,-2,,-4,-1,-7l3010,187v-1,-3,-2,-5,-2,-8l2973,65r-29,l2908,179r,c2908,182,2907,184,2906,187r,c2906,190,2905,192,2905,194r,c2905,195,2904,196,2904,196r,l2904,196v,,-1,-1,-1,-2l2903,194v,-2,-1,-4,-1,-7l2902,187v-1,-3,-2,-5,-2,-8l2866,65r-33,l2885,227xm3109,227r32,l3141,194r-32,l3109,227xm3190,292r31,l3221,218r,c3221,214,3220,211,3220,208r,c3220,206,3220,205,3220,204r1,l3221,204v,1,,1,1,3l3222,207v2,2,3,4,6,7l3228,214v2,2,5,5,9,8l3237,222v5,2,10,4,15,6l3252,228v6,2,12,3,19,3l3271,231v10,,20,-2,29,-6l3300,225v9,-4,17,-10,23,-17l3323,208v7,-7,12,-16,15,-27l3338,181v4,-10,6,-22,6,-35l3344,146v,-13,-2,-24,-5,-35l3339,111v-3,-10,-8,-19,-14,-26l3325,85v-6,-8,-14,-14,-23,-18l3302,67v-8,-4,-18,-6,-29,-6l3273,61v-8,,-15,1,-21,3l3252,64v-6,2,-11,5,-16,7l3236,71v-5,3,-8,6,-11,9l3225,80v-2,3,-4,5,-5,7l3220,87v-1,2,-2,3,-2,3l3217,90r,c3217,90,3217,90,3218,89r,c3218,88,3218,86,3218,85r,c3218,83,3218,81,3218,79r,-14l3190,65r,227xm3220,146r,c3220,136,3221,127,3224,120r,c3226,112,3229,106,3234,102r,c3239,97,3244,94,3250,91r,c3255,89,3261,88,3267,88r,c3276,88,3284,91,3291,95r,c3298,100,3303,107,3307,115r,c3311,124,3313,134,3313,146r,c3313,156,3311,164,3309,171r,c3307,178,3303,184,3299,189r,c3295,194,3290,198,3284,201r,c3279,203,3273,204,3266,204r,c3259,204,3252,203,3247,200r,c3241,196,3235,192,3231,187r,c3227,181,3225,175,3223,168r,c3221,161,3220,154,3220,146xm3370,145r,c3370,158,3372,170,3377,180r,c3382,190,3388,199,3396,207r,c3404,214,3413,220,3424,225r,c3434,229,3446,231,3458,231r,c3470,231,3481,229,3492,225r,c3502,220,3511,214,3519,207r,c3528,199,3534,190,3539,180r,c3543,170,3546,158,3546,145r,c3546,133,3543,122,3539,111r,c3534,101,3528,92,3519,85r,c3511,77,3502,72,3492,67r,c3481,63,3470,61,3458,61r,c3446,61,3434,63,3424,67r,c3413,72,3404,77,3396,85r,c3388,92,3382,101,3377,111r,c3372,122,3370,133,3370,145xm3402,145r,c3403,137,3404,129,3407,122r,c3410,115,3414,109,3419,104r,c3424,99,3430,95,3436,92r,c3443,89,3450,88,3458,88r,c3466,88,3473,89,3479,92r,c3486,95,3492,99,3497,104r,c3502,109,3506,115,3509,122r,c3512,129,3513,137,3513,145r,c3513,155,3512,162,3509,169r,c3506,177,3502,183,3497,188r,c3492,193,3486,197,3479,200r,c3473,203,3466,204,3458,204r,c3450,204,3443,203,3436,200r,c3430,197,3424,193,3419,188r,c3414,183,3410,177,3407,169r,c3404,162,3403,155,3402,145xm3580,183r,c3581,191,3581,198,3583,203r,c3585,209,3588,213,3591,216r,c3594,220,3597,222,3601,224r,c3605,226,3609,227,3613,227r,c3616,228,3620,228,3624,228r,c3627,228,3629,228,3631,228r,c3633,228,3634,228,3634,228r,-28l3634,200v,,-1,,-2,l3632,200v-1,1,-2,1,-3,1l3629,201v-4,,-7,-1,-9,-2l3620,199v-3,-1,-5,-3,-6,-7l3614,192v-2,-3,-3,-8,-3,-14l3611,r-31,l3580,183xm3666,183r,c3666,191,3667,198,3669,203r,c3671,209,3673,213,3676,216r,c3679,220,3683,222,3686,224r,c3690,226,3694,227,3698,227r,c3702,228,3706,228,3709,228r,c3712,228,3714,228,3716,228r,c3718,228,3719,228,3719,228r,-28l3719,200v,,,,-1,l3718,200v-1,1,-3,1,-4,1l3714,201v-3,,-6,-1,-9,-2l3705,199v-2,-1,-4,-3,-6,-7l3699,192v-1,-3,-2,-8,-2,-14l3697,r-31,l3666,183xm3752,32r31,l3783,r-31,l3752,32xm3752,227r31,l3783,65r-31,l3752,227xm3832,227r31,l3863,152r,c3863,148,3863,143,3864,139r,c3864,136,3865,132,3866,129r,c3868,121,3872,114,3877,108r,c3881,102,3887,98,3894,95r,c3901,91,3909,90,3917,89r,c3923,89,3928,91,3932,93r,c3936,95,3940,98,3942,101r,c3945,105,3946,109,3947,114r,c3948,119,3948,124,3948,130r,97l3979,227r,-104l3979,123v,-21,-4,-36,-13,-46l3966,77v-9,-11,-24,-16,-43,-16l3923,61v-9,,-17,1,-24,4l3899,65v-6,2,-12,6,-17,9l3882,74v-5,4,-9,8,-12,12l3870,86v-4,5,-6,8,-8,12l3862,98r,c3862,98,3862,97,3862,96r,c3862,95,3862,94,3862,92r,c3862,90,3862,88,3862,86r,-21l3832,65r,162xm4025,227r33,l4058,194r-33,l4025,227xm4107,292r31,l4138,218r,c4138,214,4138,211,4138,208r,c4138,206,4137,205,4137,204r1,l4138,204v,1,1,1,2,3l4140,207v1,2,3,4,5,7l4145,214v3,2,6,5,10,8l4155,222v4,2,8,4,14,6l4169,228v5,2,11,3,18,3l4187,231v11,,21,-2,30,-6l4217,225v9,-4,17,-10,24,-17l4241,208v6,-7,11,-16,15,-27l4256,181v4,-10,5,-22,5,-35l4261,146v,-13,-1,-24,-5,-35l4256,111v-3,-10,-8,-19,-14,-26l4242,85v-6,-8,-13,-14,-23,-18l4219,67v-9,-4,-18,-6,-29,-6l4190,61v-8,,-15,1,-21,3l4169,64v-6,2,-12,5,-16,7l4153,71v-4,3,-7,6,-10,9l4143,80v-3,3,-5,5,-6,7l4137,87v-1,2,-1,3,-1,3l4135,90r,c4135,90,4135,90,4135,89r,c4135,88,4135,86,4135,85r,c4136,83,4136,81,4136,79r,-14l4107,65r,227xm4137,146r,c4137,136,4138,127,4141,120r,c4144,112,4147,106,4151,102r,c4156,97,4161,94,4166,91r,c4172,89,4178,88,4184,88r,c4193,88,4201,91,4207,95r,c4214,100,4219,107,4223,115r,c4228,124,4230,134,4230,146r,c4230,156,4229,164,4226,171r,c4223,178,4220,184,4215,189r,c4211,194,4206,198,4201,201r,c4195,203,4189,204,4183,204r,c4175,204,4169,203,4163,200r,c4157,196,4153,192,4149,187r,c4145,181,4142,175,4140,168r,c4138,161,4137,154,4137,146xm4297,183r,c4297,191,4298,198,4300,203r,c4302,209,4304,213,4308,216r,c4311,220,4314,222,4318,224r,c4322,226,4325,227,4329,227r,c4333,228,4337,228,4341,228r,c4343,228,4346,228,4348,228r,c4350,228,4351,228,4351,228r,-28l4351,200v,,-1,,-2,l4349,200v-1,1,-2,1,-4,1l4345,201v-3,,-6,-1,-8,-2l4337,199v-3,-1,-5,-3,-6,-7l4331,192v-2,-3,-3,-8,-3,-14l4328,r-31,l4297,183xe" fillcolor="#313130" stroked="f">
                <v:stroke joinstyle="round"/>
                <v:formulas/>
                <v:path arrowok="t" o:connecttype="custom" o:connectlocs="60242,38139;17212,35734;39086,68719;86777,77996;75302,62878;124428,68719;136620,22334;205110,34703;176064,33672;262124,90022;265351,21303;259614,59442;261407,12369;282205,64252;346391,76278;369699,23021;339220,22334;371851,58755;403406,71124;437471,23021;425280,30236;411295,64596;488390,78340;503092,74217;511698,65970;570506,52227;612101,77996;570147,31611;669833,71124;711787,38139;668040,30580;699954,39514;726489,62878;743701,69063;760555,33672;918331,22334;855579,61504;965664,42262;987179,64252;948094,66658;1060689,37108;1080411,67345;1040967,66658;1154638,70094;1199102,50165;1153562,30924;1171491,30236;1155713,57724;1271536,49821;1221693,41919;1253965,64596;1291258,76965;1294844,0;1333570,68719;1356520,77996;1409949,31954;1387717,29549;1483817,74904;1520751,71468;1485610,27488;1488478,35047;1492781,68719;1559119,78340" o:connectangles="0,0,0,0,0,0,0,0,0,0,0,0,0,0,0,0,0,0,0,0,0,0,0,0,0,0,0,0,0,0,0,0,0,0,0,0,0,0,0,0,0,0,0,0,0,0,0,0,0,0,0,0,0,0,0,0,0,0,0,0,0,0,0" textboxrect="0,0,4351,292"/>
                <o:lock v:ext="edit" verticies="t"/>
                <v:textbox>
                  <w:txbxContent>
                    <w:p w14:paraId="1D8D1B0D" w14:textId="77777777" w:rsidR="00026778" w:rsidRDefault="00026778" w:rsidP="00026778">
                      <w:pPr>
                        <w:jc w:val="center"/>
                      </w:pPr>
                    </w:p>
                  </w:txbxContent>
                </v:textbox>
              </v:shape>
            </v:group>
          </w:pict>
        </mc:Fallback>
      </mc:AlternateContent>
    </w:r>
    <w:r w:rsidR="00E458AB" w:rsidRPr="001A2F81">
      <w:rPr>
        <w:sz w:val="24"/>
        <w:szCs w:val="24"/>
      </w:rPr>
      <w:t xml:space="preserve">        </w:t>
    </w:r>
  </w:p>
  <w:p w14:paraId="41481530" w14:textId="33B19950" w:rsidR="00E853AC" w:rsidRPr="00E853AC" w:rsidRDefault="00E853AC" w:rsidP="00E853AC"/>
  <w:p w14:paraId="0267B736" w14:textId="156B4743" w:rsidR="00FD7E80" w:rsidRDefault="00FD7E80" w:rsidP="00434937">
    <w:pPr>
      <w:pBdr>
        <w:bottom w:val="single" w:sz="12" w:space="0" w:color="auto"/>
      </w:pBdr>
      <w:rPr>
        <w:sz w:val="20"/>
        <w:szCs w:val="20"/>
      </w:rPr>
    </w:pPr>
  </w:p>
  <w:p w14:paraId="0415E8A3" w14:textId="39D040C8" w:rsidR="00083703" w:rsidRDefault="00083703" w:rsidP="00590964">
    <w:pPr>
      <w:pStyle w:val="Nagwek"/>
      <w:tabs>
        <w:tab w:val="clear" w:pos="4680"/>
        <w:tab w:val="clear" w:pos="9360"/>
        <w:tab w:val="left" w:pos="866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DC170AB"/>
    <w:multiLevelType w:val="hybridMultilevel"/>
    <w:tmpl w:val="2B18B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2332B8"/>
    <w:multiLevelType w:val="hybridMultilevel"/>
    <w:tmpl w:val="074C4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538841">
    <w:abstractNumId w:val="8"/>
  </w:num>
  <w:num w:numId="2" w16cid:durableId="861436012">
    <w:abstractNumId w:val="6"/>
  </w:num>
  <w:num w:numId="3" w16cid:durableId="1465194216">
    <w:abstractNumId w:val="5"/>
  </w:num>
  <w:num w:numId="4" w16cid:durableId="1163470364">
    <w:abstractNumId w:val="4"/>
  </w:num>
  <w:num w:numId="5" w16cid:durableId="1289315320">
    <w:abstractNumId w:val="7"/>
  </w:num>
  <w:num w:numId="6" w16cid:durableId="1634016911">
    <w:abstractNumId w:val="3"/>
  </w:num>
  <w:num w:numId="7" w16cid:durableId="983779668">
    <w:abstractNumId w:val="2"/>
  </w:num>
  <w:num w:numId="8" w16cid:durableId="810097878">
    <w:abstractNumId w:val="1"/>
  </w:num>
  <w:num w:numId="9" w16cid:durableId="1616213925">
    <w:abstractNumId w:val="0"/>
  </w:num>
  <w:num w:numId="10" w16cid:durableId="954367235">
    <w:abstractNumId w:val="9"/>
  </w:num>
  <w:num w:numId="11" w16cid:durableId="10033597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6778"/>
    <w:rsid w:val="00034616"/>
    <w:rsid w:val="000402CA"/>
    <w:rsid w:val="00043FC1"/>
    <w:rsid w:val="0006063C"/>
    <w:rsid w:val="00083703"/>
    <w:rsid w:val="000A671E"/>
    <w:rsid w:val="000C1EC7"/>
    <w:rsid w:val="000F226C"/>
    <w:rsid w:val="00140EDA"/>
    <w:rsid w:val="0015074B"/>
    <w:rsid w:val="00187939"/>
    <w:rsid w:val="001A2F81"/>
    <w:rsid w:val="002431ED"/>
    <w:rsid w:val="00281BE8"/>
    <w:rsid w:val="00282977"/>
    <w:rsid w:val="0029639D"/>
    <w:rsid w:val="002A4981"/>
    <w:rsid w:val="002E513E"/>
    <w:rsid w:val="002F71FE"/>
    <w:rsid w:val="00326F90"/>
    <w:rsid w:val="00341A89"/>
    <w:rsid w:val="00372170"/>
    <w:rsid w:val="00394CBB"/>
    <w:rsid w:val="0039720E"/>
    <w:rsid w:val="003F0EA4"/>
    <w:rsid w:val="00417AD2"/>
    <w:rsid w:val="00434937"/>
    <w:rsid w:val="0047051F"/>
    <w:rsid w:val="004A2CB5"/>
    <w:rsid w:val="004A3FEB"/>
    <w:rsid w:val="004E1B73"/>
    <w:rsid w:val="004F1317"/>
    <w:rsid w:val="00527492"/>
    <w:rsid w:val="00554516"/>
    <w:rsid w:val="00590964"/>
    <w:rsid w:val="0059213D"/>
    <w:rsid w:val="005C60BF"/>
    <w:rsid w:val="005D1311"/>
    <w:rsid w:val="006611CE"/>
    <w:rsid w:val="0066541F"/>
    <w:rsid w:val="006E13F6"/>
    <w:rsid w:val="007048BE"/>
    <w:rsid w:val="007B05B0"/>
    <w:rsid w:val="008A2A7E"/>
    <w:rsid w:val="009029DA"/>
    <w:rsid w:val="0092119E"/>
    <w:rsid w:val="00A61E5E"/>
    <w:rsid w:val="00AA1D8D"/>
    <w:rsid w:val="00AB06C6"/>
    <w:rsid w:val="00B34208"/>
    <w:rsid w:val="00B46566"/>
    <w:rsid w:val="00B47730"/>
    <w:rsid w:val="00C2665D"/>
    <w:rsid w:val="00C924E5"/>
    <w:rsid w:val="00CB0664"/>
    <w:rsid w:val="00CC633D"/>
    <w:rsid w:val="00CD20E9"/>
    <w:rsid w:val="00CF6C83"/>
    <w:rsid w:val="00D27954"/>
    <w:rsid w:val="00D47F27"/>
    <w:rsid w:val="00E458AB"/>
    <w:rsid w:val="00E853AC"/>
    <w:rsid w:val="00EC51DA"/>
    <w:rsid w:val="00F36116"/>
    <w:rsid w:val="00F5176F"/>
    <w:rsid w:val="00F718AA"/>
    <w:rsid w:val="00FC693F"/>
    <w:rsid w:val="00FD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6276C0"/>
  <w14:defaultImageDpi w14:val="300"/>
  <w15:docId w15:val="{E1F3CD75-C7AE-4A1C-B101-438D0B049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8163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71E42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B71E42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B71E42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5B0F2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5B0F2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B71E42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88163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B71E42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B71E42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B71E4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33333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333333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B71E42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B71E42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B71E42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5B0F2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5B0F2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B71E42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B71E42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B71E42" w:themeColor="accent1"/>
      </w:pBdr>
      <w:spacing w:before="200" w:after="280"/>
      <w:ind w:left="936" w:right="936"/>
    </w:pPr>
    <w:rPr>
      <w:b/>
      <w:bCs/>
      <w:i/>
      <w:iCs/>
      <w:color w:val="B71E42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B71E42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B71E42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DE478E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DE478E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881631" w:themeColor="accent1" w:themeShade="BF"/>
    </w:rPr>
    <w:tblPr>
      <w:tblStyleRowBandSize w:val="1"/>
      <w:tblStyleColBandSize w:val="1"/>
      <w:tblBorders>
        <w:top w:val="single" w:sz="8" w:space="0" w:color="B71E42" w:themeColor="accent1"/>
        <w:bottom w:val="single" w:sz="8" w:space="0" w:color="B71E4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71E42" w:themeColor="accent1"/>
          <w:left w:val="nil"/>
          <w:bottom w:val="single" w:sz="8" w:space="0" w:color="B71E4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71E42" w:themeColor="accent1"/>
          <w:left w:val="nil"/>
          <w:bottom w:val="single" w:sz="8" w:space="0" w:color="B71E4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FCC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B92168" w:themeColor="accent2" w:themeShade="BF"/>
    </w:rPr>
    <w:tblPr>
      <w:tblStyleRowBandSize w:val="1"/>
      <w:tblStyleColBandSize w:val="1"/>
      <w:tblBorders>
        <w:top w:val="single" w:sz="8" w:space="0" w:color="DE478E" w:themeColor="accent2"/>
        <w:bottom w:val="single" w:sz="8" w:space="0" w:color="DE478E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78E" w:themeColor="accent2"/>
          <w:left w:val="nil"/>
          <w:bottom w:val="single" w:sz="8" w:space="0" w:color="DE478E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78E" w:themeColor="accent2"/>
          <w:left w:val="nil"/>
          <w:bottom w:val="single" w:sz="8" w:space="0" w:color="DE478E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E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E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9521E7" w:themeColor="accent3" w:themeShade="BF"/>
    </w:rPr>
    <w:tblPr>
      <w:tblStyleRowBandSize w:val="1"/>
      <w:tblStyleColBandSize w:val="1"/>
      <w:tblBorders>
        <w:top w:val="single" w:sz="8" w:space="0" w:color="BC72F0" w:themeColor="accent3"/>
        <w:bottom w:val="single" w:sz="8" w:space="0" w:color="BC72F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C72F0" w:themeColor="accent3"/>
          <w:left w:val="nil"/>
          <w:bottom w:val="single" w:sz="8" w:space="0" w:color="BC72F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C72F0" w:themeColor="accent3"/>
          <w:left w:val="nil"/>
          <w:bottom w:val="single" w:sz="8" w:space="0" w:color="BC72F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DCF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EDCFB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84386" w:themeColor="accent4" w:themeShade="BF"/>
    </w:rPr>
    <w:tblPr>
      <w:tblStyleRowBandSize w:val="1"/>
      <w:tblStyleColBandSize w:val="1"/>
      <w:tblBorders>
        <w:top w:val="single" w:sz="8" w:space="0" w:color="795FAF" w:themeColor="accent4"/>
        <w:bottom w:val="single" w:sz="8" w:space="0" w:color="795FA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95FAF" w:themeColor="accent4"/>
          <w:left w:val="nil"/>
          <w:bottom w:val="single" w:sz="8" w:space="0" w:color="795FA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95FAF" w:themeColor="accent4"/>
          <w:left w:val="nil"/>
          <w:bottom w:val="single" w:sz="8" w:space="0" w:color="795FA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7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7EB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42527C" w:themeColor="accent5" w:themeShade="BF"/>
    </w:rPr>
    <w:tblPr>
      <w:tblStyleRowBandSize w:val="1"/>
      <w:tblStyleColBandSize w:val="1"/>
      <w:tblBorders>
        <w:top w:val="single" w:sz="8" w:space="0" w:color="586EA6" w:themeColor="accent5"/>
        <w:bottom w:val="single" w:sz="8" w:space="0" w:color="586EA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6EA6" w:themeColor="accent5"/>
          <w:left w:val="nil"/>
          <w:bottom w:val="single" w:sz="8" w:space="0" w:color="586EA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6EA6" w:themeColor="accent5"/>
          <w:left w:val="nil"/>
          <w:bottom w:val="single" w:sz="8" w:space="0" w:color="586EA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A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AE9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4C6D79" w:themeColor="accent6" w:themeShade="BF"/>
    </w:rPr>
    <w:tblPr>
      <w:tblStyleRowBandSize w:val="1"/>
      <w:tblStyleColBandSize w:val="1"/>
      <w:tblBorders>
        <w:top w:val="single" w:sz="8" w:space="0" w:color="6892A0" w:themeColor="accent6"/>
        <w:bottom w:val="single" w:sz="8" w:space="0" w:color="6892A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892A0" w:themeColor="accent6"/>
          <w:left w:val="nil"/>
          <w:bottom w:val="single" w:sz="8" w:space="0" w:color="6892A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892A0" w:themeColor="accent6"/>
          <w:left w:val="nil"/>
          <w:bottom w:val="single" w:sz="8" w:space="0" w:color="6892A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E3E7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E3E7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B71E42" w:themeColor="accent1"/>
        <w:left w:val="single" w:sz="8" w:space="0" w:color="B71E42" w:themeColor="accent1"/>
        <w:bottom w:val="single" w:sz="8" w:space="0" w:color="B71E42" w:themeColor="accent1"/>
        <w:right w:val="single" w:sz="8" w:space="0" w:color="B71E4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71E4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</w:tcBorders>
      </w:tcPr>
    </w:tblStylePr>
    <w:tblStylePr w:type="band1Horz"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DE478E" w:themeColor="accent2"/>
        <w:left w:val="single" w:sz="8" w:space="0" w:color="DE478E" w:themeColor="accent2"/>
        <w:bottom w:val="single" w:sz="8" w:space="0" w:color="DE478E" w:themeColor="accent2"/>
        <w:right w:val="single" w:sz="8" w:space="0" w:color="DE478E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78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</w:tcBorders>
      </w:tcPr>
    </w:tblStylePr>
    <w:tblStylePr w:type="band1Horz"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C72F0" w:themeColor="accent3"/>
        <w:left w:val="single" w:sz="8" w:space="0" w:color="BC72F0" w:themeColor="accent3"/>
        <w:bottom w:val="single" w:sz="8" w:space="0" w:color="BC72F0" w:themeColor="accent3"/>
        <w:right w:val="single" w:sz="8" w:space="0" w:color="BC72F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C72F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</w:tcBorders>
      </w:tcPr>
    </w:tblStylePr>
    <w:tblStylePr w:type="band1Horz"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95FAF" w:themeColor="accent4"/>
        <w:left w:val="single" w:sz="8" w:space="0" w:color="795FAF" w:themeColor="accent4"/>
        <w:bottom w:val="single" w:sz="8" w:space="0" w:color="795FAF" w:themeColor="accent4"/>
        <w:right w:val="single" w:sz="8" w:space="0" w:color="795FA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95FA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</w:tcBorders>
      </w:tcPr>
    </w:tblStylePr>
    <w:tblStylePr w:type="band1Horz"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586EA6" w:themeColor="accent5"/>
        <w:left w:val="single" w:sz="8" w:space="0" w:color="586EA6" w:themeColor="accent5"/>
        <w:bottom w:val="single" w:sz="8" w:space="0" w:color="586EA6" w:themeColor="accent5"/>
        <w:right w:val="single" w:sz="8" w:space="0" w:color="586EA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6E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</w:tcBorders>
      </w:tcPr>
    </w:tblStylePr>
    <w:tblStylePr w:type="band1Horz"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6892A0" w:themeColor="accent6"/>
        <w:left w:val="single" w:sz="8" w:space="0" w:color="6892A0" w:themeColor="accent6"/>
        <w:bottom w:val="single" w:sz="8" w:space="0" w:color="6892A0" w:themeColor="accent6"/>
        <w:right w:val="single" w:sz="8" w:space="0" w:color="6892A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892A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</w:tcBorders>
      </w:tcPr>
    </w:tblStylePr>
    <w:tblStylePr w:type="band1Horz"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71E42" w:themeColor="accent1"/>
        <w:left w:val="single" w:sz="8" w:space="0" w:color="B71E42" w:themeColor="accent1"/>
        <w:bottom w:val="single" w:sz="8" w:space="0" w:color="B71E42" w:themeColor="accent1"/>
        <w:right w:val="single" w:sz="8" w:space="0" w:color="B71E42" w:themeColor="accent1"/>
        <w:insideH w:val="single" w:sz="8" w:space="0" w:color="B71E42" w:themeColor="accent1"/>
        <w:insideV w:val="single" w:sz="8" w:space="0" w:color="B71E4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18" w:space="0" w:color="B71E42" w:themeColor="accent1"/>
          <w:right w:val="single" w:sz="8" w:space="0" w:color="B71E42" w:themeColor="accent1"/>
          <w:insideH w:val="nil"/>
          <w:insideV w:val="single" w:sz="8" w:space="0" w:color="B71E4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  <w:insideH w:val="nil"/>
          <w:insideV w:val="single" w:sz="8" w:space="0" w:color="B71E4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</w:tcBorders>
      </w:tcPr>
    </w:tblStylePr>
    <w:tblStylePr w:type="band1Vert"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</w:tcBorders>
        <w:shd w:val="clear" w:color="auto" w:fill="F4BFCC" w:themeFill="accent1" w:themeFillTint="3F"/>
      </w:tcPr>
    </w:tblStylePr>
    <w:tblStylePr w:type="band1Horz"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  <w:insideV w:val="single" w:sz="8" w:space="0" w:color="B71E42" w:themeColor="accent1"/>
        </w:tcBorders>
        <w:shd w:val="clear" w:color="auto" w:fill="F4BFCC" w:themeFill="accent1" w:themeFillTint="3F"/>
      </w:tcPr>
    </w:tblStylePr>
    <w:tblStylePr w:type="band2Horz"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  <w:insideV w:val="single" w:sz="8" w:space="0" w:color="B71E42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DE478E" w:themeColor="accent2"/>
        <w:left w:val="single" w:sz="8" w:space="0" w:color="DE478E" w:themeColor="accent2"/>
        <w:bottom w:val="single" w:sz="8" w:space="0" w:color="DE478E" w:themeColor="accent2"/>
        <w:right w:val="single" w:sz="8" w:space="0" w:color="DE478E" w:themeColor="accent2"/>
        <w:insideH w:val="single" w:sz="8" w:space="0" w:color="DE478E" w:themeColor="accent2"/>
        <w:insideV w:val="single" w:sz="8" w:space="0" w:color="DE478E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18" w:space="0" w:color="DE478E" w:themeColor="accent2"/>
          <w:right w:val="single" w:sz="8" w:space="0" w:color="DE478E" w:themeColor="accent2"/>
          <w:insideH w:val="nil"/>
          <w:insideV w:val="single" w:sz="8" w:space="0" w:color="DE478E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  <w:insideH w:val="nil"/>
          <w:insideV w:val="single" w:sz="8" w:space="0" w:color="DE478E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</w:tcBorders>
      </w:tcPr>
    </w:tblStylePr>
    <w:tblStylePr w:type="band1Vert"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</w:tcBorders>
        <w:shd w:val="clear" w:color="auto" w:fill="F6D1E2" w:themeFill="accent2" w:themeFillTint="3F"/>
      </w:tcPr>
    </w:tblStylePr>
    <w:tblStylePr w:type="band1Horz"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  <w:insideV w:val="single" w:sz="8" w:space="0" w:color="DE478E" w:themeColor="accent2"/>
        </w:tcBorders>
        <w:shd w:val="clear" w:color="auto" w:fill="F6D1E2" w:themeFill="accent2" w:themeFillTint="3F"/>
      </w:tcPr>
    </w:tblStylePr>
    <w:tblStylePr w:type="band2Horz"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  <w:insideV w:val="single" w:sz="8" w:space="0" w:color="DE478E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C72F0" w:themeColor="accent3"/>
        <w:left w:val="single" w:sz="8" w:space="0" w:color="BC72F0" w:themeColor="accent3"/>
        <w:bottom w:val="single" w:sz="8" w:space="0" w:color="BC72F0" w:themeColor="accent3"/>
        <w:right w:val="single" w:sz="8" w:space="0" w:color="BC72F0" w:themeColor="accent3"/>
        <w:insideH w:val="single" w:sz="8" w:space="0" w:color="BC72F0" w:themeColor="accent3"/>
        <w:insideV w:val="single" w:sz="8" w:space="0" w:color="BC72F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18" w:space="0" w:color="BC72F0" w:themeColor="accent3"/>
          <w:right w:val="single" w:sz="8" w:space="0" w:color="BC72F0" w:themeColor="accent3"/>
          <w:insideH w:val="nil"/>
          <w:insideV w:val="single" w:sz="8" w:space="0" w:color="BC72F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  <w:insideH w:val="nil"/>
          <w:insideV w:val="single" w:sz="8" w:space="0" w:color="BC72F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</w:tcBorders>
      </w:tcPr>
    </w:tblStylePr>
    <w:tblStylePr w:type="band1Vert"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</w:tcBorders>
        <w:shd w:val="clear" w:color="auto" w:fill="EEDCFB" w:themeFill="accent3" w:themeFillTint="3F"/>
      </w:tcPr>
    </w:tblStylePr>
    <w:tblStylePr w:type="band1Horz"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  <w:insideV w:val="single" w:sz="8" w:space="0" w:color="BC72F0" w:themeColor="accent3"/>
        </w:tcBorders>
        <w:shd w:val="clear" w:color="auto" w:fill="EEDCFB" w:themeFill="accent3" w:themeFillTint="3F"/>
      </w:tcPr>
    </w:tblStylePr>
    <w:tblStylePr w:type="band2Horz"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  <w:insideV w:val="single" w:sz="8" w:space="0" w:color="BC72F0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95FAF" w:themeColor="accent4"/>
        <w:left w:val="single" w:sz="8" w:space="0" w:color="795FAF" w:themeColor="accent4"/>
        <w:bottom w:val="single" w:sz="8" w:space="0" w:color="795FAF" w:themeColor="accent4"/>
        <w:right w:val="single" w:sz="8" w:space="0" w:color="795FAF" w:themeColor="accent4"/>
        <w:insideH w:val="single" w:sz="8" w:space="0" w:color="795FAF" w:themeColor="accent4"/>
        <w:insideV w:val="single" w:sz="8" w:space="0" w:color="795FA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18" w:space="0" w:color="795FAF" w:themeColor="accent4"/>
          <w:right w:val="single" w:sz="8" w:space="0" w:color="795FAF" w:themeColor="accent4"/>
          <w:insideH w:val="nil"/>
          <w:insideV w:val="single" w:sz="8" w:space="0" w:color="795FA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  <w:insideH w:val="nil"/>
          <w:insideV w:val="single" w:sz="8" w:space="0" w:color="795FA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</w:tcBorders>
      </w:tcPr>
    </w:tblStylePr>
    <w:tblStylePr w:type="band1Vert"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</w:tcBorders>
        <w:shd w:val="clear" w:color="auto" w:fill="DDD7EB" w:themeFill="accent4" w:themeFillTint="3F"/>
      </w:tcPr>
    </w:tblStylePr>
    <w:tblStylePr w:type="band1Horz"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  <w:insideV w:val="single" w:sz="8" w:space="0" w:color="795FAF" w:themeColor="accent4"/>
        </w:tcBorders>
        <w:shd w:val="clear" w:color="auto" w:fill="DDD7EB" w:themeFill="accent4" w:themeFillTint="3F"/>
      </w:tcPr>
    </w:tblStylePr>
    <w:tblStylePr w:type="band2Horz"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  <w:insideV w:val="single" w:sz="8" w:space="0" w:color="795FAF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586EA6" w:themeColor="accent5"/>
        <w:left w:val="single" w:sz="8" w:space="0" w:color="586EA6" w:themeColor="accent5"/>
        <w:bottom w:val="single" w:sz="8" w:space="0" w:color="586EA6" w:themeColor="accent5"/>
        <w:right w:val="single" w:sz="8" w:space="0" w:color="586EA6" w:themeColor="accent5"/>
        <w:insideH w:val="single" w:sz="8" w:space="0" w:color="586EA6" w:themeColor="accent5"/>
        <w:insideV w:val="single" w:sz="8" w:space="0" w:color="586EA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18" w:space="0" w:color="586EA6" w:themeColor="accent5"/>
          <w:right w:val="single" w:sz="8" w:space="0" w:color="586EA6" w:themeColor="accent5"/>
          <w:insideH w:val="nil"/>
          <w:insideV w:val="single" w:sz="8" w:space="0" w:color="586EA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  <w:insideH w:val="nil"/>
          <w:insideV w:val="single" w:sz="8" w:space="0" w:color="586EA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</w:tcBorders>
      </w:tcPr>
    </w:tblStylePr>
    <w:tblStylePr w:type="band1Vert"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</w:tcBorders>
        <w:shd w:val="clear" w:color="auto" w:fill="D5DAE9" w:themeFill="accent5" w:themeFillTint="3F"/>
      </w:tcPr>
    </w:tblStylePr>
    <w:tblStylePr w:type="band1Horz"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  <w:insideV w:val="single" w:sz="8" w:space="0" w:color="586EA6" w:themeColor="accent5"/>
        </w:tcBorders>
        <w:shd w:val="clear" w:color="auto" w:fill="D5DAE9" w:themeFill="accent5" w:themeFillTint="3F"/>
      </w:tcPr>
    </w:tblStylePr>
    <w:tblStylePr w:type="band2Horz"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  <w:insideV w:val="single" w:sz="8" w:space="0" w:color="586EA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6892A0" w:themeColor="accent6"/>
        <w:left w:val="single" w:sz="8" w:space="0" w:color="6892A0" w:themeColor="accent6"/>
        <w:bottom w:val="single" w:sz="8" w:space="0" w:color="6892A0" w:themeColor="accent6"/>
        <w:right w:val="single" w:sz="8" w:space="0" w:color="6892A0" w:themeColor="accent6"/>
        <w:insideH w:val="single" w:sz="8" w:space="0" w:color="6892A0" w:themeColor="accent6"/>
        <w:insideV w:val="single" w:sz="8" w:space="0" w:color="6892A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18" w:space="0" w:color="6892A0" w:themeColor="accent6"/>
          <w:right w:val="single" w:sz="8" w:space="0" w:color="6892A0" w:themeColor="accent6"/>
          <w:insideH w:val="nil"/>
          <w:insideV w:val="single" w:sz="8" w:space="0" w:color="6892A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  <w:insideH w:val="nil"/>
          <w:insideV w:val="single" w:sz="8" w:space="0" w:color="6892A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</w:tcBorders>
      </w:tcPr>
    </w:tblStylePr>
    <w:tblStylePr w:type="band1Vert"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</w:tcBorders>
        <w:shd w:val="clear" w:color="auto" w:fill="D9E3E7" w:themeFill="accent6" w:themeFillTint="3F"/>
      </w:tcPr>
    </w:tblStylePr>
    <w:tblStylePr w:type="band1Horz"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  <w:insideV w:val="single" w:sz="8" w:space="0" w:color="6892A0" w:themeColor="accent6"/>
        </w:tcBorders>
        <w:shd w:val="clear" w:color="auto" w:fill="D9E3E7" w:themeFill="accent6" w:themeFillTint="3F"/>
      </w:tcPr>
    </w:tblStylePr>
    <w:tblStylePr w:type="band2Horz"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  <w:insideV w:val="single" w:sz="8" w:space="0" w:color="6892A0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DF3F65" w:themeColor="accent1" w:themeTint="BF"/>
        <w:left w:val="single" w:sz="8" w:space="0" w:color="DF3F65" w:themeColor="accent1" w:themeTint="BF"/>
        <w:bottom w:val="single" w:sz="8" w:space="0" w:color="DF3F65" w:themeColor="accent1" w:themeTint="BF"/>
        <w:right w:val="single" w:sz="8" w:space="0" w:color="DF3F65" w:themeColor="accent1" w:themeTint="BF"/>
        <w:insideH w:val="single" w:sz="8" w:space="0" w:color="DF3F6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F3F65" w:themeColor="accent1" w:themeTint="BF"/>
          <w:left w:val="single" w:sz="8" w:space="0" w:color="DF3F65" w:themeColor="accent1" w:themeTint="BF"/>
          <w:bottom w:val="single" w:sz="8" w:space="0" w:color="DF3F65" w:themeColor="accent1" w:themeTint="BF"/>
          <w:right w:val="single" w:sz="8" w:space="0" w:color="DF3F65" w:themeColor="accent1" w:themeTint="BF"/>
          <w:insideH w:val="nil"/>
          <w:insideV w:val="nil"/>
        </w:tcBorders>
        <w:shd w:val="clear" w:color="auto" w:fill="B71E4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3F65" w:themeColor="accent1" w:themeTint="BF"/>
          <w:left w:val="single" w:sz="8" w:space="0" w:color="DF3F65" w:themeColor="accent1" w:themeTint="BF"/>
          <w:bottom w:val="single" w:sz="8" w:space="0" w:color="DF3F65" w:themeColor="accent1" w:themeTint="BF"/>
          <w:right w:val="single" w:sz="8" w:space="0" w:color="DF3F6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FC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FC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675A9" w:themeColor="accent2" w:themeTint="BF"/>
        <w:left w:val="single" w:sz="8" w:space="0" w:color="E675A9" w:themeColor="accent2" w:themeTint="BF"/>
        <w:bottom w:val="single" w:sz="8" w:space="0" w:color="E675A9" w:themeColor="accent2" w:themeTint="BF"/>
        <w:right w:val="single" w:sz="8" w:space="0" w:color="E675A9" w:themeColor="accent2" w:themeTint="BF"/>
        <w:insideH w:val="single" w:sz="8" w:space="0" w:color="E675A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5A9" w:themeColor="accent2" w:themeTint="BF"/>
          <w:left w:val="single" w:sz="8" w:space="0" w:color="E675A9" w:themeColor="accent2" w:themeTint="BF"/>
          <w:bottom w:val="single" w:sz="8" w:space="0" w:color="E675A9" w:themeColor="accent2" w:themeTint="BF"/>
          <w:right w:val="single" w:sz="8" w:space="0" w:color="E675A9" w:themeColor="accent2" w:themeTint="BF"/>
          <w:insideH w:val="nil"/>
          <w:insideV w:val="nil"/>
        </w:tcBorders>
        <w:shd w:val="clear" w:color="auto" w:fill="DE478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5A9" w:themeColor="accent2" w:themeTint="BF"/>
          <w:left w:val="single" w:sz="8" w:space="0" w:color="E675A9" w:themeColor="accent2" w:themeTint="BF"/>
          <w:bottom w:val="single" w:sz="8" w:space="0" w:color="E675A9" w:themeColor="accent2" w:themeTint="BF"/>
          <w:right w:val="single" w:sz="8" w:space="0" w:color="E675A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E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E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C95F3" w:themeColor="accent3" w:themeTint="BF"/>
        <w:left w:val="single" w:sz="8" w:space="0" w:color="CC95F3" w:themeColor="accent3" w:themeTint="BF"/>
        <w:bottom w:val="single" w:sz="8" w:space="0" w:color="CC95F3" w:themeColor="accent3" w:themeTint="BF"/>
        <w:right w:val="single" w:sz="8" w:space="0" w:color="CC95F3" w:themeColor="accent3" w:themeTint="BF"/>
        <w:insideH w:val="single" w:sz="8" w:space="0" w:color="CC95F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C95F3" w:themeColor="accent3" w:themeTint="BF"/>
          <w:left w:val="single" w:sz="8" w:space="0" w:color="CC95F3" w:themeColor="accent3" w:themeTint="BF"/>
          <w:bottom w:val="single" w:sz="8" w:space="0" w:color="CC95F3" w:themeColor="accent3" w:themeTint="BF"/>
          <w:right w:val="single" w:sz="8" w:space="0" w:color="CC95F3" w:themeColor="accent3" w:themeTint="BF"/>
          <w:insideH w:val="nil"/>
          <w:insideV w:val="nil"/>
        </w:tcBorders>
        <w:shd w:val="clear" w:color="auto" w:fill="BC72F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95F3" w:themeColor="accent3" w:themeTint="BF"/>
          <w:left w:val="single" w:sz="8" w:space="0" w:color="CC95F3" w:themeColor="accent3" w:themeTint="BF"/>
          <w:bottom w:val="single" w:sz="8" w:space="0" w:color="CC95F3" w:themeColor="accent3" w:themeTint="BF"/>
          <w:right w:val="single" w:sz="8" w:space="0" w:color="CC95F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CF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EDCF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A87C3" w:themeColor="accent4" w:themeTint="BF"/>
        <w:left w:val="single" w:sz="8" w:space="0" w:color="9A87C3" w:themeColor="accent4" w:themeTint="BF"/>
        <w:bottom w:val="single" w:sz="8" w:space="0" w:color="9A87C3" w:themeColor="accent4" w:themeTint="BF"/>
        <w:right w:val="single" w:sz="8" w:space="0" w:color="9A87C3" w:themeColor="accent4" w:themeTint="BF"/>
        <w:insideH w:val="single" w:sz="8" w:space="0" w:color="9A87C3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A87C3" w:themeColor="accent4" w:themeTint="BF"/>
          <w:left w:val="single" w:sz="8" w:space="0" w:color="9A87C3" w:themeColor="accent4" w:themeTint="BF"/>
          <w:bottom w:val="single" w:sz="8" w:space="0" w:color="9A87C3" w:themeColor="accent4" w:themeTint="BF"/>
          <w:right w:val="single" w:sz="8" w:space="0" w:color="9A87C3" w:themeColor="accent4" w:themeTint="BF"/>
          <w:insideH w:val="nil"/>
          <w:insideV w:val="nil"/>
        </w:tcBorders>
        <w:shd w:val="clear" w:color="auto" w:fill="795FA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A87C3" w:themeColor="accent4" w:themeTint="BF"/>
          <w:left w:val="single" w:sz="8" w:space="0" w:color="9A87C3" w:themeColor="accent4" w:themeTint="BF"/>
          <w:bottom w:val="single" w:sz="8" w:space="0" w:color="9A87C3" w:themeColor="accent4" w:themeTint="BF"/>
          <w:right w:val="single" w:sz="8" w:space="0" w:color="9A87C3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7E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D7E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191BC" w:themeColor="accent5" w:themeTint="BF"/>
        <w:left w:val="single" w:sz="8" w:space="0" w:color="8191BC" w:themeColor="accent5" w:themeTint="BF"/>
        <w:bottom w:val="single" w:sz="8" w:space="0" w:color="8191BC" w:themeColor="accent5" w:themeTint="BF"/>
        <w:right w:val="single" w:sz="8" w:space="0" w:color="8191BC" w:themeColor="accent5" w:themeTint="BF"/>
        <w:insideH w:val="single" w:sz="8" w:space="0" w:color="8191BC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91BC" w:themeColor="accent5" w:themeTint="BF"/>
          <w:left w:val="single" w:sz="8" w:space="0" w:color="8191BC" w:themeColor="accent5" w:themeTint="BF"/>
          <w:bottom w:val="single" w:sz="8" w:space="0" w:color="8191BC" w:themeColor="accent5" w:themeTint="BF"/>
          <w:right w:val="single" w:sz="8" w:space="0" w:color="8191BC" w:themeColor="accent5" w:themeTint="BF"/>
          <w:insideH w:val="nil"/>
          <w:insideV w:val="nil"/>
        </w:tcBorders>
        <w:shd w:val="clear" w:color="auto" w:fill="586E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91BC" w:themeColor="accent5" w:themeTint="BF"/>
          <w:left w:val="single" w:sz="8" w:space="0" w:color="8191BC" w:themeColor="accent5" w:themeTint="BF"/>
          <w:bottom w:val="single" w:sz="8" w:space="0" w:color="8191BC" w:themeColor="accent5" w:themeTint="BF"/>
          <w:right w:val="single" w:sz="8" w:space="0" w:color="8191BC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A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A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DADB7" w:themeColor="accent6" w:themeTint="BF"/>
        <w:left w:val="single" w:sz="8" w:space="0" w:color="8DADB7" w:themeColor="accent6" w:themeTint="BF"/>
        <w:bottom w:val="single" w:sz="8" w:space="0" w:color="8DADB7" w:themeColor="accent6" w:themeTint="BF"/>
        <w:right w:val="single" w:sz="8" w:space="0" w:color="8DADB7" w:themeColor="accent6" w:themeTint="BF"/>
        <w:insideH w:val="single" w:sz="8" w:space="0" w:color="8DADB7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DADB7" w:themeColor="accent6" w:themeTint="BF"/>
          <w:left w:val="single" w:sz="8" w:space="0" w:color="8DADB7" w:themeColor="accent6" w:themeTint="BF"/>
          <w:bottom w:val="single" w:sz="8" w:space="0" w:color="8DADB7" w:themeColor="accent6" w:themeTint="BF"/>
          <w:right w:val="single" w:sz="8" w:space="0" w:color="8DADB7" w:themeColor="accent6" w:themeTint="BF"/>
          <w:insideH w:val="nil"/>
          <w:insideV w:val="nil"/>
        </w:tcBorders>
        <w:shd w:val="clear" w:color="auto" w:fill="6892A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ADB7" w:themeColor="accent6" w:themeTint="BF"/>
          <w:left w:val="single" w:sz="8" w:space="0" w:color="8DADB7" w:themeColor="accent6" w:themeTint="BF"/>
          <w:bottom w:val="single" w:sz="8" w:space="0" w:color="8DADB7" w:themeColor="accent6" w:themeTint="BF"/>
          <w:right w:val="single" w:sz="8" w:space="0" w:color="8DADB7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3E7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E3E7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71E4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71E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71E4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78E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78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78E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C72F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C72F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C72F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95FA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95FA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95FA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6EA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6E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6EA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892A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892A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892A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71E42" w:themeColor="accent1"/>
        <w:bottom w:val="single" w:sz="8" w:space="0" w:color="B71E4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71E42" w:themeColor="accent1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B71E42" w:themeColor="accent1"/>
          <w:bottom w:val="single" w:sz="8" w:space="0" w:color="B71E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71E42" w:themeColor="accent1"/>
          <w:bottom w:val="single" w:sz="8" w:space="0" w:color="B71E42" w:themeColor="accent1"/>
        </w:tcBorders>
      </w:tcPr>
    </w:tblStylePr>
    <w:tblStylePr w:type="band1Vert">
      <w:tblPr/>
      <w:tcPr>
        <w:shd w:val="clear" w:color="auto" w:fill="F4BFCC" w:themeFill="accent1" w:themeFillTint="3F"/>
      </w:tcPr>
    </w:tblStylePr>
    <w:tblStylePr w:type="band1Horz">
      <w:tblPr/>
      <w:tcPr>
        <w:shd w:val="clear" w:color="auto" w:fill="F4BFCC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78E" w:themeColor="accent2"/>
        <w:bottom w:val="single" w:sz="8" w:space="0" w:color="DE478E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78E" w:themeColor="accent2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DE478E" w:themeColor="accent2"/>
          <w:bottom w:val="single" w:sz="8" w:space="0" w:color="DE478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78E" w:themeColor="accent2"/>
          <w:bottom w:val="single" w:sz="8" w:space="0" w:color="DE478E" w:themeColor="accent2"/>
        </w:tcBorders>
      </w:tcPr>
    </w:tblStylePr>
    <w:tblStylePr w:type="band1Vert">
      <w:tblPr/>
      <w:tcPr>
        <w:shd w:val="clear" w:color="auto" w:fill="F6D1E2" w:themeFill="accent2" w:themeFillTint="3F"/>
      </w:tcPr>
    </w:tblStylePr>
    <w:tblStylePr w:type="band1Horz">
      <w:tblPr/>
      <w:tcPr>
        <w:shd w:val="clear" w:color="auto" w:fill="F6D1E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C72F0" w:themeColor="accent3"/>
        <w:bottom w:val="single" w:sz="8" w:space="0" w:color="BC72F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C72F0" w:themeColor="accent3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BC72F0" w:themeColor="accent3"/>
          <w:bottom w:val="single" w:sz="8" w:space="0" w:color="BC72F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C72F0" w:themeColor="accent3"/>
          <w:bottom w:val="single" w:sz="8" w:space="0" w:color="BC72F0" w:themeColor="accent3"/>
        </w:tcBorders>
      </w:tcPr>
    </w:tblStylePr>
    <w:tblStylePr w:type="band1Vert">
      <w:tblPr/>
      <w:tcPr>
        <w:shd w:val="clear" w:color="auto" w:fill="EEDCFB" w:themeFill="accent3" w:themeFillTint="3F"/>
      </w:tcPr>
    </w:tblStylePr>
    <w:tblStylePr w:type="band1Horz">
      <w:tblPr/>
      <w:tcPr>
        <w:shd w:val="clear" w:color="auto" w:fill="EEDCFB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95FAF" w:themeColor="accent4"/>
        <w:bottom w:val="single" w:sz="8" w:space="0" w:color="795FA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95FAF" w:themeColor="accent4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795FAF" w:themeColor="accent4"/>
          <w:bottom w:val="single" w:sz="8" w:space="0" w:color="795FA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95FAF" w:themeColor="accent4"/>
          <w:bottom w:val="single" w:sz="8" w:space="0" w:color="795FAF" w:themeColor="accent4"/>
        </w:tcBorders>
      </w:tcPr>
    </w:tblStylePr>
    <w:tblStylePr w:type="band1Vert">
      <w:tblPr/>
      <w:tcPr>
        <w:shd w:val="clear" w:color="auto" w:fill="DDD7EB" w:themeFill="accent4" w:themeFillTint="3F"/>
      </w:tcPr>
    </w:tblStylePr>
    <w:tblStylePr w:type="band1Horz">
      <w:tblPr/>
      <w:tcPr>
        <w:shd w:val="clear" w:color="auto" w:fill="DDD7EB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6EA6" w:themeColor="accent5"/>
        <w:bottom w:val="single" w:sz="8" w:space="0" w:color="586EA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6EA6" w:themeColor="accent5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586EA6" w:themeColor="accent5"/>
          <w:bottom w:val="single" w:sz="8" w:space="0" w:color="586E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6EA6" w:themeColor="accent5"/>
          <w:bottom w:val="single" w:sz="8" w:space="0" w:color="586EA6" w:themeColor="accent5"/>
        </w:tcBorders>
      </w:tcPr>
    </w:tblStylePr>
    <w:tblStylePr w:type="band1Vert">
      <w:tblPr/>
      <w:tcPr>
        <w:shd w:val="clear" w:color="auto" w:fill="D5DAE9" w:themeFill="accent5" w:themeFillTint="3F"/>
      </w:tcPr>
    </w:tblStylePr>
    <w:tblStylePr w:type="band1Horz">
      <w:tblPr/>
      <w:tcPr>
        <w:shd w:val="clear" w:color="auto" w:fill="D5DAE9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892A0" w:themeColor="accent6"/>
        <w:bottom w:val="single" w:sz="8" w:space="0" w:color="6892A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892A0" w:themeColor="accent6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6892A0" w:themeColor="accent6"/>
          <w:bottom w:val="single" w:sz="8" w:space="0" w:color="6892A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892A0" w:themeColor="accent6"/>
          <w:bottom w:val="single" w:sz="8" w:space="0" w:color="6892A0" w:themeColor="accent6"/>
        </w:tcBorders>
      </w:tcPr>
    </w:tblStylePr>
    <w:tblStylePr w:type="band1Vert">
      <w:tblPr/>
      <w:tcPr>
        <w:shd w:val="clear" w:color="auto" w:fill="D9E3E7" w:themeFill="accent6" w:themeFillTint="3F"/>
      </w:tcPr>
    </w:tblStylePr>
    <w:tblStylePr w:type="band1Horz">
      <w:tblPr/>
      <w:tcPr>
        <w:shd w:val="clear" w:color="auto" w:fill="D9E3E7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71E42" w:themeColor="accent1"/>
        <w:left w:val="single" w:sz="8" w:space="0" w:color="B71E42" w:themeColor="accent1"/>
        <w:bottom w:val="single" w:sz="8" w:space="0" w:color="B71E42" w:themeColor="accent1"/>
        <w:right w:val="single" w:sz="8" w:space="0" w:color="B71E4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71E4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B71E4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71E4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71E4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FC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78E" w:themeColor="accent2"/>
        <w:left w:val="single" w:sz="8" w:space="0" w:color="DE478E" w:themeColor="accent2"/>
        <w:bottom w:val="single" w:sz="8" w:space="0" w:color="DE478E" w:themeColor="accent2"/>
        <w:right w:val="single" w:sz="8" w:space="0" w:color="DE478E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78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E478E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78E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78E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E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E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C72F0" w:themeColor="accent3"/>
        <w:left w:val="single" w:sz="8" w:space="0" w:color="BC72F0" w:themeColor="accent3"/>
        <w:bottom w:val="single" w:sz="8" w:space="0" w:color="BC72F0" w:themeColor="accent3"/>
        <w:right w:val="single" w:sz="8" w:space="0" w:color="BC72F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C72F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BC72F0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C72F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C72F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DCF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EDCF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95FAF" w:themeColor="accent4"/>
        <w:left w:val="single" w:sz="8" w:space="0" w:color="795FAF" w:themeColor="accent4"/>
        <w:bottom w:val="single" w:sz="8" w:space="0" w:color="795FAF" w:themeColor="accent4"/>
        <w:right w:val="single" w:sz="8" w:space="0" w:color="795FA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95FA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95FAF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95FA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95FA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7E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D7E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86EA6" w:themeColor="accent5"/>
        <w:left w:val="single" w:sz="8" w:space="0" w:color="586EA6" w:themeColor="accent5"/>
        <w:bottom w:val="single" w:sz="8" w:space="0" w:color="586EA6" w:themeColor="accent5"/>
        <w:right w:val="single" w:sz="8" w:space="0" w:color="586EA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6E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86EA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6EA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6EA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A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A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892A0" w:themeColor="accent6"/>
        <w:left w:val="single" w:sz="8" w:space="0" w:color="6892A0" w:themeColor="accent6"/>
        <w:bottom w:val="single" w:sz="8" w:space="0" w:color="6892A0" w:themeColor="accent6"/>
        <w:right w:val="single" w:sz="8" w:space="0" w:color="6892A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892A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892A0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892A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892A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E3E7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E3E7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DF3F65" w:themeColor="accent1" w:themeTint="BF"/>
        <w:left w:val="single" w:sz="8" w:space="0" w:color="DF3F65" w:themeColor="accent1" w:themeTint="BF"/>
        <w:bottom w:val="single" w:sz="8" w:space="0" w:color="DF3F65" w:themeColor="accent1" w:themeTint="BF"/>
        <w:right w:val="single" w:sz="8" w:space="0" w:color="DF3F65" w:themeColor="accent1" w:themeTint="BF"/>
        <w:insideH w:val="single" w:sz="8" w:space="0" w:color="DF3F65" w:themeColor="accent1" w:themeTint="BF"/>
        <w:insideV w:val="single" w:sz="8" w:space="0" w:color="DF3F65" w:themeColor="accent1" w:themeTint="BF"/>
      </w:tblBorders>
    </w:tblPr>
    <w:tcPr>
      <w:shd w:val="clear" w:color="auto" w:fill="F4BFC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F3F6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7F98" w:themeFill="accent1" w:themeFillTint="7F"/>
      </w:tcPr>
    </w:tblStylePr>
    <w:tblStylePr w:type="band1Horz">
      <w:tblPr/>
      <w:tcPr>
        <w:shd w:val="clear" w:color="auto" w:fill="EA7F98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675A9" w:themeColor="accent2" w:themeTint="BF"/>
        <w:left w:val="single" w:sz="8" w:space="0" w:color="E675A9" w:themeColor="accent2" w:themeTint="BF"/>
        <w:bottom w:val="single" w:sz="8" w:space="0" w:color="E675A9" w:themeColor="accent2" w:themeTint="BF"/>
        <w:right w:val="single" w:sz="8" w:space="0" w:color="E675A9" w:themeColor="accent2" w:themeTint="BF"/>
        <w:insideH w:val="single" w:sz="8" w:space="0" w:color="E675A9" w:themeColor="accent2" w:themeTint="BF"/>
        <w:insideV w:val="single" w:sz="8" w:space="0" w:color="E675A9" w:themeColor="accent2" w:themeTint="BF"/>
      </w:tblBorders>
    </w:tblPr>
    <w:tcPr>
      <w:shd w:val="clear" w:color="auto" w:fill="F6D1E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5A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C6" w:themeFill="accent2" w:themeFillTint="7F"/>
      </w:tcPr>
    </w:tblStylePr>
    <w:tblStylePr w:type="band1Horz">
      <w:tblPr/>
      <w:tcPr>
        <w:shd w:val="clear" w:color="auto" w:fill="EEA3C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C95F3" w:themeColor="accent3" w:themeTint="BF"/>
        <w:left w:val="single" w:sz="8" w:space="0" w:color="CC95F3" w:themeColor="accent3" w:themeTint="BF"/>
        <w:bottom w:val="single" w:sz="8" w:space="0" w:color="CC95F3" w:themeColor="accent3" w:themeTint="BF"/>
        <w:right w:val="single" w:sz="8" w:space="0" w:color="CC95F3" w:themeColor="accent3" w:themeTint="BF"/>
        <w:insideH w:val="single" w:sz="8" w:space="0" w:color="CC95F3" w:themeColor="accent3" w:themeTint="BF"/>
        <w:insideV w:val="single" w:sz="8" w:space="0" w:color="CC95F3" w:themeColor="accent3" w:themeTint="BF"/>
      </w:tblBorders>
    </w:tblPr>
    <w:tcPr>
      <w:shd w:val="clear" w:color="auto" w:fill="EEDCF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C95F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B8F7" w:themeFill="accent3" w:themeFillTint="7F"/>
      </w:tcPr>
    </w:tblStylePr>
    <w:tblStylePr w:type="band1Horz">
      <w:tblPr/>
      <w:tcPr>
        <w:shd w:val="clear" w:color="auto" w:fill="DDB8F7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A87C3" w:themeColor="accent4" w:themeTint="BF"/>
        <w:left w:val="single" w:sz="8" w:space="0" w:color="9A87C3" w:themeColor="accent4" w:themeTint="BF"/>
        <w:bottom w:val="single" w:sz="8" w:space="0" w:color="9A87C3" w:themeColor="accent4" w:themeTint="BF"/>
        <w:right w:val="single" w:sz="8" w:space="0" w:color="9A87C3" w:themeColor="accent4" w:themeTint="BF"/>
        <w:insideH w:val="single" w:sz="8" w:space="0" w:color="9A87C3" w:themeColor="accent4" w:themeTint="BF"/>
        <w:insideV w:val="single" w:sz="8" w:space="0" w:color="9A87C3" w:themeColor="accent4" w:themeTint="BF"/>
      </w:tblBorders>
    </w:tblPr>
    <w:tcPr>
      <w:shd w:val="clear" w:color="auto" w:fill="DDD7E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A87C3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AFD7" w:themeFill="accent4" w:themeFillTint="7F"/>
      </w:tcPr>
    </w:tblStylePr>
    <w:tblStylePr w:type="band1Horz">
      <w:tblPr/>
      <w:tcPr>
        <w:shd w:val="clear" w:color="auto" w:fill="BCAFD7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191BC" w:themeColor="accent5" w:themeTint="BF"/>
        <w:left w:val="single" w:sz="8" w:space="0" w:color="8191BC" w:themeColor="accent5" w:themeTint="BF"/>
        <w:bottom w:val="single" w:sz="8" w:space="0" w:color="8191BC" w:themeColor="accent5" w:themeTint="BF"/>
        <w:right w:val="single" w:sz="8" w:space="0" w:color="8191BC" w:themeColor="accent5" w:themeTint="BF"/>
        <w:insideH w:val="single" w:sz="8" w:space="0" w:color="8191BC" w:themeColor="accent5" w:themeTint="BF"/>
        <w:insideV w:val="single" w:sz="8" w:space="0" w:color="8191BC" w:themeColor="accent5" w:themeTint="BF"/>
      </w:tblBorders>
    </w:tblPr>
    <w:tcPr>
      <w:shd w:val="clear" w:color="auto" w:fill="D5DA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91BC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B6D2" w:themeFill="accent5" w:themeFillTint="7F"/>
      </w:tcPr>
    </w:tblStylePr>
    <w:tblStylePr w:type="band1Horz">
      <w:tblPr/>
      <w:tcPr>
        <w:shd w:val="clear" w:color="auto" w:fill="ABB6D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DADB7" w:themeColor="accent6" w:themeTint="BF"/>
        <w:left w:val="single" w:sz="8" w:space="0" w:color="8DADB7" w:themeColor="accent6" w:themeTint="BF"/>
        <w:bottom w:val="single" w:sz="8" w:space="0" w:color="8DADB7" w:themeColor="accent6" w:themeTint="BF"/>
        <w:right w:val="single" w:sz="8" w:space="0" w:color="8DADB7" w:themeColor="accent6" w:themeTint="BF"/>
        <w:insideH w:val="single" w:sz="8" w:space="0" w:color="8DADB7" w:themeColor="accent6" w:themeTint="BF"/>
        <w:insideV w:val="single" w:sz="8" w:space="0" w:color="8DADB7" w:themeColor="accent6" w:themeTint="BF"/>
      </w:tblBorders>
    </w:tblPr>
    <w:tcPr>
      <w:shd w:val="clear" w:color="auto" w:fill="D9E3E7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DADB7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C8CF" w:themeFill="accent6" w:themeFillTint="7F"/>
      </w:tcPr>
    </w:tblStylePr>
    <w:tblStylePr w:type="band1Horz">
      <w:tblPr/>
      <w:tcPr>
        <w:shd w:val="clear" w:color="auto" w:fill="B3C8CF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71E42" w:themeColor="accent1"/>
        <w:left w:val="single" w:sz="8" w:space="0" w:color="B71E42" w:themeColor="accent1"/>
        <w:bottom w:val="single" w:sz="8" w:space="0" w:color="B71E42" w:themeColor="accent1"/>
        <w:right w:val="single" w:sz="8" w:space="0" w:color="B71E42" w:themeColor="accent1"/>
        <w:insideH w:val="single" w:sz="8" w:space="0" w:color="B71E42" w:themeColor="accent1"/>
        <w:insideV w:val="single" w:sz="8" w:space="0" w:color="B71E42" w:themeColor="accent1"/>
      </w:tblBorders>
    </w:tblPr>
    <w:tcPr>
      <w:shd w:val="clear" w:color="auto" w:fill="F4BFC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E5E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BD5" w:themeFill="accent1" w:themeFillTint="33"/>
      </w:tcPr>
    </w:tblStylePr>
    <w:tblStylePr w:type="band1Vert">
      <w:tblPr/>
      <w:tcPr>
        <w:shd w:val="clear" w:color="auto" w:fill="EA7F98" w:themeFill="accent1" w:themeFillTint="7F"/>
      </w:tcPr>
    </w:tblStylePr>
    <w:tblStylePr w:type="band1Horz">
      <w:tblPr/>
      <w:tcPr>
        <w:tcBorders>
          <w:insideH w:val="single" w:sz="6" w:space="0" w:color="B71E42" w:themeColor="accent1"/>
          <w:insideV w:val="single" w:sz="6" w:space="0" w:color="B71E42" w:themeColor="accent1"/>
        </w:tcBorders>
        <w:shd w:val="clear" w:color="auto" w:fill="EA7F9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78E" w:themeColor="accent2"/>
        <w:left w:val="single" w:sz="8" w:space="0" w:color="DE478E" w:themeColor="accent2"/>
        <w:bottom w:val="single" w:sz="8" w:space="0" w:color="DE478E" w:themeColor="accent2"/>
        <w:right w:val="single" w:sz="8" w:space="0" w:color="DE478E" w:themeColor="accent2"/>
        <w:insideH w:val="single" w:sz="8" w:space="0" w:color="DE478E" w:themeColor="accent2"/>
        <w:insideV w:val="single" w:sz="8" w:space="0" w:color="DE478E" w:themeColor="accent2"/>
      </w:tblBorders>
    </w:tblPr>
    <w:tcPr>
      <w:shd w:val="clear" w:color="auto" w:fill="F6D1E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F3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9E8" w:themeFill="accent2" w:themeFillTint="33"/>
      </w:tcPr>
    </w:tblStylePr>
    <w:tblStylePr w:type="band1Vert">
      <w:tblPr/>
      <w:tcPr>
        <w:shd w:val="clear" w:color="auto" w:fill="EEA3C6" w:themeFill="accent2" w:themeFillTint="7F"/>
      </w:tcPr>
    </w:tblStylePr>
    <w:tblStylePr w:type="band1Horz">
      <w:tblPr/>
      <w:tcPr>
        <w:tcBorders>
          <w:insideH w:val="single" w:sz="6" w:space="0" w:color="DE478E" w:themeColor="accent2"/>
          <w:insideV w:val="single" w:sz="6" w:space="0" w:color="DE478E" w:themeColor="accent2"/>
        </w:tcBorders>
        <w:shd w:val="clear" w:color="auto" w:fill="EEA3C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C72F0" w:themeColor="accent3"/>
        <w:left w:val="single" w:sz="8" w:space="0" w:color="BC72F0" w:themeColor="accent3"/>
        <w:bottom w:val="single" w:sz="8" w:space="0" w:color="BC72F0" w:themeColor="accent3"/>
        <w:right w:val="single" w:sz="8" w:space="0" w:color="BC72F0" w:themeColor="accent3"/>
        <w:insideH w:val="single" w:sz="8" w:space="0" w:color="BC72F0" w:themeColor="accent3"/>
        <w:insideV w:val="single" w:sz="8" w:space="0" w:color="BC72F0" w:themeColor="accent3"/>
      </w:tblBorders>
    </w:tblPr>
    <w:tcPr>
      <w:shd w:val="clear" w:color="auto" w:fill="EEDCFB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8F1FD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E2FC" w:themeFill="accent3" w:themeFillTint="33"/>
      </w:tcPr>
    </w:tblStylePr>
    <w:tblStylePr w:type="band1Vert">
      <w:tblPr/>
      <w:tcPr>
        <w:shd w:val="clear" w:color="auto" w:fill="DDB8F7" w:themeFill="accent3" w:themeFillTint="7F"/>
      </w:tcPr>
    </w:tblStylePr>
    <w:tblStylePr w:type="band1Horz">
      <w:tblPr/>
      <w:tcPr>
        <w:tcBorders>
          <w:insideH w:val="single" w:sz="6" w:space="0" w:color="BC72F0" w:themeColor="accent3"/>
          <w:insideV w:val="single" w:sz="6" w:space="0" w:color="BC72F0" w:themeColor="accent3"/>
        </w:tcBorders>
        <w:shd w:val="clear" w:color="auto" w:fill="DDB8F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95FAF" w:themeColor="accent4"/>
        <w:left w:val="single" w:sz="8" w:space="0" w:color="795FAF" w:themeColor="accent4"/>
        <w:bottom w:val="single" w:sz="8" w:space="0" w:color="795FAF" w:themeColor="accent4"/>
        <w:right w:val="single" w:sz="8" w:space="0" w:color="795FAF" w:themeColor="accent4"/>
        <w:insideH w:val="single" w:sz="8" w:space="0" w:color="795FAF" w:themeColor="accent4"/>
        <w:insideV w:val="single" w:sz="8" w:space="0" w:color="795FAF" w:themeColor="accent4"/>
      </w:tblBorders>
    </w:tblPr>
    <w:tcPr>
      <w:shd w:val="clear" w:color="auto" w:fill="DDD7E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EFF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DFEF" w:themeFill="accent4" w:themeFillTint="33"/>
      </w:tcPr>
    </w:tblStylePr>
    <w:tblStylePr w:type="band1Vert">
      <w:tblPr/>
      <w:tcPr>
        <w:shd w:val="clear" w:color="auto" w:fill="BCAFD7" w:themeFill="accent4" w:themeFillTint="7F"/>
      </w:tcPr>
    </w:tblStylePr>
    <w:tblStylePr w:type="band1Horz">
      <w:tblPr/>
      <w:tcPr>
        <w:tcBorders>
          <w:insideH w:val="single" w:sz="6" w:space="0" w:color="795FAF" w:themeColor="accent4"/>
          <w:insideV w:val="single" w:sz="6" w:space="0" w:color="795FAF" w:themeColor="accent4"/>
        </w:tcBorders>
        <w:shd w:val="clear" w:color="auto" w:fill="BCAFD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86EA6" w:themeColor="accent5"/>
        <w:left w:val="single" w:sz="8" w:space="0" w:color="586EA6" w:themeColor="accent5"/>
        <w:bottom w:val="single" w:sz="8" w:space="0" w:color="586EA6" w:themeColor="accent5"/>
        <w:right w:val="single" w:sz="8" w:space="0" w:color="586EA6" w:themeColor="accent5"/>
        <w:insideH w:val="single" w:sz="8" w:space="0" w:color="586EA6" w:themeColor="accent5"/>
        <w:insideV w:val="single" w:sz="8" w:space="0" w:color="586EA6" w:themeColor="accent5"/>
      </w:tblBorders>
    </w:tblPr>
    <w:tcPr>
      <w:shd w:val="clear" w:color="auto" w:fill="D5DA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0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E1ED" w:themeFill="accent5" w:themeFillTint="33"/>
      </w:tcPr>
    </w:tblStylePr>
    <w:tblStylePr w:type="band1Vert">
      <w:tblPr/>
      <w:tcPr>
        <w:shd w:val="clear" w:color="auto" w:fill="ABB6D2" w:themeFill="accent5" w:themeFillTint="7F"/>
      </w:tcPr>
    </w:tblStylePr>
    <w:tblStylePr w:type="band1Horz">
      <w:tblPr/>
      <w:tcPr>
        <w:tcBorders>
          <w:insideH w:val="single" w:sz="6" w:space="0" w:color="586EA6" w:themeColor="accent5"/>
          <w:insideV w:val="single" w:sz="6" w:space="0" w:color="586EA6" w:themeColor="accent5"/>
        </w:tcBorders>
        <w:shd w:val="clear" w:color="auto" w:fill="ABB6D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892A0" w:themeColor="accent6"/>
        <w:left w:val="single" w:sz="8" w:space="0" w:color="6892A0" w:themeColor="accent6"/>
        <w:bottom w:val="single" w:sz="8" w:space="0" w:color="6892A0" w:themeColor="accent6"/>
        <w:right w:val="single" w:sz="8" w:space="0" w:color="6892A0" w:themeColor="accent6"/>
        <w:insideH w:val="single" w:sz="8" w:space="0" w:color="6892A0" w:themeColor="accent6"/>
        <w:insideV w:val="single" w:sz="8" w:space="0" w:color="6892A0" w:themeColor="accent6"/>
      </w:tblBorders>
    </w:tblPr>
    <w:tcPr>
      <w:shd w:val="clear" w:color="auto" w:fill="D9E3E7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4F5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9EC" w:themeFill="accent6" w:themeFillTint="33"/>
      </w:tcPr>
    </w:tblStylePr>
    <w:tblStylePr w:type="band1Vert">
      <w:tblPr/>
      <w:tcPr>
        <w:shd w:val="clear" w:color="auto" w:fill="B3C8CF" w:themeFill="accent6" w:themeFillTint="7F"/>
      </w:tcPr>
    </w:tblStylePr>
    <w:tblStylePr w:type="band1Horz">
      <w:tblPr/>
      <w:tcPr>
        <w:tcBorders>
          <w:insideH w:val="single" w:sz="6" w:space="0" w:color="6892A0" w:themeColor="accent6"/>
          <w:insideV w:val="single" w:sz="6" w:space="0" w:color="6892A0" w:themeColor="accent6"/>
        </w:tcBorders>
        <w:shd w:val="clear" w:color="auto" w:fill="B3C8C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FC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71E4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71E4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71E4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71E4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A7F9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A7F98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E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78E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78E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78E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78E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C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C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EDCF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C72F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C72F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C72F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C72F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DB8F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DB8F7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DD7E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95FA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95FA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95FA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95FA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AFD7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AFD7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A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6EA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6EA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6EA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6EA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B6D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B6D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E3E7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892A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892A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892A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892A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3C8C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3C8CF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71E4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B0F2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8163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8163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163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163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78E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4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9216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9216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216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2168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C72F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3119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21E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21E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21E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21E7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95FA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B2C5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84386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84386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4386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4386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6EA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B36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527C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527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527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527C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892A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495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6D7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6D7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6D7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6D79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78E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78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78E" w:themeColor="accent2"/>
        <w:left w:val="single" w:sz="4" w:space="0" w:color="B71E42" w:themeColor="accent1"/>
        <w:bottom w:val="single" w:sz="4" w:space="0" w:color="B71E42" w:themeColor="accent1"/>
        <w:right w:val="single" w:sz="4" w:space="0" w:color="B71E4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5E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78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D122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D1227" w:themeColor="accent1" w:themeShade="99"/>
          <w:insideV w:val="nil"/>
        </w:tcBorders>
        <w:shd w:val="clear" w:color="auto" w:fill="6D122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1227" w:themeFill="accent1" w:themeFillShade="99"/>
      </w:tcPr>
    </w:tblStylePr>
    <w:tblStylePr w:type="band1Vert">
      <w:tblPr/>
      <w:tcPr>
        <w:shd w:val="clear" w:color="auto" w:fill="EE98AC" w:themeFill="accent1" w:themeFillTint="66"/>
      </w:tcPr>
    </w:tblStylePr>
    <w:tblStylePr w:type="band1Horz">
      <w:tblPr/>
      <w:tcPr>
        <w:shd w:val="clear" w:color="auto" w:fill="EA7F9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78E" w:themeColor="accent2"/>
        <w:left w:val="single" w:sz="4" w:space="0" w:color="DE478E" w:themeColor="accent2"/>
        <w:bottom w:val="single" w:sz="4" w:space="0" w:color="DE478E" w:themeColor="accent2"/>
        <w:right w:val="single" w:sz="4" w:space="0" w:color="DE478E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F3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78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1A5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1A53" w:themeColor="accent2" w:themeShade="99"/>
          <w:insideV w:val="nil"/>
        </w:tcBorders>
        <w:shd w:val="clear" w:color="auto" w:fill="941A5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A53" w:themeFill="accent2" w:themeFillShade="99"/>
      </w:tcPr>
    </w:tblStylePr>
    <w:tblStylePr w:type="band1Vert">
      <w:tblPr/>
      <w:tcPr>
        <w:shd w:val="clear" w:color="auto" w:fill="F1B5D1" w:themeFill="accent2" w:themeFillTint="66"/>
      </w:tcPr>
    </w:tblStylePr>
    <w:tblStylePr w:type="band1Horz">
      <w:tblPr/>
      <w:tcPr>
        <w:shd w:val="clear" w:color="auto" w:fill="EEA3C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95FAF" w:themeColor="accent4"/>
        <w:left w:val="single" w:sz="4" w:space="0" w:color="BC72F0" w:themeColor="accent3"/>
        <w:bottom w:val="single" w:sz="4" w:space="0" w:color="BC72F0" w:themeColor="accent3"/>
        <w:right w:val="single" w:sz="4" w:space="0" w:color="BC72F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FD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95FA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814B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814BF" w:themeColor="accent3" w:themeShade="99"/>
          <w:insideV w:val="nil"/>
        </w:tcBorders>
        <w:shd w:val="clear" w:color="auto" w:fill="7814B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814BF" w:themeFill="accent3" w:themeFillShade="99"/>
      </w:tcPr>
    </w:tblStylePr>
    <w:tblStylePr w:type="band1Vert">
      <w:tblPr/>
      <w:tcPr>
        <w:shd w:val="clear" w:color="auto" w:fill="E3C6F9" w:themeFill="accent3" w:themeFillTint="66"/>
      </w:tcPr>
    </w:tblStylePr>
    <w:tblStylePr w:type="band1Horz">
      <w:tblPr/>
      <w:tcPr>
        <w:shd w:val="clear" w:color="auto" w:fill="DDB8F7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C72F0" w:themeColor="accent3"/>
        <w:left w:val="single" w:sz="4" w:space="0" w:color="795FAF" w:themeColor="accent4"/>
        <w:bottom w:val="single" w:sz="4" w:space="0" w:color="795FAF" w:themeColor="accent4"/>
        <w:right w:val="single" w:sz="4" w:space="0" w:color="795FA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EFF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C72F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7366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7366C" w:themeColor="accent4" w:themeShade="99"/>
          <w:insideV w:val="nil"/>
        </w:tcBorders>
        <w:shd w:val="clear" w:color="auto" w:fill="47366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66C" w:themeFill="accent4" w:themeFillShade="99"/>
      </w:tcPr>
    </w:tblStylePr>
    <w:tblStylePr w:type="band1Vert">
      <w:tblPr/>
      <w:tcPr>
        <w:shd w:val="clear" w:color="auto" w:fill="C9BFDF" w:themeFill="accent4" w:themeFillTint="66"/>
      </w:tcPr>
    </w:tblStylePr>
    <w:tblStylePr w:type="band1Horz">
      <w:tblPr/>
      <w:tcPr>
        <w:shd w:val="clear" w:color="auto" w:fill="BCAFD7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892A0" w:themeColor="accent6"/>
        <w:left w:val="single" w:sz="4" w:space="0" w:color="586EA6" w:themeColor="accent5"/>
        <w:bottom w:val="single" w:sz="4" w:space="0" w:color="586EA6" w:themeColor="accent5"/>
        <w:right w:val="single" w:sz="4" w:space="0" w:color="586EA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0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892A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4416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44163" w:themeColor="accent5" w:themeShade="99"/>
          <w:insideV w:val="nil"/>
        </w:tcBorders>
        <w:shd w:val="clear" w:color="auto" w:fill="34416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4163" w:themeFill="accent5" w:themeFillShade="99"/>
      </w:tcPr>
    </w:tblStylePr>
    <w:tblStylePr w:type="band1Vert">
      <w:tblPr/>
      <w:tcPr>
        <w:shd w:val="clear" w:color="auto" w:fill="BBC4DB" w:themeFill="accent5" w:themeFillTint="66"/>
      </w:tcPr>
    </w:tblStylePr>
    <w:tblStylePr w:type="band1Horz">
      <w:tblPr/>
      <w:tcPr>
        <w:shd w:val="clear" w:color="auto" w:fill="ABB6D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6EA6" w:themeColor="accent5"/>
        <w:left w:val="single" w:sz="4" w:space="0" w:color="6892A0" w:themeColor="accent6"/>
        <w:bottom w:val="single" w:sz="4" w:space="0" w:color="6892A0" w:themeColor="accent6"/>
        <w:right w:val="single" w:sz="4" w:space="0" w:color="6892A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4F5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6E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586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5861" w:themeColor="accent6" w:themeShade="99"/>
          <w:insideV w:val="nil"/>
        </w:tcBorders>
        <w:shd w:val="clear" w:color="auto" w:fill="3D586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5861" w:themeFill="accent6" w:themeFillShade="99"/>
      </w:tcPr>
    </w:tblStylePr>
    <w:tblStylePr w:type="band1Vert">
      <w:tblPr/>
      <w:tcPr>
        <w:shd w:val="clear" w:color="auto" w:fill="C2D3D9" w:themeFill="accent6" w:themeFillTint="66"/>
      </w:tcPr>
    </w:tblStylePr>
    <w:tblStylePr w:type="band1Horz">
      <w:tblPr/>
      <w:tcPr>
        <w:shd w:val="clear" w:color="auto" w:fill="B3C8C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236F" w:themeFill="accent2" w:themeFillShade="CC"/>
      </w:tcPr>
    </w:tblStylePr>
    <w:tblStylePr w:type="lastRow">
      <w:rPr>
        <w:b/>
        <w:bCs/>
        <w:color w:val="C6236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5E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236F" w:themeFill="accent2" w:themeFillShade="CC"/>
      </w:tcPr>
    </w:tblStylePr>
    <w:tblStylePr w:type="lastRow">
      <w:rPr>
        <w:b/>
        <w:bCs/>
        <w:color w:val="C6236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FCC" w:themeFill="accent1" w:themeFillTint="3F"/>
      </w:tcPr>
    </w:tblStylePr>
    <w:tblStylePr w:type="band1Horz">
      <w:tblPr/>
      <w:tcPr>
        <w:shd w:val="clear" w:color="auto" w:fill="F6CBD5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F3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236F" w:themeFill="accent2" w:themeFillShade="CC"/>
      </w:tcPr>
    </w:tblStylePr>
    <w:tblStylePr w:type="lastRow">
      <w:rPr>
        <w:b/>
        <w:bCs/>
        <w:color w:val="C6236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E2" w:themeFill="accent2" w:themeFillTint="3F"/>
      </w:tcPr>
    </w:tblStylePr>
    <w:tblStylePr w:type="band1Horz">
      <w:tblPr/>
      <w:tcPr>
        <w:shd w:val="clear" w:color="auto" w:fill="F8D9E8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F1FD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F4890" w:themeFill="accent4" w:themeFillShade="CC"/>
      </w:tcPr>
    </w:tblStylePr>
    <w:tblStylePr w:type="lastRow">
      <w:rPr>
        <w:b/>
        <w:bCs/>
        <w:color w:val="5F489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DCFB" w:themeFill="accent3" w:themeFillTint="3F"/>
      </w:tcPr>
    </w:tblStylePr>
    <w:tblStylePr w:type="band1Horz">
      <w:tblPr/>
      <w:tcPr>
        <w:shd w:val="clear" w:color="auto" w:fill="F1E2FC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EFF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C31E9" w:themeFill="accent3" w:themeFillShade="CC"/>
      </w:tcPr>
    </w:tblStylePr>
    <w:tblStylePr w:type="lastRow">
      <w:rPr>
        <w:b/>
        <w:bCs/>
        <w:color w:val="9C31E9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7EB" w:themeFill="accent4" w:themeFillTint="3F"/>
      </w:tcPr>
    </w:tblStylePr>
    <w:tblStylePr w:type="band1Horz">
      <w:tblPr/>
      <w:tcPr>
        <w:shd w:val="clear" w:color="auto" w:fill="E4DFEF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0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7581" w:themeFill="accent6" w:themeFillShade="CC"/>
      </w:tcPr>
    </w:tblStylePr>
    <w:tblStylePr w:type="lastRow">
      <w:rPr>
        <w:b/>
        <w:bCs/>
        <w:color w:val="51758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AE9" w:themeFill="accent5" w:themeFillTint="3F"/>
      </w:tcPr>
    </w:tblStylePr>
    <w:tblStylePr w:type="band1Horz">
      <w:tblPr/>
      <w:tcPr>
        <w:shd w:val="clear" w:color="auto" w:fill="DDE1ED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4F5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65784" w:themeFill="accent5" w:themeFillShade="CC"/>
      </w:tcPr>
    </w:tblStylePr>
    <w:tblStylePr w:type="lastRow">
      <w:rPr>
        <w:b/>
        <w:bCs/>
        <w:color w:val="46578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3E7" w:themeFill="accent6" w:themeFillTint="3F"/>
      </w:tcPr>
    </w:tblStylePr>
    <w:tblStylePr w:type="band1Horz">
      <w:tblPr/>
      <w:tcPr>
        <w:shd w:val="clear" w:color="auto" w:fill="E0E9EC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BD5" w:themeFill="accent1" w:themeFillTint="33"/>
    </w:tcPr>
    <w:tblStylePr w:type="firstRow">
      <w:rPr>
        <w:b/>
        <w:bCs/>
      </w:rPr>
      <w:tblPr/>
      <w:tcPr>
        <w:shd w:val="clear" w:color="auto" w:fill="EE98AC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98AC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88163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881631" w:themeFill="accent1" w:themeFillShade="BF"/>
      </w:tcPr>
    </w:tblStylePr>
    <w:tblStylePr w:type="band1Vert">
      <w:tblPr/>
      <w:tcPr>
        <w:shd w:val="clear" w:color="auto" w:fill="EA7F98" w:themeFill="accent1" w:themeFillTint="7F"/>
      </w:tcPr>
    </w:tblStylePr>
    <w:tblStylePr w:type="band1Horz">
      <w:tblPr/>
      <w:tcPr>
        <w:shd w:val="clear" w:color="auto" w:fill="EA7F98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9E8" w:themeFill="accent2" w:themeFillTint="33"/>
    </w:tcPr>
    <w:tblStylePr w:type="firstRow">
      <w:rPr>
        <w:b/>
        <w:bCs/>
      </w:rPr>
      <w:tblPr/>
      <w:tcPr>
        <w:shd w:val="clear" w:color="auto" w:fill="F1B5D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D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9216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92168" w:themeFill="accent2" w:themeFillShade="BF"/>
      </w:tcPr>
    </w:tblStylePr>
    <w:tblStylePr w:type="band1Vert">
      <w:tblPr/>
      <w:tcPr>
        <w:shd w:val="clear" w:color="auto" w:fill="EEA3C6" w:themeFill="accent2" w:themeFillTint="7F"/>
      </w:tcPr>
    </w:tblStylePr>
    <w:tblStylePr w:type="band1Horz">
      <w:tblPr/>
      <w:tcPr>
        <w:shd w:val="clear" w:color="auto" w:fill="EEA3C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1E2FC" w:themeFill="accent3" w:themeFillTint="33"/>
    </w:tcPr>
    <w:tblStylePr w:type="firstRow">
      <w:rPr>
        <w:b/>
        <w:bCs/>
      </w:rPr>
      <w:tblPr/>
      <w:tcPr>
        <w:shd w:val="clear" w:color="auto" w:fill="E3C6F9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3C6F9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521E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521E7" w:themeFill="accent3" w:themeFillShade="BF"/>
      </w:tcPr>
    </w:tblStylePr>
    <w:tblStylePr w:type="band1Vert">
      <w:tblPr/>
      <w:tcPr>
        <w:shd w:val="clear" w:color="auto" w:fill="DDB8F7" w:themeFill="accent3" w:themeFillTint="7F"/>
      </w:tcPr>
    </w:tblStylePr>
    <w:tblStylePr w:type="band1Horz">
      <w:tblPr/>
      <w:tcPr>
        <w:shd w:val="clear" w:color="auto" w:fill="DDB8F7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DFEF" w:themeFill="accent4" w:themeFillTint="33"/>
    </w:tcPr>
    <w:tblStylePr w:type="firstRow">
      <w:rPr>
        <w:b/>
        <w:bCs/>
      </w:rPr>
      <w:tblPr/>
      <w:tcPr>
        <w:shd w:val="clear" w:color="auto" w:fill="C9BFD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BFD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84386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84386" w:themeFill="accent4" w:themeFillShade="BF"/>
      </w:tcPr>
    </w:tblStylePr>
    <w:tblStylePr w:type="band1Vert">
      <w:tblPr/>
      <w:tcPr>
        <w:shd w:val="clear" w:color="auto" w:fill="BCAFD7" w:themeFill="accent4" w:themeFillTint="7F"/>
      </w:tcPr>
    </w:tblStylePr>
    <w:tblStylePr w:type="band1Horz">
      <w:tblPr/>
      <w:tcPr>
        <w:shd w:val="clear" w:color="auto" w:fill="BCAFD7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E1ED" w:themeFill="accent5" w:themeFillTint="33"/>
    </w:tcPr>
    <w:tblStylePr w:type="firstRow">
      <w:rPr>
        <w:b/>
        <w:bCs/>
      </w:rPr>
      <w:tblPr/>
      <w:tcPr>
        <w:shd w:val="clear" w:color="auto" w:fill="BBC4D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BC4D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2527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2527C" w:themeFill="accent5" w:themeFillShade="BF"/>
      </w:tcPr>
    </w:tblStylePr>
    <w:tblStylePr w:type="band1Vert">
      <w:tblPr/>
      <w:tcPr>
        <w:shd w:val="clear" w:color="auto" w:fill="ABB6D2" w:themeFill="accent5" w:themeFillTint="7F"/>
      </w:tcPr>
    </w:tblStylePr>
    <w:tblStylePr w:type="band1Horz">
      <w:tblPr/>
      <w:tcPr>
        <w:shd w:val="clear" w:color="auto" w:fill="ABB6D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9EC" w:themeFill="accent6" w:themeFillTint="33"/>
    </w:tcPr>
    <w:tblStylePr w:type="firstRow">
      <w:rPr>
        <w:b/>
        <w:bCs/>
      </w:rPr>
      <w:tblPr/>
      <w:tcPr>
        <w:shd w:val="clear" w:color="auto" w:fill="C2D3D9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2D3D9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C6D7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C6D79" w:themeFill="accent6" w:themeFillShade="BF"/>
      </w:tcPr>
    </w:tblStylePr>
    <w:tblStylePr w:type="band1Vert">
      <w:tblPr/>
      <w:tcPr>
        <w:shd w:val="clear" w:color="auto" w:fill="B3C8CF" w:themeFill="accent6" w:themeFillTint="7F"/>
      </w:tcPr>
    </w:tblStylePr>
    <w:tblStylePr w:type="band1Horz">
      <w:tblPr/>
      <w:tcPr>
        <w:shd w:val="clear" w:color="auto" w:fill="B3C8CF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Galeria">
  <a:themeElements>
    <a:clrScheme name="Galeria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Galeria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aleria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2558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Pollin Pollin</cp:lastModifiedBy>
  <cp:revision>2</cp:revision>
  <cp:lastPrinted>2025-07-14T08:20:00Z</cp:lastPrinted>
  <dcterms:created xsi:type="dcterms:W3CDTF">2025-07-22T06:26:00Z</dcterms:created>
  <dcterms:modified xsi:type="dcterms:W3CDTF">2025-07-22T06:26:00Z</dcterms:modified>
  <cp:category/>
</cp:coreProperties>
</file>